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800B29" w14:textId="77777777" w:rsidR="00A7019A" w:rsidRDefault="00A7019A"/>
    <w:p w14:paraId="0B390621" w14:textId="77777777" w:rsidR="00A7019A" w:rsidRDefault="00A7019A"/>
    <w:p w14:paraId="25ACD87C" w14:textId="77777777" w:rsidR="00A7019A" w:rsidRDefault="00A7019A"/>
    <w:p w14:paraId="72F9E53C" w14:textId="77777777" w:rsidR="00A7019A" w:rsidRDefault="00A7019A"/>
    <w:p w14:paraId="77DC26FB" w14:textId="77777777" w:rsidR="00A7019A" w:rsidRDefault="00000000">
      <w:pPr>
        <w:jc w:val="center"/>
        <w:rPr>
          <w:lang w:eastAsia="ko-KR"/>
        </w:rPr>
      </w:pPr>
      <w:r>
        <w:rPr>
          <w:b/>
          <w:color w:val="1B3A5C"/>
          <w:sz w:val="56"/>
          <w:lang w:eastAsia="ko-KR"/>
        </w:rPr>
        <w:t>AX 과제 신청 현황 및 선정 평가 보고</w:t>
      </w:r>
    </w:p>
    <w:p w14:paraId="53D05282" w14:textId="77777777" w:rsidR="00A7019A" w:rsidRDefault="00A7019A">
      <w:pPr>
        <w:rPr>
          <w:lang w:eastAsia="ko-KR"/>
        </w:rPr>
      </w:pPr>
    </w:p>
    <w:p w14:paraId="637BAFC7" w14:textId="77777777" w:rsidR="00E66823" w:rsidRDefault="00E66823">
      <w:pPr>
        <w:jc w:val="center"/>
        <w:rPr>
          <w:color w:val="666666"/>
          <w:sz w:val="28"/>
          <w:lang w:eastAsia="ko-KR"/>
        </w:rPr>
      </w:pPr>
    </w:p>
    <w:p w14:paraId="316874F2" w14:textId="77777777" w:rsidR="00E66823" w:rsidRDefault="00E66823">
      <w:pPr>
        <w:jc w:val="center"/>
        <w:rPr>
          <w:color w:val="666666"/>
          <w:sz w:val="28"/>
          <w:lang w:eastAsia="ko-KR"/>
        </w:rPr>
      </w:pPr>
    </w:p>
    <w:p w14:paraId="3761640A" w14:textId="77777777" w:rsidR="00E66823" w:rsidRDefault="00E66823">
      <w:pPr>
        <w:jc w:val="center"/>
        <w:rPr>
          <w:color w:val="666666"/>
          <w:sz w:val="28"/>
          <w:lang w:eastAsia="ko-KR"/>
        </w:rPr>
      </w:pPr>
    </w:p>
    <w:p w14:paraId="104F5BB1" w14:textId="77777777" w:rsidR="00E66823" w:rsidRDefault="00E66823">
      <w:pPr>
        <w:jc w:val="center"/>
        <w:rPr>
          <w:color w:val="666666"/>
          <w:sz w:val="28"/>
          <w:lang w:eastAsia="ko-KR"/>
        </w:rPr>
      </w:pPr>
    </w:p>
    <w:p w14:paraId="13E23187" w14:textId="77777777" w:rsidR="00E66823" w:rsidRDefault="00E66823">
      <w:pPr>
        <w:jc w:val="center"/>
        <w:rPr>
          <w:color w:val="666666"/>
          <w:sz w:val="28"/>
          <w:lang w:eastAsia="ko-KR"/>
        </w:rPr>
      </w:pPr>
    </w:p>
    <w:p w14:paraId="06AEA6C6" w14:textId="77777777" w:rsidR="00E66823" w:rsidRDefault="00E66823">
      <w:pPr>
        <w:jc w:val="center"/>
        <w:rPr>
          <w:color w:val="666666"/>
          <w:sz w:val="28"/>
          <w:lang w:eastAsia="ko-KR"/>
        </w:rPr>
      </w:pPr>
    </w:p>
    <w:p w14:paraId="4ADF3C42" w14:textId="77777777" w:rsidR="00E66823" w:rsidRDefault="00E66823">
      <w:pPr>
        <w:jc w:val="center"/>
        <w:rPr>
          <w:color w:val="666666"/>
          <w:sz w:val="28"/>
          <w:lang w:eastAsia="ko-KR"/>
        </w:rPr>
      </w:pPr>
    </w:p>
    <w:p w14:paraId="2F8D62E9" w14:textId="77777777" w:rsidR="00E66823" w:rsidRDefault="00E66823">
      <w:pPr>
        <w:jc w:val="center"/>
        <w:rPr>
          <w:color w:val="666666"/>
          <w:sz w:val="28"/>
          <w:lang w:eastAsia="ko-KR"/>
        </w:rPr>
      </w:pPr>
    </w:p>
    <w:p w14:paraId="63AEFD9A" w14:textId="77777777" w:rsidR="00E66823" w:rsidRDefault="00E66823">
      <w:pPr>
        <w:jc w:val="center"/>
        <w:rPr>
          <w:color w:val="666666"/>
          <w:sz w:val="28"/>
          <w:lang w:eastAsia="ko-KR"/>
        </w:rPr>
      </w:pPr>
    </w:p>
    <w:p w14:paraId="79FA31A5" w14:textId="5E184229" w:rsidR="00A7019A" w:rsidRDefault="00000000">
      <w:pPr>
        <w:jc w:val="center"/>
      </w:pPr>
      <w:r>
        <w:rPr>
          <w:color w:val="666666"/>
          <w:sz w:val="28"/>
        </w:rPr>
        <w:t>2026년 2월 23일</w:t>
      </w:r>
    </w:p>
    <w:p w14:paraId="0E4F80C7" w14:textId="77777777" w:rsidR="00A7019A" w:rsidRDefault="00A7019A"/>
    <w:p w14:paraId="1B0C131C" w14:textId="4D83FF97" w:rsidR="00A7019A" w:rsidRDefault="00000000">
      <w:pPr>
        <w:jc w:val="center"/>
        <w:rPr>
          <w:lang w:eastAsia="ko-KR"/>
        </w:rPr>
      </w:pPr>
      <w:r>
        <w:rPr>
          <w:color w:val="2E75B6"/>
          <w:sz w:val="28"/>
          <w:lang w:eastAsia="ko-KR"/>
        </w:rPr>
        <w:t>AX</w:t>
      </w:r>
      <w:r w:rsidR="00E66823">
        <w:rPr>
          <w:rFonts w:hint="eastAsia"/>
          <w:color w:val="2E75B6"/>
          <w:sz w:val="28"/>
          <w:lang w:eastAsia="ko-KR"/>
        </w:rPr>
        <w:t>특공대</w:t>
      </w:r>
    </w:p>
    <w:p w14:paraId="3945D138" w14:textId="77777777" w:rsidR="00A7019A" w:rsidRDefault="00A7019A">
      <w:pPr>
        <w:rPr>
          <w:lang w:eastAsia="ko-KR"/>
        </w:rPr>
      </w:pPr>
    </w:p>
    <w:p w14:paraId="46782616" w14:textId="77777777" w:rsidR="00A7019A" w:rsidRDefault="00A7019A">
      <w:pPr>
        <w:rPr>
          <w:lang w:eastAsia="ko-KR"/>
        </w:rPr>
      </w:pPr>
    </w:p>
    <w:p w14:paraId="0A5A048B" w14:textId="77777777" w:rsidR="00A7019A" w:rsidRDefault="00A7019A">
      <w:pPr>
        <w:rPr>
          <w:lang w:eastAsia="ko-KR"/>
        </w:rPr>
      </w:pPr>
    </w:p>
    <w:p w14:paraId="3A6D0736" w14:textId="77777777" w:rsidR="00A7019A" w:rsidRDefault="00A7019A">
      <w:pPr>
        <w:rPr>
          <w:lang w:eastAsia="ko-KR"/>
        </w:rPr>
      </w:pPr>
    </w:p>
    <w:p w14:paraId="03BA7DBC" w14:textId="77777777" w:rsidR="00A7019A" w:rsidRDefault="00A7019A">
      <w:pPr>
        <w:rPr>
          <w:lang w:eastAsia="ko-KR"/>
        </w:rPr>
      </w:pPr>
    </w:p>
    <w:p w14:paraId="247643FB" w14:textId="77777777" w:rsidR="00A7019A" w:rsidRDefault="00A7019A">
      <w:pPr>
        <w:rPr>
          <w:lang w:eastAsia="ko-KR"/>
        </w:rPr>
      </w:pPr>
    </w:p>
    <w:p w14:paraId="681AADE0" w14:textId="77777777" w:rsidR="00A7019A" w:rsidRDefault="00000000">
      <w:pPr>
        <w:jc w:val="center"/>
        <w:rPr>
          <w:lang w:eastAsia="ko-KR"/>
        </w:rPr>
      </w:pPr>
      <w:r>
        <w:rPr>
          <w:color w:val="888888"/>
          <w:sz w:val="22"/>
          <w:lang w:eastAsia="ko-KR"/>
        </w:rPr>
        <w:t>본 보고서는 2026년 2월 19~23일 접수된 10건의 AX 과제 신청에 대해</w:t>
      </w:r>
      <w:r>
        <w:rPr>
          <w:color w:val="888888"/>
          <w:sz w:val="22"/>
          <w:lang w:eastAsia="ko-KR"/>
        </w:rPr>
        <w:br/>
        <w:t>과제 선정 기준 체크리스트(7개 항목) 기반으로 평가한 결과를 정리한 것입니다.</w:t>
      </w:r>
    </w:p>
    <w:p w14:paraId="628D6555" w14:textId="77777777" w:rsidR="00A7019A" w:rsidRDefault="00000000">
      <w:pPr>
        <w:rPr>
          <w:lang w:eastAsia="ko-KR"/>
        </w:rPr>
      </w:pPr>
      <w:r>
        <w:rPr>
          <w:lang w:eastAsia="ko-KR"/>
        </w:rPr>
        <w:br w:type="page"/>
      </w:r>
    </w:p>
    <w:p w14:paraId="65754A7D" w14:textId="77777777" w:rsidR="00A7019A" w:rsidRDefault="00000000">
      <w:pPr>
        <w:rPr>
          <w:lang w:eastAsia="ko-KR"/>
        </w:rPr>
      </w:pPr>
      <w:r>
        <w:rPr>
          <w:b/>
          <w:color w:val="2E75B6"/>
          <w:sz w:val="44"/>
          <w:lang w:eastAsia="ko-KR"/>
        </w:rPr>
        <w:lastRenderedPageBreak/>
        <w:t>1</w:t>
      </w:r>
      <w:r>
        <w:rPr>
          <w:b/>
          <w:color w:val="1B3A5C"/>
          <w:sz w:val="44"/>
          <w:lang w:eastAsia="ko-KR"/>
        </w:rPr>
        <w:t xml:space="preserve">  신청 과제 요약</w:t>
      </w:r>
    </w:p>
    <w:p w14:paraId="5FB78ABB" w14:textId="77777777" w:rsidR="00A7019A" w:rsidRDefault="00A7019A">
      <w:pPr>
        <w:rPr>
          <w:lang w:eastAsia="ko-KR"/>
        </w:rPr>
      </w:pPr>
    </w:p>
    <w:p w14:paraId="1F52024D" w14:textId="77777777" w:rsidR="00A7019A" w:rsidRDefault="00000000">
      <w:pPr>
        <w:rPr>
          <w:lang w:eastAsia="ko-KR"/>
        </w:rPr>
      </w:pPr>
      <w:r>
        <w:rPr>
          <w:sz w:val="20"/>
          <w:lang w:eastAsia="ko-KR"/>
        </w:rPr>
        <w:t xml:space="preserve">2026년 2월 19~23일 접수 기간 동안 총 </w:t>
      </w:r>
      <w:r>
        <w:rPr>
          <w:b/>
          <w:color w:val="2E75B6"/>
          <w:sz w:val="20"/>
          <w:lang w:eastAsia="ko-KR"/>
        </w:rPr>
        <w:t>5개 조직</w:t>
      </w:r>
      <w:r>
        <w:rPr>
          <w:sz w:val="20"/>
          <w:lang w:eastAsia="ko-KR"/>
        </w:rPr>
        <w:t xml:space="preserve">에서 </w:t>
      </w:r>
      <w:r>
        <w:rPr>
          <w:b/>
          <w:color w:val="2E75B6"/>
          <w:sz w:val="20"/>
          <w:lang w:eastAsia="ko-KR"/>
        </w:rPr>
        <w:t>10건</w:t>
      </w:r>
      <w:r>
        <w:rPr>
          <w:sz w:val="20"/>
          <w:lang w:eastAsia="ko-KR"/>
        </w:rPr>
        <w:t>의 AX 전환 과제가 신청되었습니다. 신청 과제는 대시보드 구축, 데이터 자동화, 증빙 검토, 기사 제작, 영업 인사이트 자동 생성 등 다양한 영역에 걸쳐 있으며, 대부분 반복적 수작업 업무의 자동화·효율화를 목표로 하고 있습니다.</w:t>
      </w:r>
    </w:p>
    <w:p w14:paraId="282EF9B3" w14:textId="77777777" w:rsidR="00A7019A" w:rsidRDefault="00A7019A">
      <w:pPr>
        <w:rPr>
          <w:lang w:eastAsia="ko-KR"/>
        </w:rPr>
      </w:pPr>
    </w:p>
    <w:tbl>
      <w:tblPr>
        <w:tblStyle w:val="af9"/>
        <w:tblW w:w="0" w:type="auto"/>
        <w:jc w:val="center"/>
        <w:tblLook w:val="04A0" w:firstRow="1" w:lastRow="0" w:firstColumn="1" w:lastColumn="0" w:noHBand="0" w:noVBand="1"/>
      </w:tblPr>
      <w:tblGrid>
        <w:gridCol w:w="2691"/>
        <w:gridCol w:w="2692"/>
        <w:gridCol w:w="2692"/>
        <w:gridCol w:w="2691"/>
        <w:gridCol w:w="2691"/>
        <w:gridCol w:w="2692"/>
        <w:gridCol w:w="2692"/>
        <w:gridCol w:w="2692"/>
      </w:tblGrid>
      <w:tr w:rsidR="00A7019A" w14:paraId="2532CFFC" w14:textId="77777777">
        <w:trPr>
          <w:jc w:val="center"/>
        </w:trPr>
        <w:tc>
          <w:tcPr>
            <w:tcW w:w="2693" w:type="dxa"/>
            <w:shd w:val="clear" w:color="auto" w:fill="2E75B6"/>
            <w:vAlign w:val="center"/>
          </w:tcPr>
          <w:p w14:paraId="2D2E0492" w14:textId="77777777" w:rsidR="00A7019A" w:rsidRDefault="00000000">
            <w:pPr>
              <w:jc w:val="center"/>
            </w:pPr>
            <w:r>
              <w:rPr>
                <w:b/>
                <w:color w:val="FFFFFF"/>
                <w:sz w:val="16"/>
              </w:rPr>
              <w:t>No.</w:t>
            </w:r>
          </w:p>
        </w:tc>
        <w:tc>
          <w:tcPr>
            <w:tcW w:w="2693" w:type="dxa"/>
            <w:shd w:val="clear" w:color="auto" w:fill="2E75B6"/>
            <w:vAlign w:val="center"/>
          </w:tcPr>
          <w:p w14:paraId="597225E3" w14:textId="77777777" w:rsidR="00A7019A" w:rsidRDefault="00000000">
            <w:pPr>
              <w:jc w:val="center"/>
            </w:pPr>
            <w:r>
              <w:rPr>
                <w:b/>
                <w:color w:val="FFFFFF"/>
                <w:sz w:val="16"/>
              </w:rPr>
              <w:t>과제명</w:t>
            </w:r>
          </w:p>
        </w:tc>
        <w:tc>
          <w:tcPr>
            <w:tcW w:w="2693" w:type="dxa"/>
            <w:shd w:val="clear" w:color="auto" w:fill="2E75B6"/>
            <w:vAlign w:val="center"/>
          </w:tcPr>
          <w:p w14:paraId="0B244EEF" w14:textId="77777777" w:rsidR="00A7019A" w:rsidRDefault="00000000">
            <w:pPr>
              <w:jc w:val="center"/>
            </w:pPr>
            <w:r>
              <w:rPr>
                <w:b/>
                <w:color w:val="FFFFFF"/>
                <w:sz w:val="16"/>
              </w:rPr>
              <w:t>소속</w:t>
            </w:r>
          </w:p>
        </w:tc>
        <w:tc>
          <w:tcPr>
            <w:tcW w:w="2693" w:type="dxa"/>
            <w:shd w:val="clear" w:color="auto" w:fill="2E75B6"/>
            <w:vAlign w:val="center"/>
          </w:tcPr>
          <w:p w14:paraId="0AF4D5A8" w14:textId="77777777" w:rsidR="00A7019A" w:rsidRDefault="00000000">
            <w:pPr>
              <w:jc w:val="center"/>
            </w:pPr>
            <w:r>
              <w:rPr>
                <w:b/>
                <w:color w:val="FFFFFF"/>
                <w:sz w:val="16"/>
              </w:rPr>
              <w:t>신청자</w:t>
            </w:r>
          </w:p>
        </w:tc>
        <w:tc>
          <w:tcPr>
            <w:tcW w:w="2693" w:type="dxa"/>
            <w:shd w:val="clear" w:color="auto" w:fill="2E75B6"/>
            <w:vAlign w:val="center"/>
          </w:tcPr>
          <w:p w14:paraId="6DB555A9" w14:textId="77777777" w:rsidR="00A7019A" w:rsidRDefault="00000000">
            <w:pPr>
              <w:jc w:val="center"/>
            </w:pPr>
            <w:r>
              <w:rPr>
                <w:b/>
                <w:color w:val="FFFFFF"/>
                <w:sz w:val="16"/>
              </w:rPr>
              <w:t>접수일</w:t>
            </w:r>
          </w:p>
        </w:tc>
        <w:tc>
          <w:tcPr>
            <w:tcW w:w="2693" w:type="dxa"/>
            <w:shd w:val="clear" w:color="auto" w:fill="2E75B6"/>
            <w:vAlign w:val="center"/>
          </w:tcPr>
          <w:p w14:paraId="60A4271C" w14:textId="77777777" w:rsidR="00A7019A" w:rsidRDefault="00000000">
            <w:pPr>
              <w:jc w:val="center"/>
            </w:pPr>
            <w:r>
              <w:rPr>
                <w:b/>
                <w:color w:val="FFFFFF"/>
                <w:sz w:val="16"/>
              </w:rPr>
              <w:t>참여 가능 시간</w:t>
            </w:r>
          </w:p>
        </w:tc>
        <w:tc>
          <w:tcPr>
            <w:tcW w:w="2693" w:type="dxa"/>
            <w:shd w:val="clear" w:color="auto" w:fill="2E75B6"/>
            <w:vAlign w:val="center"/>
          </w:tcPr>
          <w:p w14:paraId="147D3A9C" w14:textId="77777777" w:rsidR="00A7019A" w:rsidRDefault="00000000">
            <w:pPr>
              <w:jc w:val="center"/>
            </w:pPr>
            <w:r>
              <w:rPr>
                <w:b/>
                <w:color w:val="FFFFFF"/>
                <w:sz w:val="16"/>
              </w:rPr>
              <w:t>데이터 형태</w:t>
            </w:r>
          </w:p>
        </w:tc>
        <w:tc>
          <w:tcPr>
            <w:tcW w:w="2693" w:type="dxa"/>
            <w:shd w:val="clear" w:color="auto" w:fill="2E75B6"/>
            <w:vAlign w:val="center"/>
          </w:tcPr>
          <w:p w14:paraId="233E398E" w14:textId="77777777" w:rsidR="00A7019A" w:rsidRDefault="00000000">
            <w:pPr>
              <w:jc w:val="center"/>
            </w:pPr>
            <w:r>
              <w:rPr>
                <w:b/>
                <w:color w:val="FFFFFF"/>
                <w:sz w:val="16"/>
              </w:rPr>
              <w:t>핵심 키워드</w:t>
            </w:r>
          </w:p>
        </w:tc>
      </w:tr>
      <w:tr w:rsidR="00A7019A" w14:paraId="48DA0F03" w14:textId="77777777">
        <w:trPr>
          <w:jc w:val="center"/>
        </w:trPr>
        <w:tc>
          <w:tcPr>
            <w:tcW w:w="2693" w:type="dxa"/>
            <w:vAlign w:val="center"/>
          </w:tcPr>
          <w:p w14:paraId="2961B065" w14:textId="77777777" w:rsidR="00A7019A" w:rsidRDefault="00000000">
            <w:pPr>
              <w:jc w:val="center"/>
            </w:pPr>
            <w:r>
              <w:rPr>
                <w:b/>
                <w:sz w:val="16"/>
              </w:rPr>
              <w:t>1</w:t>
            </w:r>
          </w:p>
        </w:tc>
        <w:tc>
          <w:tcPr>
            <w:tcW w:w="2693" w:type="dxa"/>
            <w:vAlign w:val="center"/>
          </w:tcPr>
          <w:p w14:paraId="23B8CEDC" w14:textId="77777777" w:rsidR="00A7019A" w:rsidRDefault="00000000">
            <w:pPr>
              <w:rPr>
                <w:lang w:eastAsia="ko-KR"/>
              </w:rPr>
            </w:pPr>
            <w:r>
              <w:rPr>
                <w:sz w:val="16"/>
                <w:lang w:eastAsia="ko-KR"/>
              </w:rPr>
              <w:t>ETC마케팅본부</w:t>
            </w:r>
            <w:r>
              <w:rPr>
                <w:sz w:val="16"/>
                <w:lang w:eastAsia="ko-KR"/>
              </w:rPr>
              <w:br/>
              <w:t>목표 달성 DashBoard</w:t>
            </w:r>
          </w:p>
        </w:tc>
        <w:tc>
          <w:tcPr>
            <w:tcW w:w="2693" w:type="dxa"/>
            <w:vAlign w:val="center"/>
          </w:tcPr>
          <w:p w14:paraId="03E4A24C" w14:textId="77777777" w:rsidR="00A7019A" w:rsidRDefault="00000000">
            <w:pPr>
              <w:rPr>
                <w:lang w:eastAsia="ko-KR"/>
              </w:rPr>
            </w:pPr>
            <w:r>
              <w:rPr>
                <w:sz w:val="16"/>
                <w:lang w:eastAsia="ko-KR"/>
              </w:rPr>
              <w:t>대웅제약</w:t>
            </w:r>
            <w:r>
              <w:rPr>
                <w:sz w:val="16"/>
                <w:lang w:eastAsia="ko-KR"/>
              </w:rPr>
              <w:br/>
              <w:t>ETC마케팅본부</w:t>
            </w:r>
            <w:r>
              <w:rPr>
                <w:sz w:val="16"/>
                <w:lang w:eastAsia="ko-KR"/>
              </w:rPr>
              <w:br/>
              <w:t>마케팅기획팀</w:t>
            </w:r>
          </w:p>
        </w:tc>
        <w:tc>
          <w:tcPr>
            <w:tcW w:w="2693" w:type="dxa"/>
            <w:vAlign w:val="center"/>
          </w:tcPr>
          <w:p w14:paraId="7532DEF3" w14:textId="77777777" w:rsidR="00A7019A" w:rsidRDefault="00000000">
            <w:pPr>
              <w:jc w:val="center"/>
            </w:pPr>
            <w:r>
              <w:rPr>
                <w:sz w:val="16"/>
              </w:rPr>
              <w:t>박미경</w:t>
            </w:r>
          </w:p>
        </w:tc>
        <w:tc>
          <w:tcPr>
            <w:tcW w:w="2693" w:type="dxa"/>
            <w:vAlign w:val="center"/>
          </w:tcPr>
          <w:p w14:paraId="3BA009F6" w14:textId="77777777" w:rsidR="00A7019A" w:rsidRDefault="00000000">
            <w:pPr>
              <w:jc w:val="center"/>
            </w:pPr>
            <w:r>
              <w:rPr>
                <w:sz w:val="16"/>
              </w:rPr>
              <w:t>2.19</w:t>
            </w:r>
          </w:p>
        </w:tc>
        <w:tc>
          <w:tcPr>
            <w:tcW w:w="2693" w:type="dxa"/>
            <w:vAlign w:val="center"/>
          </w:tcPr>
          <w:p w14:paraId="05AAFB9C" w14:textId="77777777" w:rsidR="00A7019A" w:rsidRDefault="00000000">
            <w:pPr>
              <w:rPr>
                <w:lang w:eastAsia="ko-KR"/>
              </w:rPr>
            </w:pPr>
            <w:r>
              <w:rPr>
                <w:sz w:val="16"/>
                <w:lang w:eastAsia="ko-KR"/>
              </w:rPr>
              <w:t>하루 4시간 이상</w:t>
            </w:r>
            <w:r>
              <w:rPr>
                <w:sz w:val="16"/>
                <w:lang w:eastAsia="ko-KR"/>
              </w:rPr>
              <w:br/>
              <w:t>(적극 참여)</w:t>
            </w:r>
          </w:p>
        </w:tc>
        <w:tc>
          <w:tcPr>
            <w:tcW w:w="2693" w:type="dxa"/>
            <w:vAlign w:val="center"/>
          </w:tcPr>
          <w:p w14:paraId="0B834FF7" w14:textId="77777777" w:rsidR="00A7019A" w:rsidRDefault="00000000">
            <w:r>
              <w:rPr>
                <w:sz w:val="16"/>
              </w:rPr>
              <w:t>Excel / CSV</w:t>
            </w:r>
          </w:p>
        </w:tc>
        <w:tc>
          <w:tcPr>
            <w:tcW w:w="2693" w:type="dxa"/>
            <w:vAlign w:val="center"/>
          </w:tcPr>
          <w:p w14:paraId="479F645D" w14:textId="77777777" w:rsidR="00A7019A" w:rsidRDefault="00000000">
            <w:pPr>
              <w:rPr>
                <w:lang w:eastAsia="ko-KR"/>
              </w:rPr>
            </w:pPr>
            <w:r>
              <w:rPr>
                <w:sz w:val="16"/>
                <w:lang w:eastAsia="ko-KR"/>
              </w:rPr>
              <w:t>BI 대시보드</w:t>
            </w:r>
            <w:r>
              <w:rPr>
                <w:sz w:val="16"/>
                <w:lang w:eastAsia="ko-KR"/>
              </w:rPr>
              <w:br/>
              <w:t>LLM 결산 자동작성</w:t>
            </w:r>
          </w:p>
        </w:tc>
      </w:tr>
      <w:tr w:rsidR="00A7019A" w14:paraId="0FA90B19" w14:textId="77777777">
        <w:trPr>
          <w:jc w:val="center"/>
        </w:trPr>
        <w:tc>
          <w:tcPr>
            <w:tcW w:w="2693" w:type="dxa"/>
            <w:shd w:val="clear" w:color="auto" w:fill="F2F2F2"/>
            <w:vAlign w:val="center"/>
          </w:tcPr>
          <w:p w14:paraId="707ECE03" w14:textId="77777777" w:rsidR="00A7019A" w:rsidRDefault="00000000">
            <w:pPr>
              <w:jc w:val="center"/>
            </w:pPr>
            <w:r>
              <w:rPr>
                <w:b/>
                <w:sz w:val="16"/>
              </w:rPr>
              <w:t>2</w:t>
            </w:r>
          </w:p>
        </w:tc>
        <w:tc>
          <w:tcPr>
            <w:tcW w:w="2693" w:type="dxa"/>
            <w:shd w:val="clear" w:color="auto" w:fill="F2F2F2"/>
            <w:vAlign w:val="center"/>
          </w:tcPr>
          <w:p w14:paraId="4BB246D2" w14:textId="77777777" w:rsidR="00A7019A" w:rsidRDefault="00000000">
            <w:pPr>
              <w:rPr>
                <w:lang w:eastAsia="ko-KR"/>
              </w:rPr>
            </w:pPr>
            <w:r>
              <w:rPr>
                <w:sz w:val="16"/>
                <w:lang w:eastAsia="ko-KR"/>
              </w:rPr>
              <w:t>MR 거래처 채권현황</w:t>
            </w:r>
            <w:r>
              <w:rPr>
                <w:sz w:val="16"/>
                <w:lang w:eastAsia="ko-KR"/>
              </w:rPr>
              <w:br/>
              <w:t>실시간 조회 웹앱</w:t>
            </w:r>
          </w:p>
        </w:tc>
        <w:tc>
          <w:tcPr>
            <w:tcW w:w="2693" w:type="dxa"/>
            <w:shd w:val="clear" w:color="auto" w:fill="F2F2F2"/>
            <w:vAlign w:val="center"/>
          </w:tcPr>
          <w:p w14:paraId="1153B830" w14:textId="77777777" w:rsidR="00A7019A" w:rsidRDefault="00000000">
            <w:pPr>
              <w:rPr>
                <w:lang w:eastAsia="ko-KR"/>
              </w:rPr>
            </w:pPr>
            <w:r>
              <w:rPr>
                <w:sz w:val="16"/>
                <w:lang w:eastAsia="ko-KR"/>
              </w:rPr>
              <w:t>한올</w:t>
            </w:r>
            <w:r>
              <w:rPr>
                <w:sz w:val="16"/>
                <w:lang w:eastAsia="ko-KR"/>
              </w:rPr>
              <w:br/>
              <w:t>마케팅기획본부</w:t>
            </w:r>
            <w:r>
              <w:rPr>
                <w:sz w:val="16"/>
                <w:lang w:eastAsia="ko-KR"/>
              </w:rPr>
              <w:br/>
              <w:t>영업관리팀</w:t>
            </w:r>
          </w:p>
        </w:tc>
        <w:tc>
          <w:tcPr>
            <w:tcW w:w="2693" w:type="dxa"/>
            <w:shd w:val="clear" w:color="auto" w:fill="F2F2F2"/>
            <w:vAlign w:val="center"/>
          </w:tcPr>
          <w:p w14:paraId="53CDD15E" w14:textId="77777777" w:rsidR="00A7019A" w:rsidRDefault="00000000">
            <w:pPr>
              <w:jc w:val="center"/>
            </w:pPr>
            <w:r>
              <w:rPr>
                <w:sz w:val="16"/>
              </w:rPr>
              <w:t>김희영</w:t>
            </w:r>
          </w:p>
        </w:tc>
        <w:tc>
          <w:tcPr>
            <w:tcW w:w="2693" w:type="dxa"/>
            <w:shd w:val="clear" w:color="auto" w:fill="F2F2F2"/>
            <w:vAlign w:val="center"/>
          </w:tcPr>
          <w:p w14:paraId="19E5EB60" w14:textId="77777777" w:rsidR="00A7019A" w:rsidRDefault="00000000">
            <w:pPr>
              <w:jc w:val="center"/>
            </w:pPr>
            <w:r>
              <w:rPr>
                <w:sz w:val="16"/>
              </w:rPr>
              <w:t>2.19</w:t>
            </w:r>
          </w:p>
        </w:tc>
        <w:tc>
          <w:tcPr>
            <w:tcW w:w="2693" w:type="dxa"/>
            <w:shd w:val="clear" w:color="auto" w:fill="F2F2F2"/>
            <w:vAlign w:val="center"/>
          </w:tcPr>
          <w:p w14:paraId="24838EC1" w14:textId="77777777" w:rsidR="00A7019A" w:rsidRDefault="00000000">
            <w:pPr>
              <w:rPr>
                <w:lang w:eastAsia="ko-KR"/>
              </w:rPr>
            </w:pPr>
            <w:r>
              <w:rPr>
                <w:sz w:val="16"/>
                <w:lang w:eastAsia="ko-KR"/>
              </w:rPr>
              <w:t>본부내 자체 진행</w:t>
            </w:r>
            <w:r>
              <w:rPr>
                <w:sz w:val="16"/>
                <w:lang w:eastAsia="ko-KR"/>
              </w:rPr>
              <w:br/>
              <w:t>(AX특공대 불필요)</w:t>
            </w:r>
          </w:p>
        </w:tc>
        <w:tc>
          <w:tcPr>
            <w:tcW w:w="2693" w:type="dxa"/>
            <w:shd w:val="clear" w:color="auto" w:fill="F2F2F2"/>
            <w:vAlign w:val="center"/>
          </w:tcPr>
          <w:p w14:paraId="66084386" w14:textId="77777777" w:rsidR="00A7019A" w:rsidRDefault="00000000">
            <w:r>
              <w:rPr>
                <w:sz w:val="16"/>
              </w:rPr>
              <w:t>웹앱</w:t>
            </w:r>
          </w:p>
        </w:tc>
        <w:tc>
          <w:tcPr>
            <w:tcW w:w="2693" w:type="dxa"/>
            <w:shd w:val="clear" w:color="auto" w:fill="F2F2F2"/>
            <w:vAlign w:val="center"/>
          </w:tcPr>
          <w:p w14:paraId="66135B78" w14:textId="77777777" w:rsidR="00A7019A" w:rsidRDefault="00000000">
            <w:pPr>
              <w:rPr>
                <w:lang w:eastAsia="ko-KR"/>
              </w:rPr>
            </w:pPr>
            <w:r>
              <w:rPr>
                <w:sz w:val="16"/>
                <w:lang w:eastAsia="ko-KR"/>
              </w:rPr>
              <w:t>SAP 연동</w:t>
            </w:r>
            <w:r>
              <w:rPr>
                <w:sz w:val="16"/>
                <w:lang w:eastAsia="ko-KR"/>
              </w:rPr>
              <w:br/>
              <w:t>모바일 웹앱</w:t>
            </w:r>
          </w:p>
        </w:tc>
      </w:tr>
      <w:tr w:rsidR="00A7019A" w14:paraId="3D44EC30" w14:textId="77777777">
        <w:trPr>
          <w:jc w:val="center"/>
        </w:trPr>
        <w:tc>
          <w:tcPr>
            <w:tcW w:w="2693" w:type="dxa"/>
            <w:vAlign w:val="center"/>
          </w:tcPr>
          <w:p w14:paraId="631B8543" w14:textId="77777777" w:rsidR="00A7019A" w:rsidRDefault="00000000">
            <w:pPr>
              <w:jc w:val="center"/>
            </w:pPr>
            <w:r>
              <w:rPr>
                <w:b/>
                <w:sz w:val="16"/>
              </w:rPr>
              <w:t>3</w:t>
            </w:r>
          </w:p>
        </w:tc>
        <w:tc>
          <w:tcPr>
            <w:tcW w:w="2693" w:type="dxa"/>
            <w:vAlign w:val="center"/>
          </w:tcPr>
          <w:p w14:paraId="31D44A9C" w14:textId="77777777" w:rsidR="00A7019A" w:rsidRDefault="00000000">
            <w:pPr>
              <w:rPr>
                <w:lang w:eastAsia="ko-KR"/>
              </w:rPr>
            </w:pPr>
            <w:r>
              <w:rPr>
                <w:sz w:val="16"/>
                <w:lang w:eastAsia="ko-KR"/>
              </w:rPr>
              <w:t>CPS 지출보고</w:t>
            </w:r>
            <w:r>
              <w:rPr>
                <w:sz w:val="16"/>
                <w:lang w:eastAsia="ko-KR"/>
              </w:rPr>
              <w:br/>
              <w:t>증빙 검토·승인 자동화</w:t>
            </w:r>
          </w:p>
        </w:tc>
        <w:tc>
          <w:tcPr>
            <w:tcW w:w="2693" w:type="dxa"/>
            <w:vAlign w:val="center"/>
          </w:tcPr>
          <w:p w14:paraId="383F1265" w14:textId="77777777" w:rsidR="00A7019A" w:rsidRDefault="00000000">
            <w:pPr>
              <w:rPr>
                <w:lang w:eastAsia="ko-KR"/>
              </w:rPr>
            </w:pPr>
            <w:r>
              <w:rPr>
                <w:sz w:val="16"/>
                <w:lang w:eastAsia="ko-KR"/>
              </w:rPr>
              <w:t>대웅제약</w:t>
            </w:r>
            <w:r>
              <w:rPr>
                <w:sz w:val="16"/>
                <w:lang w:eastAsia="ko-KR"/>
              </w:rPr>
              <w:br/>
              <w:t>영업기획실</w:t>
            </w:r>
            <w:r>
              <w:rPr>
                <w:sz w:val="16"/>
                <w:lang w:eastAsia="ko-KR"/>
              </w:rPr>
              <w:br/>
              <w:t>영업지원팀</w:t>
            </w:r>
          </w:p>
        </w:tc>
        <w:tc>
          <w:tcPr>
            <w:tcW w:w="2693" w:type="dxa"/>
            <w:vAlign w:val="center"/>
          </w:tcPr>
          <w:p w14:paraId="66B190B8" w14:textId="77777777" w:rsidR="00A7019A" w:rsidRDefault="00000000">
            <w:pPr>
              <w:jc w:val="center"/>
            </w:pPr>
            <w:r>
              <w:rPr>
                <w:sz w:val="16"/>
              </w:rPr>
              <w:t>김지숙</w:t>
            </w:r>
          </w:p>
        </w:tc>
        <w:tc>
          <w:tcPr>
            <w:tcW w:w="2693" w:type="dxa"/>
            <w:vAlign w:val="center"/>
          </w:tcPr>
          <w:p w14:paraId="4509CF7D" w14:textId="77777777" w:rsidR="00A7019A" w:rsidRDefault="00000000">
            <w:pPr>
              <w:jc w:val="center"/>
            </w:pPr>
            <w:r>
              <w:rPr>
                <w:sz w:val="16"/>
              </w:rPr>
              <w:t>2.19</w:t>
            </w:r>
          </w:p>
        </w:tc>
        <w:tc>
          <w:tcPr>
            <w:tcW w:w="2693" w:type="dxa"/>
            <w:vAlign w:val="center"/>
          </w:tcPr>
          <w:p w14:paraId="2469D6CA" w14:textId="77777777" w:rsidR="00A7019A" w:rsidRDefault="00000000">
            <w:pPr>
              <w:rPr>
                <w:lang w:eastAsia="ko-KR"/>
              </w:rPr>
            </w:pPr>
            <w:r>
              <w:rPr>
                <w:sz w:val="16"/>
                <w:lang w:eastAsia="ko-KR"/>
              </w:rPr>
              <w:t>하루 4시간 이상</w:t>
            </w:r>
            <w:r>
              <w:rPr>
                <w:sz w:val="16"/>
                <w:lang w:eastAsia="ko-KR"/>
              </w:rPr>
              <w:br/>
              <w:t>(적극 참여)</w:t>
            </w:r>
          </w:p>
        </w:tc>
        <w:tc>
          <w:tcPr>
            <w:tcW w:w="2693" w:type="dxa"/>
            <w:vAlign w:val="center"/>
          </w:tcPr>
          <w:p w14:paraId="0B61B7D6" w14:textId="77777777" w:rsidR="00A7019A" w:rsidRDefault="00000000">
            <w:r>
              <w:rPr>
                <w:sz w:val="16"/>
              </w:rPr>
              <w:t>Excel/CSV</w:t>
            </w:r>
            <w:r>
              <w:rPr>
                <w:sz w:val="16"/>
              </w:rPr>
              <w:br/>
              <w:t>이미지/스캔</w:t>
            </w:r>
          </w:p>
        </w:tc>
        <w:tc>
          <w:tcPr>
            <w:tcW w:w="2693" w:type="dxa"/>
            <w:vAlign w:val="center"/>
          </w:tcPr>
          <w:p w14:paraId="3ED645EA" w14:textId="77777777" w:rsidR="00A7019A" w:rsidRDefault="00000000">
            <w:pPr>
              <w:rPr>
                <w:lang w:eastAsia="ko-KR"/>
              </w:rPr>
            </w:pPr>
            <w:r>
              <w:rPr>
                <w:sz w:val="16"/>
                <w:lang w:eastAsia="ko-KR"/>
              </w:rPr>
              <w:t>OCR · LLM</w:t>
            </w:r>
            <w:r>
              <w:rPr>
                <w:sz w:val="16"/>
                <w:lang w:eastAsia="ko-KR"/>
              </w:rPr>
              <w:br/>
              <w:t>이상탐지 자동화</w:t>
            </w:r>
          </w:p>
        </w:tc>
      </w:tr>
      <w:tr w:rsidR="00A7019A" w14:paraId="1CFE508D" w14:textId="77777777">
        <w:trPr>
          <w:jc w:val="center"/>
        </w:trPr>
        <w:tc>
          <w:tcPr>
            <w:tcW w:w="2693" w:type="dxa"/>
            <w:shd w:val="clear" w:color="auto" w:fill="F2F2F2"/>
            <w:vAlign w:val="center"/>
          </w:tcPr>
          <w:p w14:paraId="1825C089" w14:textId="77777777" w:rsidR="00A7019A" w:rsidRDefault="00000000">
            <w:pPr>
              <w:jc w:val="center"/>
            </w:pPr>
            <w:r>
              <w:rPr>
                <w:b/>
                <w:sz w:val="16"/>
              </w:rPr>
              <w:t>4</w:t>
            </w:r>
          </w:p>
        </w:tc>
        <w:tc>
          <w:tcPr>
            <w:tcW w:w="2693" w:type="dxa"/>
            <w:shd w:val="clear" w:color="auto" w:fill="F2F2F2"/>
            <w:vAlign w:val="center"/>
          </w:tcPr>
          <w:p w14:paraId="7B580C1A" w14:textId="77777777" w:rsidR="00A7019A" w:rsidRDefault="00000000">
            <w:pPr>
              <w:rPr>
                <w:lang w:eastAsia="ko-KR"/>
              </w:rPr>
            </w:pPr>
            <w:r>
              <w:rPr>
                <w:sz w:val="16"/>
                <w:lang w:eastAsia="ko-KR"/>
              </w:rPr>
              <w:t>ETC 로컬 스타</w:t>
            </w:r>
            <w:r>
              <w:rPr>
                <w:sz w:val="16"/>
                <w:lang w:eastAsia="ko-KR"/>
              </w:rPr>
              <w:br/>
              <w:t>산출 자동화</w:t>
            </w:r>
          </w:p>
        </w:tc>
        <w:tc>
          <w:tcPr>
            <w:tcW w:w="2693" w:type="dxa"/>
            <w:shd w:val="clear" w:color="auto" w:fill="F2F2F2"/>
            <w:vAlign w:val="center"/>
          </w:tcPr>
          <w:p w14:paraId="7BD53475" w14:textId="77777777" w:rsidR="00A7019A" w:rsidRDefault="00000000">
            <w:pPr>
              <w:rPr>
                <w:lang w:eastAsia="ko-KR"/>
              </w:rPr>
            </w:pPr>
            <w:r>
              <w:rPr>
                <w:sz w:val="16"/>
                <w:lang w:eastAsia="ko-KR"/>
              </w:rPr>
              <w:t>대웅제약</w:t>
            </w:r>
            <w:r>
              <w:rPr>
                <w:sz w:val="16"/>
                <w:lang w:eastAsia="ko-KR"/>
              </w:rPr>
              <w:br/>
              <w:t>영업기획실</w:t>
            </w:r>
            <w:r>
              <w:rPr>
                <w:sz w:val="16"/>
                <w:lang w:eastAsia="ko-KR"/>
              </w:rPr>
              <w:br/>
              <w:t>영업지원팀</w:t>
            </w:r>
          </w:p>
        </w:tc>
        <w:tc>
          <w:tcPr>
            <w:tcW w:w="2693" w:type="dxa"/>
            <w:shd w:val="clear" w:color="auto" w:fill="F2F2F2"/>
            <w:vAlign w:val="center"/>
          </w:tcPr>
          <w:p w14:paraId="3D4A65D0" w14:textId="77777777" w:rsidR="00A7019A" w:rsidRDefault="00000000">
            <w:pPr>
              <w:jc w:val="center"/>
            </w:pPr>
            <w:r>
              <w:rPr>
                <w:sz w:val="16"/>
              </w:rPr>
              <w:t>박지현</w:t>
            </w:r>
          </w:p>
        </w:tc>
        <w:tc>
          <w:tcPr>
            <w:tcW w:w="2693" w:type="dxa"/>
            <w:shd w:val="clear" w:color="auto" w:fill="F2F2F2"/>
            <w:vAlign w:val="center"/>
          </w:tcPr>
          <w:p w14:paraId="6A30B965" w14:textId="77777777" w:rsidR="00A7019A" w:rsidRDefault="00000000">
            <w:pPr>
              <w:jc w:val="center"/>
            </w:pPr>
            <w:r>
              <w:rPr>
                <w:sz w:val="16"/>
              </w:rPr>
              <w:t>2.19</w:t>
            </w:r>
          </w:p>
        </w:tc>
        <w:tc>
          <w:tcPr>
            <w:tcW w:w="2693" w:type="dxa"/>
            <w:shd w:val="clear" w:color="auto" w:fill="F2F2F2"/>
            <w:vAlign w:val="center"/>
          </w:tcPr>
          <w:p w14:paraId="6A4559EA" w14:textId="77777777" w:rsidR="00A7019A" w:rsidRDefault="00000000">
            <w:r>
              <w:rPr>
                <w:sz w:val="16"/>
              </w:rPr>
              <w:t>하루 2~3시간</w:t>
            </w:r>
            <w:r>
              <w:rPr>
                <w:sz w:val="16"/>
              </w:rPr>
              <w:br/>
              <w:t>(제한적 참여)</w:t>
            </w:r>
          </w:p>
        </w:tc>
        <w:tc>
          <w:tcPr>
            <w:tcW w:w="2693" w:type="dxa"/>
            <w:shd w:val="clear" w:color="auto" w:fill="F2F2F2"/>
            <w:vAlign w:val="center"/>
          </w:tcPr>
          <w:p w14:paraId="01975A60" w14:textId="77777777" w:rsidR="00A7019A" w:rsidRDefault="00000000">
            <w:r>
              <w:rPr>
                <w:sz w:val="16"/>
              </w:rPr>
              <w:t>Excel / CSV</w:t>
            </w:r>
          </w:p>
        </w:tc>
        <w:tc>
          <w:tcPr>
            <w:tcW w:w="2693" w:type="dxa"/>
            <w:shd w:val="clear" w:color="auto" w:fill="F2F2F2"/>
            <w:vAlign w:val="center"/>
          </w:tcPr>
          <w:p w14:paraId="2672CBB9" w14:textId="77777777" w:rsidR="00A7019A" w:rsidRDefault="00000000">
            <w:pPr>
              <w:rPr>
                <w:lang w:eastAsia="ko-KR"/>
              </w:rPr>
            </w:pPr>
            <w:r>
              <w:rPr>
                <w:sz w:val="16"/>
                <w:lang w:eastAsia="ko-KR"/>
              </w:rPr>
              <w:t>엑셀 자동화</w:t>
            </w:r>
            <w:r>
              <w:rPr>
                <w:sz w:val="16"/>
                <w:lang w:eastAsia="ko-KR"/>
              </w:rPr>
              <w:br/>
              <w:t>VLOOKUP 대체</w:t>
            </w:r>
          </w:p>
        </w:tc>
      </w:tr>
      <w:tr w:rsidR="00A7019A" w14:paraId="1E99B513" w14:textId="77777777">
        <w:trPr>
          <w:jc w:val="center"/>
        </w:trPr>
        <w:tc>
          <w:tcPr>
            <w:tcW w:w="2693" w:type="dxa"/>
            <w:vAlign w:val="center"/>
          </w:tcPr>
          <w:p w14:paraId="6364F61E" w14:textId="77777777" w:rsidR="00A7019A" w:rsidRDefault="00000000">
            <w:pPr>
              <w:jc w:val="center"/>
            </w:pPr>
            <w:r>
              <w:rPr>
                <w:b/>
                <w:sz w:val="16"/>
              </w:rPr>
              <w:t>5</w:t>
            </w:r>
          </w:p>
        </w:tc>
        <w:tc>
          <w:tcPr>
            <w:tcW w:w="2693" w:type="dxa"/>
            <w:vAlign w:val="center"/>
          </w:tcPr>
          <w:p w14:paraId="3342CAA2" w14:textId="77777777" w:rsidR="00A7019A" w:rsidRDefault="00000000">
            <w:pPr>
              <w:rPr>
                <w:lang w:eastAsia="ko-KR"/>
              </w:rPr>
            </w:pPr>
            <w:r>
              <w:rPr>
                <w:sz w:val="16"/>
                <w:lang w:eastAsia="ko-KR"/>
              </w:rPr>
              <w:t>Emma 메일링</w:t>
            </w:r>
            <w:r>
              <w:rPr>
                <w:sz w:val="16"/>
                <w:lang w:eastAsia="ko-KR"/>
              </w:rPr>
              <w:br/>
              <w:t>업그레이드</w:t>
            </w:r>
          </w:p>
        </w:tc>
        <w:tc>
          <w:tcPr>
            <w:tcW w:w="2693" w:type="dxa"/>
            <w:vAlign w:val="center"/>
          </w:tcPr>
          <w:p w14:paraId="24647009" w14:textId="77777777" w:rsidR="00A7019A" w:rsidRDefault="00000000">
            <w:pPr>
              <w:rPr>
                <w:lang w:eastAsia="ko-KR"/>
              </w:rPr>
            </w:pPr>
            <w:r>
              <w:rPr>
                <w:sz w:val="16"/>
                <w:lang w:eastAsia="ko-KR"/>
              </w:rPr>
              <w:t>엠서클</w:t>
            </w:r>
            <w:r>
              <w:rPr>
                <w:sz w:val="16"/>
                <w:lang w:eastAsia="ko-KR"/>
              </w:rPr>
              <w:br/>
              <w:t>하이닥사업부</w:t>
            </w:r>
            <w:r>
              <w:rPr>
                <w:sz w:val="16"/>
                <w:lang w:eastAsia="ko-KR"/>
              </w:rPr>
              <w:br/>
              <w:t>하이닥팀</w:t>
            </w:r>
          </w:p>
        </w:tc>
        <w:tc>
          <w:tcPr>
            <w:tcW w:w="2693" w:type="dxa"/>
            <w:vAlign w:val="center"/>
          </w:tcPr>
          <w:p w14:paraId="3C2AD22D" w14:textId="77777777" w:rsidR="00A7019A" w:rsidRDefault="00000000">
            <w:pPr>
              <w:jc w:val="center"/>
            </w:pPr>
            <w:r>
              <w:rPr>
                <w:sz w:val="16"/>
              </w:rPr>
              <w:t>김진우</w:t>
            </w:r>
            <w:r>
              <w:rPr>
                <w:sz w:val="16"/>
              </w:rPr>
              <w:br/>
              <w:t>(정신영)</w:t>
            </w:r>
          </w:p>
        </w:tc>
        <w:tc>
          <w:tcPr>
            <w:tcW w:w="2693" w:type="dxa"/>
            <w:vAlign w:val="center"/>
          </w:tcPr>
          <w:p w14:paraId="51CDD812" w14:textId="77777777" w:rsidR="00A7019A" w:rsidRDefault="00000000">
            <w:pPr>
              <w:jc w:val="center"/>
            </w:pPr>
            <w:r>
              <w:rPr>
                <w:sz w:val="16"/>
              </w:rPr>
              <w:t>2.20</w:t>
            </w:r>
          </w:p>
        </w:tc>
        <w:tc>
          <w:tcPr>
            <w:tcW w:w="2693" w:type="dxa"/>
            <w:vAlign w:val="center"/>
          </w:tcPr>
          <w:p w14:paraId="60E70E91" w14:textId="77777777" w:rsidR="00A7019A" w:rsidRDefault="00000000">
            <w:pPr>
              <w:rPr>
                <w:lang w:eastAsia="ko-KR"/>
              </w:rPr>
            </w:pPr>
            <w:r>
              <w:rPr>
                <w:sz w:val="16"/>
                <w:lang w:eastAsia="ko-KR"/>
              </w:rPr>
              <w:t>팀장 논의 후</w:t>
            </w:r>
            <w:r>
              <w:rPr>
                <w:sz w:val="16"/>
                <w:lang w:eastAsia="ko-KR"/>
              </w:rPr>
              <w:br/>
              <w:t>시간 조정 예정</w:t>
            </w:r>
          </w:p>
        </w:tc>
        <w:tc>
          <w:tcPr>
            <w:tcW w:w="2693" w:type="dxa"/>
            <w:vAlign w:val="center"/>
          </w:tcPr>
          <w:p w14:paraId="1B26BD53" w14:textId="77777777" w:rsidR="00A7019A" w:rsidRDefault="00000000">
            <w:r>
              <w:rPr>
                <w:sz w:val="16"/>
              </w:rPr>
              <w:t>Excel/CSV</w:t>
            </w:r>
            <w:r>
              <w:rPr>
                <w:sz w:val="16"/>
              </w:rPr>
              <w:br/>
              <w:t>텍스트/정형DB</w:t>
            </w:r>
          </w:p>
        </w:tc>
        <w:tc>
          <w:tcPr>
            <w:tcW w:w="2693" w:type="dxa"/>
            <w:vAlign w:val="center"/>
          </w:tcPr>
          <w:p w14:paraId="3839DB2A" w14:textId="77777777" w:rsidR="00A7019A" w:rsidRDefault="00000000">
            <w:pPr>
              <w:rPr>
                <w:lang w:eastAsia="ko-KR"/>
              </w:rPr>
            </w:pPr>
            <w:r>
              <w:rPr>
                <w:sz w:val="16"/>
                <w:lang w:eastAsia="ko-KR"/>
              </w:rPr>
              <w:t>LLM 기사선별</w:t>
            </w:r>
            <w:r>
              <w:rPr>
                <w:sz w:val="16"/>
                <w:lang w:eastAsia="ko-KR"/>
              </w:rPr>
              <w:br/>
              <w:t>크롤링·메일링</w:t>
            </w:r>
          </w:p>
        </w:tc>
      </w:tr>
      <w:tr w:rsidR="00A7019A" w14:paraId="16CE4B47" w14:textId="77777777">
        <w:trPr>
          <w:jc w:val="center"/>
        </w:trPr>
        <w:tc>
          <w:tcPr>
            <w:tcW w:w="2693" w:type="dxa"/>
            <w:shd w:val="clear" w:color="auto" w:fill="F2F2F2"/>
            <w:vAlign w:val="center"/>
          </w:tcPr>
          <w:p w14:paraId="09C45314" w14:textId="77777777" w:rsidR="00A7019A" w:rsidRDefault="00000000">
            <w:pPr>
              <w:jc w:val="center"/>
            </w:pPr>
            <w:r>
              <w:rPr>
                <w:b/>
                <w:sz w:val="16"/>
              </w:rPr>
              <w:t>6</w:t>
            </w:r>
          </w:p>
        </w:tc>
        <w:tc>
          <w:tcPr>
            <w:tcW w:w="2693" w:type="dxa"/>
            <w:shd w:val="clear" w:color="auto" w:fill="F2F2F2"/>
            <w:vAlign w:val="center"/>
          </w:tcPr>
          <w:p w14:paraId="4BB3CA15" w14:textId="77777777" w:rsidR="00A7019A" w:rsidRDefault="00000000">
            <w:pPr>
              <w:rPr>
                <w:lang w:eastAsia="ko-KR"/>
              </w:rPr>
            </w:pPr>
            <w:r>
              <w:rPr>
                <w:sz w:val="16"/>
                <w:lang w:eastAsia="ko-KR"/>
              </w:rPr>
              <w:t>최신연구 논문</w:t>
            </w:r>
            <w:r>
              <w:rPr>
                <w:sz w:val="16"/>
                <w:lang w:eastAsia="ko-KR"/>
              </w:rPr>
              <w:br/>
              <w:t>기사 제작 자동화</w:t>
            </w:r>
          </w:p>
        </w:tc>
        <w:tc>
          <w:tcPr>
            <w:tcW w:w="2693" w:type="dxa"/>
            <w:shd w:val="clear" w:color="auto" w:fill="F2F2F2"/>
            <w:vAlign w:val="center"/>
          </w:tcPr>
          <w:p w14:paraId="4B5C5AB9" w14:textId="77777777" w:rsidR="00A7019A" w:rsidRDefault="00000000">
            <w:pPr>
              <w:rPr>
                <w:lang w:eastAsia="ko-KR"/>
              </w:rPr>
            </w:pPr>
            <w:r>
              <w:rPr>
                <w:sz w:val="16"/>
                <w:lang w:eastAsia="ko-KR"/>
              </w:rPr>
              <w:t>엠서클</w:t>
            </w:r>
            <w:r>
              <w:rPr>
                <w:sz w:val="16"/>
                <w:lang w:eastAsia="ko-KR"/>
              </w:rPr>
              <w:br/>
              <w:t>하이닥사업부</w:t>
            </w:r>
            <w:r>
              <w:rPr>
                <w:sz w:val="16"/>
                <w:lang w:eastAsia="ko-KR"/>
              </w:rPr>
              <w:br/>
              <w:t>하이닥팀</w:t>
            </w:r>
          </w:p>
        </w:tc>
        <w:tc>
          <w:tcPr>
            <w:tcW w:w="2693" w:type="dxa"/>
            <w:shd w:val="clear" w:color="auto" w:fill="F2F2F2"/>
            <w:vAlign w:val="center"/>
          </w:tcPr>
          <w:p w14:paraId="311155E8" w14:textId="77777777" w:rsidR="00A7019A" w:rsidRDefault="00000000">
            <w:pPr>
              <w:jc w:val="center"/>
            </w:pPr>
            <w:r>
              <w:rPr>
                <w:sz w:val="16"/>
              </w:rPr>
              <w:t>김진우</w:t>
            </w:r>
            <w:r>
              <w:rPr>
                <w:sz w:val="16"/>
              </w:rPr>
              <w:br/>
              <w:t>(정신영)</w:t>
            </w:r>
          </w:p>
        </w:tc>
        <w:tc>
          <w:tcPr>
            <w:tcW w:w="2693" w:type="dxa"/>
            <w:shd w:val="clear" w:color="auto" w:fill="F2F2F2"/>
            <w:vAlign w:val="center"/>
          </w:tcPr>
          <w:p w14:paraId="011971F0" w14:textId="77777777" w:rsidR="00A7019A" w:rsidRDefault="00000000">
            <w:pPr>
              <w:jc w:val="center"/>
            </w:pPr>
            <w:r>
              <w:rPr>
                <w:sz w:val="16"/>
              </w:rPr>
              <w:t>2.20</w:t>
            </w:r>
          </w:p>
        </w:tc>
        <w:tc>
          <w:tcPr>
            <w:tcW w:w="2693" w:type="dxa"/>
            <w:shd w:val="clear" w:color="auto" w:fill="F2F2F2"/>
            <w:vAlign w:val="center"/>
          </w:tcPr>
          <w:p w14:paraId="4834B0B2" w14:textId="77777777" w:rsidR="00A7019A" w:rsidRDefault="00000000">
            <w:pPr>
              <w:rPr>
                <w:lang w:eastAsia="ko-KR"/>
              </w:rPr>
            </w:pPr>
            <w:r>
              <w:rPr>
                <w:sz w:val="16"/>
                <w:lang w:eastAsia="ko-KR"/>
              </w:rPr>
              <w:t>팀장 논의 후</w:t>
            </w:r>
            <w:r>
              <w:rPr>
                <w:sz w:val="16"/>
                <w:lang w:eastAsia="ko-KR"/>
              </w:rPr>
              <w:br/>
              <w:t>시간 조정 예정</w:t>
            </w:r>
          </w:p>
        </w:tc>
        <w:tc>
          <w:tcPr>
            <w:tcW w:w="2693" w:type="dxa"/>
            <w:shd w:val="clear" w:color="auto" w:fill="F2F2F2"/>
            <w:vAlign w:val="center"/>
          </w:tcPr>
          <w:p w14:paraId="286B7276" w14:textId="77777777" w:rsidR="00A7019A" w:rsidRDefault="00000000">
            <w:r>
              <w:rPr>
                <w:sz w:val="16"/>
              </w:rPr>
              <w:t>텍스트</w:t>
            </w:r>
            <w:r>
              <w:rPr>
                <w:sz w:val="16"/>
              </w:rPr>
              <w:br/>
              <w:t>정형 DB</w:t>
            </w:r>
          </w:p>
        </w:tc>
        <w:tc>
          <w:tcPr>
            <w:tcW w:w="2693" w:type="dxa"/>
            <w:shd w:val="clear" w:color="auto" w:fill="F2F2F2"/>
            <w:vAlign w:val="center"/>
          </w:tcPr>
          <w:p w14:paraId="3D12D6FC" w14:textId="77777777" w:rsidR="00A7019A" w:rsidRDefault="00000000">
            <w:pPr>
              <w:rPr>
                <w:lang w:eastAsia="ko-KR"/>
              </w:rPr>
            </w:pPr>
            <w:r>
              <w:rPr>
                <w:sz w:val="16"/>
                <w:lang w:eastAsia="ko-KR"/>
              </w:rPr>
              <w:t>LLM 기사작성</w:t>
            </w:r>
            <w:r>
              <w:rPr>
                <w:sz w:val="16"/>
                <w:lang w:eastAsia="ko-KR"/>
              </w:rPr>
              <w:br/>
              <w:t>논문 크롤링</w:t>
            </w:r>
          </w:p>
        </w:tc>
      </w:tr>
      <w:tr w:rsidR="00A7019A" w14:paraId="7CF4A7F8" w14:textId="77777777">
        <w:trPr>
          <w:jc w:val="center"/>
        </w:trPr>
        <w:tc>
          <w:tcPr>
            <w:tcW w:w="2693" w:type="dxa"/>
            <w:vAlign w:val="center"/>
          </w:tcPr>
          <w:p w14:paraId="032AB272" w14:textId="77777777" w:rsidR="00A7019A" w:rsidRDefault="00000000">
            <w:pPr>
              <w:jc w:val="center"/>
            </w:pPr>
            <w:r>
              <w:rPr>
                <w:b/>
                <w:sz w:val="16"/>
              </w:rPr>
              <w:t>7</w:t>
            </w:r>
          </w:p>
        </w:tc>
        <w:tc>
          <w:tcPr>
            <w:tcW w:w="2693" w:type="dxa"/>
            <w:vAlign w:val="center"/>
          </w:tcPr>
          <w:p w14:paraId="180C761D" w14:textId="77777777" w:rsidR="00A7019A" w:rsidRDefault="00000000">
            <w:pPr>
              <w:rPr>
                <w:lang w:eastAsia="ko-KR"/>
              </w:rPr>
            </w:pPr>
            <w:r>
              <w:rPr>
                <w:sz w:val="16"/>
                <w:lang w:eastAsia="ko-KR"/>
              </w:rPr>
              <w:t>처방마감자료 생성</w:t>
            </w:r>
            <w:r>
              <w:rPr>
                <w:sz w:val="16"/>
                <w:lang w:eastAsia="ko-KR"/>
              </w:rPr>
              <w:br/>
              <w:t>및 메일 발송 자동화</w:t>
            </w:r>
          </w:p>
        </w:tc>
        <w:tc>
          <w:tcPr>
            <w:tcW w:w="2693" w:type="dxa"/>
            <w:vAlign w:val="center"/>
          </w:tcPr>
          <w:p w14:paraId="311C00F1" w14:textId="77777777" w:rsidR="00A7019A" w:rsidRDefault="00000000">
            <w:pPr>
              <w:rPr>
                <w:lang w:eastAsia="ko-KR"/>
              </w:rPr>
            </w:pPr>
            <w:r>
              <w:rPr>
                <w:sz w:val="16"/>
                <w:lang w:eastAsia="ko-KR"/>
              </w:rPr>
              <w:t>대웅제약</w:t>
            </w:r>
            <w:r>
              <w:rPr>
                <w:sz w:val="16"/>
                <w:lang w:eastAsia="ko-KR"/>
              </w:rPr>
              <w:br/>
              <w:t>영업기획실</w:t>
            </w:r>
            <w:r>
              <w:rPr>
                <w:sz w:val="16"/>
                <w:lang w:eastAsia="ko-KR"/>
              </w:rPr>
              <w:br/>
              <w:t>영업지원팀</w:t>
            </w:r>
          </w:p>
        </w:tc>
        <w:tc>
          <w:tcPr>
            <w:tcW w:w="2693" w:type="dxa"/>
            <w:vAlign w:val="center"/>
          </w:tcPr>
          <w:p w14:paraId="1A5CF632" w14:textId="77777777" w:rsidR="00A7019A" w:rsidRDefault="00000000">
            <w:pPr>
              <w:jc w:val="center"/>
            </w:pPr>
            <w:r>
              <w:rPr>
                <w:sz w:val="16"/>
              </w:rPr>
              <w:t>이승민</w:t>
            </w:r>
          </w:p>
        </w:tc>
        <w:tc>
          <w:tcPr>
            <w:tcW w:w="2693" w:type="dxa"/>
            <w:vAlign w:val="center"/>
          </w:tcPr>
          <w:p w14:paraId="7B5D8B11" w14:textId="77777777" w:rsidR="00A7019A" w:rsidRDefault="00000000">
            <w:pPr>
              <w:jc w:val="center"/>
            </w:pPr>
            <w:r>
              <w:rPr>
                <w:sz w:val="16"/>
              </w:rPr>
              <w:t>2.20</w:t>
            </w:r>
          </w:p>
        </w:tc>
        <w:tc>
          <w:tcPr>
            <w:tcW w:w="2693" w:type="dxa"/>
            <w:vAlign w:val="center"/>
          </w:tcPr>
          <w:p w14:paraId="4EAD0023" w14:textId="77777777" w:rsidR="00A7019A" w:rsidRDefault="00000000">
            <w:r>
              <w:rPr>
                <w:sz w:val="16"/>
              </w:rPr>
              <w:t>하루 2~3시간</w:t>
            </w:r>
            <w:r>
              <w:rPr>
                <w:sz w:val="16"/>
              </w:rPr>
              <w:br/>
              <w:t>(제한적 참여)</w:t>
            </w:r>
          </w:p>
        </w:tc>
        <w:tc>
          <w:tcPr>
            <w:tcW w:w="2693" w:type="dxa"/>
            <w:vAlign w:val="center"/>
          </w:tcPr>
          <w:p w14:paraId="5DEB2D62" w14:textId="77777777" w:rsidR="00A7019A" w:rsidRDefault="00000000">
            <w:r>
              <w:rPr>
                <w:sz w:val="16"/>
              </w:rPr>
              <w:t>Excel/CSV</w:t>
            </w:r>
            <w:r>
              <w:rPr>
                <w:sz w:val="16"/>
              </w:rPr>
              <w:br/>
              <w:t>사내시스템</w:t>
            </w:r>
          </w:p>
        </w:tc>
        <w:tc>
          <w:tcPr>
            <w:tcW w:w="2693" w:type="dxa"/>
            <w:vAlign w:val="center"/>
          </w:tcPr>
          <w:p w14:paraId="2238ED4F" w14:textId="77777777" w:rsidR="00A7019A" w:rsidRDefault="00000000">
            <w:pPr>
              <w:rPr>
                <w:lang w:eastAsia="ko-KR"/>
              </w:rPr>
            </w:pPr>
            <w:r>
              <w:rPr>
                <w:sz w:val="16"/>
                <w:lang w:eastAsia="ko-KR"/>
              </w:rPr>
              <w:t>대용량 매핑</w:t>
            </w:r>
            <w:r>
              <w:rPr>
                <w:sz w:val="16"/>
                <w:lang w:eastAsia="ko-KR"/>
              </w:rPr>
              <w:br/>
              <w:t>메일 자동발송</w:t>
            </w:r>
          </w:p>
        </w:tc>
      </w:tr>
      <w:tr w:rsidR="00A7019A" w14:paraId="5316D813" w14:textId="77777777">
        <w:trPr>
          <w:jc w:val="center"/>
        </w:trPr>
        <w:tc>
          <w:tcPr>
            <w:tcW w:w="2693" w:type="dxa"/>
            <w:shd w:val="clear" w:color="auto" w:fill="F2F2F2"/>
            <w:vAlign w:val="center"/>
          </w:tcPr>
          <w:p w14:paraId="50DCBEBE" w14:textId="77777777" w:rsidR="00A7019A" w:rsidRDefault="00000000">
            <w:pPr>
              <w:jc w:val="center"/>
            </w:pPr>
            <w:r>
              <w:rPr>
                <w:b/>
                <w:sz w:val="16"/>
              </w:rPr>
              <w:t>8</w:t>
            </w:r>
          </w:p>
        </w:tc>
        <w:tc>
          <w:tcPr>
            <w:tcW w:w="2693" w:type="dxa"/>
            <w:shd w:val="clear" w:color="auto" w:fill="F2F2F2"/>
            <w:vAlign w:val="center"/>
          </w:tcPr>
          <w:p w14:paraId="3F8E5D35" w14:textId="77777777" w:rsidR="00A7019A" w:rsidRDefault="00000000">
            <w:pPr>
              <w:rPr>
                <w:lang w:eastAsia="ko-KR"/>
              </w:rPr>
            </w:pPr>
            <w:r>
              <w:rPr>
                <w:sz w:val="16"/>
                <w:lang w:eastAsia="ko-KR"/>
              </w:rPr>
              <w:t>매출 대시보드 제작</w:t>
            </w:r>
            <w:r>
              <w:rPr>
                <w:sz w:val="16"/>
                <w:lang w:eastAsia="ko-KR"/>
              </w:rPr>
              <w:br/>
              <w:t>(통합 데이터 시각화)</w:t>
            </w:r>
          </w:p>
        </w:tc>
        <w:tc>
          <w:tcPr>
            <w:tcW w:w="2693" w:type="dxa"/>
            <w:shd w:val="clear" w:color="auto" w:fill="F2F2F2"/>
            <w:vAlign w:val="center"/>
          </w:tcPr>
          <w:p w14:paraId="539AA075" w14:textId="77777777" w:rsidR="00A7019A" w:rsidRDefault="00000000">
            <w:pPr>
              <w:rPr>
                <w:lang w:eastAsia="ko-KR"/>
              </w:rPr>
            </w:pPr>
            <w:r>
              <w:rPr>
                <w:sz w:val="16"/>
                <w:lang w:eastAsia="ko-KR"/>
              </w:rPr>
              <w:t>디엔컴퍼니</w:t>
            </w:r>
            <w:r>
              <w:rPr>
                <w:sz w:val="16"/>
                <w:lang w:eastAsia="ko-KR"/>
              </w:rPr>
              <w:br/>
              <w:t>재무기획실</w:t>
            </w:r>
            <w:r>
              <w:rPr>
                <w:sz w:val="16"/>
                <w:lang w:eastAsia="ko-KR"/>
              </w:rPr>
              <w:br/>
              <w:t>전략기획팀</w:t>
            </w:r>
          </w:p>
        </w:tc>
        <w:tc>
          <w:tcPr>
            <w:tcW w:w="2693" w:type="dxa"/>
            <w:shd w:val="clear" w:color="auto" w:fill="F2F2F2"/>
            <w:vAlign w:val="center"/>
          </w:tcPr>
          <w:p w14:paraId="6E0A790D" w14:textId="77777777" w:rsidR="00A7019A" w:rsidRDefault="00000000">
            <w:pPr>
              <w:jc w:val="center"/>
            </w:pPr>
            <w:r>
              <w:rPr>
                <w:sz w:val="16"/>
              </w:rPr>
              <w:t>백송이</w:t>
            </w:r>
          </w:p>
        </w:tc>
        <w:tc>
          <w:tcPr>
            <w:tcW w:w="2693" w:type="dxa"/>
            <w:shd w:val="clear" w:color="auto" w:fill="F2F2F2"/>
            <w:vAlign w:val="center"/>
          </w:tcPr>
          <w:p w14:paraId="22D2CBAE" w14:textId="77777777" w:rsidR="00A7019A" w:rsidRDefault="00000000">
            <w:pPr>
              <w:jc w:val="center"/>
            </w:pPr>
            <w:r>
              <w:rPr>
                <w:sz w:val="16"/>
              </w:rPr>
              <w:t>2.20</w:t>
            </w:r>
          </w:p>
        </w:tc>
        <w:tc>
          <w:tcPr>
            <w:tcW w:w="2693" w:type="dxa"/>
            <w:shd w:val="clear" w:color="auto" w:fill="F2F2F2"/>
            <w:vAlign w:val="center"/>
          </w:tcPr>
          <w:p w14:paraId="0BDC9187" w14:textId="77777777" w:rsidR="00A7019A" w:rsidRDefault="00000000">
            <w:pPr>
              <w:rPr>
                <w:lang w:eastAsia="ko-KR"/>
              </w:rPr>
            </w:pPr>
            <w:r>
              <w:rPr>
                <w:sz w:val="16"/>
                <w:lang w:eastAsia="ko-KR"/>
              </w:rPr>
              <w:t>하루 4시간 이상</w:t>
            </w:r>
            <w:r>
              <w:rPr>
                <w:sz w:val="16"/>
                <w:lang w:eastAsia="ko-KR"/>
              </w:rPr>
              <w:br/>
              <w:t>(적극 참여)</w:t>
            </w:r>
          </w:p>
        </w:tc>
        <w:tc>
          <w:tcPr>
            <w:tcW w:w="2693" w:type="dxa"/>
            <w:shd w:val="clear" w:color="auto" w:fill="F2F2F2"/>
            <w:vAlign w:val="center"/>
          </w:tcPr>
          <w:p w14:paraId="27C7AE2D" w14:textId="77777777" w:rsidR="00A7019A" w:rsidRDefault="00000000">
            <w:r>
              <w:rPr>
                <w:sz w:val="16"/>
              </w:rPr>
              <w:t>Excel / CSV</w:t>
            </w:r>
          </w:p>
        </w:tc>
        <w:tc>
          <w:tcPr>
            <w:tcW w:w="2693" w:type="dxa"/>
            <w:shd w:val="clear" w:color="auto" w:fill="F2F2F2"/>
            <w:vAlign w:val="center"/>
          </w:tcPr>
          <w:p w14:paraId="3271CECA" w14:textId="77777777" w:rsidR="00A7019A" w:rsidRDefault="00000000">
            <w:pPr>
              <w:rPr>
                <w:lang w:eastAsia="ko-KR"/>
              </w:rPr>
            </w:pPr>
            <w:r>
              <w:rPr>
                <w:sz w:val="16"/>
                <w:lang w:eastAsia="ko-KR"/>
              </w:rPr>
              <w:t>BI 대시보드</w:t>
            </w:r>
            <w:r>
              <w:rPr>
                <w:sz w:val="16"/>
                <w:lang w:eastAsia="ko-KR"/>
              </w:rPr>
              <w:br/>
              <w:t>데이터 통합</w:t>
            </w:r>
          </w:p>
        </w:tc>
      </w:tr>
      <w:tr w:rsidR="00A7019A" w14:paraId="0A233494" w14:textId="77777777">
        <w:trPr>
          <w:jc w:val="center"/>
        </w:trPr>
        <w:tc>
          <w:tcPr>
            <w:tcW w:w="2693" w:type="dxa"/>
            <w:vAlign w:val="center"/>
          </w:tcPr>
          <w:p w14:paraId="2E6C2FB0" w14:textId="77777777" w:rsidR="00A7019A" w:rsidRDefault="00000000">
            <w:pPr>
              <w:jc w:val="center"/>
            </w:pPr>
            <w:r>
              <w:rPr>
                <w:b/>
                <w:sz w:val="16"/>
              </w:rPr>
              <w:t>9</w:t>
            </w:r>
          </w:p>
        </w:tc>
        <w:tc>
          <w:tcPr>
            <w:tcW w:w="2693" w:type="dxa"/>
            <w:vAlign w:val="center"/>
          </w:tcPr>
          <w:p w14:paraId="076E442A" w14:textId="77777777" w:rsidR="00A7019A" w:rsidRDefault="00000000">
            <w:pPr>
              <w:rPr>
                <w:lang w:eastAsia="ko-KR"/>
              </w:rPr>
            </w:pPr>
            <w:r>
              <w:rPr>
                <w:sz w:val="16"/>
                <w:lang w:eastAsia="ko-KR"/>
              </w:rPr>
              <w:t>ETC병원본부 영업 데이터</w:t>
            </w:r>
            <w:r>
              <w:rPr>
                <w:sz w:val="16"/>
                <w:lang w:eastAsia="ko-KR"/>
              </w:rPr>
              <w:br/>
              <w:t>자동 취합·인사이트 리포트</w:t>
            </w:r>
          </w:p>
        </w:tc>
        <w:tc>
          <w:tcPr>
            <w:tcW w:w="2693" w:type="dxa"/>
            <w:vAlign w:val="center"/>
          </w:tcPr>
          <w:p w14:paraId="2C39AED7" w14:textId="77777777" w:rsidR="00A7019A" w:rsidRDefault="00000000">
            <w:r>
              <w:rPr>
                <w:sz w:val="16"/>
              </w:rPr>
              <w:t>대웅</w:t>
            </w:r>
            <w:r>
              <w:rPr>
                <w:sz w:val="16"/>
              </w:rPr>
              <w:br/>
              <w:t>ETC병원본부</w:t>
            </w:r>
          </w:p>
        </w:tc>
        <w:tc>
          <w:tcPr>
            <w:tcW w:w="2693" w:type="dxa"/>
            <w:vAlign w:val="center"/>
          </w:tcPr>
          <w:p w14:paraId="3BF52EB2" w14:textId="77777777" w:rsidR="00A7019A" w:rsidRDefault="00000000">
            <w:pPr>
              <w:jc w:val="center"/>
            </w:pPr>
            <w:r>
              <w:rPr>
                <w:sz w:val="16"/>
              </w:rPr>
              <w:t>금예빈</w:t>
            </w:r>
          </w:p>
        </w:tc>
        <w:tc>
          <w:tcPr>
            <w:tcW w:w="2693" w:type="dxa"/>
            <w:vAlign w:val="center"/>
          </w:tcPr>
          <w:p w14:paraId="480D2C2B" w14:textId="77777777" w:rsidR="00A7019A" w:rsidRDefault="00000000">
            <w:pPr>
              <w:jc w:val="center"/>
            </w:pPr>
            <w:r>
              <w:rPr>
                <w:sz w:val="16"/>
              </w:rPr>
              <w:t>2.23</w:t>
            </w:r>
          </w:p>
        </w:tc>
        <w:tc>
          <w:tcPr>
            <w:tcW w:w="2693" w:type="dxa"/>
            <w:vAlign w:val="center"/>
          </w:tcPr>
          <w:p w14:paraId="3C644EBB" w14:textId="77777777" w:rsidR="00A7019A" w:rsidRDefault="00000000">
            <w:r>
              <w:rPr>
                <w:sz w:val="16"/>
              </w:rPr>
              <w:t>대리 신청 건</w:t>
            </w:r>
          </w:p>
        </w:tc>
        <w:tc>
          <w:tcPr>
            <w:tcW w:w="2693" w:type="dxa"/>
            <w:vAlign w:val="center"/>
          </w:tcPr>
          <w:p w14:paraId="6F2D1EFE" w14:textId="77777777" w:rsidR="00A7019A" w:rsidRDefault="00000000">
            <w:r>
              <w:rPr>
                <w:sz w:val="16"/>
              </w:rPr>
              <w:t>Excel/CSV</w:t>
            </w:r>
            <w:r>
              <w:rPr>
                <w:sz w:val="16"/>
              </w:rPr>
              <w:br/>
              <w:t>텍스트</w:t>
            </w:r>
          </w:p>
        </w:tc>
        <w:tc>
          <w:tcPr>
            <w:tcW w:w="2693" w:type="dxa"/>
            <w:vAlign w:val="center"/>
          </w:tcPr>
          <w:p w14:paraId="310AE5EB" w14:textId="77777777" w:rsidR="00A7019A" w:rsidRDefault="00000000">
            <w:pPr>
              <w:rPr>
                <w:lang w:eastAsia="ko-KR"/>
              </w:rPr>
            </w:pPr>
            <w:r>
              <w:rPr>
                <w:sz w:val="16"/>
                <w:lang w:eastAsia="ko-KR"/>
              </w:rPr>
              <w:t>LLM 인사이트</w:t>
            </w:r>
            <w:r>
              <w:rPr>
                <w:sz w:val="16"/>
                <w:lang w:eastAsia="ko-KR"/>
              </w:rPr>
              <w:br/>
              <w:t>데이터 자동취합</w:t>
            </w:r>
          </w:p>
        </w:tc>
      </w:tr>
      <w:tr w:rsidR="00A7019A" w14:paraId="19345A99" w14:textId="77777777">
        <w:trPr>
          <w:jc w:val="center"/>
        </w:trPr>
        <w:tc>
          <w:tcPr>
            <w:tcW w:w="2693" w:type="dxa"/>
            <w:shd w:val="clear" w:color="auto" w:fill="F2F2F2"/>
            <w:vAlign w:val="center"/>
          </w:tcPr>
          <w:p w14:paraId="03A4BAD5" w14:textId="77777777" w:rsidR="00A7019A" w:rsidRDefault="00000000">
            <w:pPr>
              <w:jc w:val="center"/>
            </w:pPr>
            <w:r>
              <w:rPr>
                <w:b/>
                <w:sz w:val="16"/>
              </w:rPr>
              <w:t>10</w:t>
            </w:r>
          </w:p>
        </w:tc>
        <w:tc>
          <w:tcPr>
            <w:tcW w:w="2693" w:type="dxa"/>
            <w:shd w:val="clear" w:color="auto" w:fill="F2F2F2"/>
            <w:vAlign w:val="center"/>
          </w:tcPr>
          <w:p w14:paraId="61A01F2B" w14:textId="77777777" w:rsidR="00A7019A" w:rsidRDefault="00000000">
            <w:pPr>
              <w:rPr>
                <w:lang w:eastAsia="ko-KR"/>
              </w:rPr>
            </w:pPr>
            <w:r>
              <w:rPr>
                <w:sz w:val="16"/>
                <w:lang w:eastAsia="ko-KR"/>
              </w:rPr>
              <w:t>정책·업계 시황 기반</w:t>
            </w:r>
            <w:r>
              <w:rPr>
                <w:sz w:val="16"/>
                <w:lang w:eastAsia="ko-KR"/>
              </w:rPr>
              <w:br/>
              <w:t>영업 실행 인사이트 자동 생성</w:t>
            </w:r>
          </w:p>
        </w:tc>
        <w:tc>
          <w:tcPr>
            <w:tcW w:w="2693" w:type="dxa"/>
            <w:shd w:val="clear" w:color="auto" w:fill="F2F2F2"/>
            <w:vAlign w:val="center"/>
          </w:tcPr>
          <w:p w14:paraId="56D8B1C0" w14:textId="77777777" w:rsidR="00A7019A" w:rsidRDefault="00000000">
            <w:r>
              <w:rPr>
                <w:sz w:val="16"/>
              </w:rPr>
              <w:t>대웅</w:t>
            </w:r>
            <w:r>
              <w:rPr>
                <w:sz w:val="16"/>
              </w:rPr>
              <w:br/>
              <w:t>ETC병원본부</w:t>
            </w:r>
          </w:p>
        </w:tc>
        <w:tc>
          <w:tcPr>
            <w:tcW w:w="2693" w:type="dxa"/>
            <w:shd w:val="clear" w:color="auto" w:fill="F2F2F2"/>
            <w:vAlign w:val="center"/>
          </w:tcPr>
          <w:p w14:paraId="5227F9A0" w14:textId="77777777" w:rsidR="00A7019A" w:rsidRDefault="00000000">
            <w:pPr>
              <w:jc w:val="center"/>
            </w:pPr>
            <w:r>
              <w:rPr>
                <w:sz w:val="16"/>
              </w:rPr>
              <w:t>금예빈</w:t>
            </w:r>
          </w:p>
        </w:tc>
        <w:tc>
          <w:tcPr>
            <w:tcW w:w="2693" w:type="dxa"/>
            <w:shd w:val="clear" w:color="auto" w:fill="F2F2F2"/>
            <w:vAlign w:val="center"/>
          </w:tcPr>
          <w:p w14:paraId="62A05806" w14:textId="77777777" w:rsidR="00A7019A" w:rsidRDefault="00000000">
            <w:pPr>
              <w:jc w:val="center"/>
            </w:pPr>
            <w:r>
              <w:rPr>
                <w:sz w:val="16"/>
              </w:rPr>
              <w:t>2.23</w:t>
            </w:r>
          </w:p>
        </w:tc>
        <w:tc>
          <w:tcPr>
            <w:tcW w:w="2693" w:type="dxa"/>
            <w:shd w:val="clear" w:color="auto" w:fill="F2F2F2"/>
            <w:vAlign w:val="center"/>
          </w:tcPr>
          <w:p w14:paraId="3C5DC369" w14:textId="77777777" w:rsidR="00A7019A" w:rsidRDefault="00000000">
            <w:r>
              <w:rPr>
                <w:sz w:val="16"/>
              </w:rPr>
              <w:t>대리 신청 건</w:t>
            </w:r>
          </w:p>
        </w:tc>
        <w:tc>
          <w:tcPr>
            <w:tcW w:w="2693" w:type="dxa"/>
            <w:shd w:val="clear" w:color="auto" w:fill="F2F2F2"/>
            <w:vAlign w:val="center"/>
          </w:tcPr>
          <w:p w14:paraId="741E55D4" w14:textId="77777777" w:rsidR="00A7019A" w:rsidRDefault="00000000">
            <w:r>
              <w:rPr>
                <w:sz w:val="16"/>
              </w:rPr>
              <w:t>Excel/CSV</w:t>
            </w:r>
            <w:r>
              <w:rPr>
                <w:sz w:val="16"/>
              </w:rPr>
              <w:br/>
              <w:t>텍스트</w:t>
            </w:r>
          </w:p>
        </w:tc>
        <w:tc>
          <w:tcPr>
            <w:tcW w:w="2693" w:type="dxa"/>
            <w:shd w:val="clear" w:color="auto" w:fill="F2F2F2"/>
            <w:vAlign w:val="center"/>
          </w:tcPr>
          <w:p w14:paraId="4ACF992E" w14:textId="77777777" w:rsidR="00A7019A" w:rsidRDefault="00000000">
            <w:pPr>
              <w:rPr>
                <w:lang w:eastAsia="ko-KR"/>
              </w:rPr>
            </w:pPr>
            <w:r>
              <w:rPr>
                <w:sz w:val="16"/>
                <w:lang w:eastAsia="ko-KR"/>
              </w:rPr>
              <w:t>LLM 기사수집</w:t>
            </w:r>
            <w:r>
              <w:rPr>
                <w:sz w:val="16"/>
                <w:lang w:eastAsia="ko-KR"/>
              </w:rPr>
              <w:br/>
              <w:t>전략 인사이트</w:t>
            </w:r>
          </w:p>
        </w:tc>
      </w:tr>
    </w:tbl>
    <w:p w14:paraId="08844DBE" w14:textId="77777777" w:rsidR="00A7019A" w:rsidRDefault="00A7019A">
      <w:pPr>
        <w:rPr>
          <w:lang w:eastAsia="ko-KR"/>
        </w:rPr>
      </w:pPr>
    </w:p>
    <w:tbl>
      <w:tblPr>
        <w:tblW w:w="0" w:type="auto"/>
        <w:jc w:val="center"/>
        <w:tblLook w:val="04A0" w:firstRow="1" w:lastRow="0" w:firstColumn="1" w:lastColumn="0" w:noHBand="0" w:noVBand="1"/>
      </w:tblPr>
      <w:tblGrid>
        <w:gridCol w:w="5385"/>
        <w:gridCol w:w="5386"/>
        <w:gridCol w:w="5386"/>
        <w:gridCol w:w="5386"/>
      </w:tblGrid>
      <w:tr w:rsidR="00A7019A" w14:paraId="1BB14F89" w14:textId="77777777">
        <w:trPr>
          <w:jc w:val="center"/>
        </w:trPr>
        <w:tc>
          <w:tcPr>
            <w:tcW w:w="5386" w:type="dxa"/>
            <w:shd w:val="clear" w:color="auto" w:fill="2E75B6"/>
          </w:tcPr>
          <w:p w14:paraId="56A7214D" w14:textId="77777777" w:rsidR="00A7019A" w:rsidRDefault="00000000">
            <w:pPr>
              <w:jc w:val="center"/>
            </w:pPr>
            <w:r>
              <w:rPr>
                <w:b/>
                <w:color w:val="FFFFFF"/>
              </w:rPr>
              <w:t>총 신청 과제</w:t>
            </w:r>
            <w:r>
              <w:rPr>
                <w:b/>
                <w:color w:val="FFFFFF"/>
              </w:rPr>
              <w:br/>
            </w:r>
            <w:r>
              <w:rPr>
                <w:b/>
                <w:color w:val="FFFFFF"/>
                <w:sz w:val="32"/>
              </w:rPr>
              <w:t>10건</w:t>
            </w:r>
          </w:p>
        </w:tc>
        <w:tc>
          <w:tcPr>
            <w:tcW w:w="5386" w:type="dxa"/>
            <w:shd w:val="clear" w:color="auto" w:fill="27AE60"/>
          </w:tcPr>
          <w:p w14:paraId="64B5786A" w14:textId="77777777" w:rsidR="00A7019A" w:rsidRDefault="00000000">
            <w:pPr>
              <w:jc w:val="center"/>
            </w:pPr>
            <w:r>
              <w:rPr>
                <w:b/>
                <w:color w:val="FFFFFF"/>
              </w:rPr>
              <w:t>신청 조직</w:t>
            </w:r>
            <w:r>
              <w:rPr>
                <w:b/>
                <w:color w:val="FFFFFF"/>
              </w:rPr>
              <w:br/>
            </w:r>
            <w:r>
              <w:rPr>
                <w:b/>
                <w:color w:val="FFFFFF"/>
                <w:sz w:val="32"/>
              </w:rPr>
              <w:t>5개 조직</w:t>
            </w:r>
          </w:p>
        </w:tc>
        <w:tc>
          <w:tcPr>
            <w:tcW w:w="5386" w:type="dxa"/>
            <w:shd w:val="clear" w:color="auto" w:fill="E67E22"/>
          </w:tcPr>
          <w:p w14:paraId="20D95480" w14:textId="77777777" w:rsidR="00A7019A" w:rsidRDefault="00000000">
            <w:pPr>
              <w:jc w:val="center"/>
            </w:pPr>
            <w:r>
              <w:rPr>
                <w:b/>
                <w:color w:val="FFFFFF"/>
              </w:rPr>
              <w:t>접수 기간</w:t>
            </w:r>
            <w:r>
              <w:rPr>
                <w:b/>
                <w:color w:val="FFFFFF"/>
              </w:rPr>
              <w:br/>
            </w:r>
            <w:r>
              <w:rPr>
                <w:b/>
                <w:color w:val="FFFFFF"/>
                <w:sz w:val="32"/>
              </w:rPr>
              <w:t>2.19 ~ 2.23</w:t>
            </w:r>
          </w:p>
        </w:tc>
        <w:tc>
          <w:tcPr>
            <w:tcW w:w="5386" w:type="dxa"/>
            <w:shd w:val="clear" w:color="auto" w:fill="8E44AD"/>
          </w:tcPr>
          <w:p w14:paraId="4C8B6BBF" w14:textId="77777777" w:rsidR="00A7019A" w:rsidRDefault="00000000">
            <w:pPr>
              <w:jc w:val="center"/>
            </w:pPr>
            <w:r>
              <w:rPr>
                <w:b/>
                <w:color w:val="FFFFFF"/>
              </w:rPr>
              <w:t>데이터 즉시 가능</w:t>
            </w:r>
            <w:r>
              <w:rPr>
                <w:b/>
                <w:color w:val="FFFFFF"/>
              </w:rPr>
              <w:br/>
            </w:r>
            <w:r>
              <w:rPr>
                <w:b/>
                <w:color w:val="FFFFFF"/>
                <w:sz w:val="32"/>
              </w:rPr>
              <w:t>10건 (100%)</w:t>
            </w:r>
          </w:p>
        </w:tc>
      </w:tr>
    </w:tbl>
    <w:p w14:paraId="7C4509BE" w14:textId="77777777" w:rsidR="00A7019A" w:rsidRDefault="00000000">
      <w:r>
        <w:br w:type="page"/>
      </w:r>
    </w:p>
    <w:p w14:paraId="7F93A918" w14:textId="77777777" w:rsidR="00A7019A" w:rsidRDefault="00000000">
      <w:pPr>
        <w:rPr>
          <w:lang w:eastAsia="ko-KR"/>
        </w:rPr>
      </w:pPr>
      <w:r>
        <w:rPr>
          <w:b/>
          <w:color w:val="2E75B6"/>
          <w:sz w:val="40"/>
          <w:lang w:eastAsia="ko-KR"/>
        </w:rPr>
        <w:lastRenderedPageBreak/>
        <w:t>2.1</w:t>
      </w:r>
      <w:r>
        <w:rPr>
          <w:b/>
          <w:color w:val="1B3A5C"/>
          <w:sz w:val="40"/>
          <w:lang w:eastAsia="ko-KR"/>
        </w:rPr>
        <w:t xml:space="preserve">  ETC마케팅본부 목표 달성 DashBoard</w:t>
      </w:r>
    </w:p>
    <w:p w14:paraId="5ECAED49" w14:textId="77777777" w:rsidR="00A7019A" w:rsidRDefault="00000000">
      <w:pPr>
        <w:rPr>
          <w:lang w:eastAsia="ko-KR"/>
        </w:rPr>
      </w:pPr>
      <w:r>
        <w:rPr>
          <w:b/>
          <w:color w:val="2E75B6"/>
          <w:sz w:val="24"/>
          <w:lang w:eastAsia="ko-KR"/>
        </w:rPr>
        <w:t xml:space="preserve">2.1.1 </w:t>
      </w:r>
      <w:r>
        <w:rPr>
          <w:b/>
          <w:color w:val="1B3A5C"/>
          <w:sz w:val="24"/>
          <w:lang w:eastAsia="ko-KR"/>
        </w:rPr>
        <w:t>과제 기본정보 · 현재 업무 · 희망 결과</w:t>
      </w:r>
    </w:p>
    <w:p w14:paraId="29FDF531" w14:textId="77777777" w:rsidR="00A7019A" w:rsidRDefault="00A7019A">
      <w:pPr>
        <w:rPr>
          <w:lang w:eastAsia="ko-KR"/>
        </w:rPr>
      </w:pPr>
    </w:p>
    <w:tbl>
      <w:tblPr>
        <w:tblStyle w:val="af9"/>
        <w:tblW w:w="0" w:type="auto"/>
        <w:jc w:val="center"/>
        <w:tblLook w:val="04A0" w:firstRow="1" w:lastRow="0" w:firstColumn="1" w:lastColumn="0" w:noHBand="0" w:noVBand="1"/>
      </w:tblPr>
      <w:tblGrid>
        <w:gridCol w:w="5384"/>
        <w:gridCol w:w="5383"/>
        <w:gridCol w:w="5383"/>
        <w:gridCol w:w="5383"/>
      </w:tblGrid>
      <w:tr w:rsidR="00A7019A" w14:paraId="63F934E8" w14:textId="77777777">
        <w:trPr>
          <w:jc w:val="center"/>
        </w:trPr>
        <w:tc>
          <w:tcPr>
            <w:tcW w:w="5386" w:type="dxa"/>
            <w:shd w:val="clear" w:color="auto" w:fill="D6E4F0"/>
            <w:vAlign w:val="center"/>
          </w:tcPr>
          <w:p w14:paraId="0EB43351" w14:textId="77777777" w:rsidR="00A7019A" w:rsidRDefault="00000000">
            <w:r>
              <w:rPr>
                <w:b/>
                <w:sz w:val="16"/>
              </w:rPr>
              <w:t>소속</w:t>
            </w:r>
          </w:p>
        </w:tc>
        <w:tc>
          <w:tcPr>
            <w:tcW w:w="5386" w:type="dxa"/>
            <w:vAlign w:val="center"/>
          </w:tcPr>
          <w:p w14:paraId="32216E16" w14:textId="77777777" w:rsidR="00A7019A" w:rsidRDefault="00000000">
            <w:pPr>
              <w:rPr>
                <w:lang w:eastAsia="ko-KR"/>
              </w:rPr>
            </w:pPr>
            <w:r>
              <w:rPr>
                <w:sz w:val="16"/>
                <w:lang w:eastAsia="ko-KR"/>
              </w:rPr>
              <w:t>대웅제약 ETC마케팅본부 마케팅기획팀</w:t>
            </w:r>
          </w:p>
        </w:tc>
        <w:tc>
          <w:tcPr>
            <w:tcW w:w="5386" w:type="dxa"/>
            <w:shd w:val="clear" w:color="auto" w:fill="D6E4F0"/>
            <w:vAlign w:val="center"/>
          </w:tcPr>
          <w:p w14:paraId="47891CA8" w14:textId="77777777" w:rsidR="00A7019A" w:rsidRDefault="00000000">
            <w:r>
              <w:rPr>
                <w:b/>
                <w:sz w:val="16"/>
              </w:rPr>
              <w:t>신청자 / 사번</w:t>
            </w:r>
          </w:p>
        </w:tc>
        <w:tc>
          <w:tcPr>
            <w:tcW w:w="5386" w:type="dxa"/>
            <w:vAlign w:val="center"/>
          </w:tcPr>
          <w:p w14:paraId="721D2AA0" w14:textId="77777777" w:rsidR="00A7019A" w:rsidRDefault="00000000">
            <w:r>
              <w:rPr>
                <w:sz w:val="16"/>
              </w:rPr>
              <w:t>박미경 / 2190270</w:t>
            </w:r>
          </w:p>
        </w:tc>
      </w:tr>
      <w:tr w:rsidR="00A7019A" w14:paraId="48F29F08" w14:textId="77777777">
        <w:trPr>
          <w:jc w:val="center"/>
        </w:trPr>
        <w:tc>
          <w:tcPr>
            <w:tcW w:w="5386" w:type="dxa"/>
            <w:shd w:val="clear" w:color="auto" w:fill="D6E4F0"/>
            <w:vAlign w:val="center"/>
          </w:tcPr>
          <w:p w14:paraId="6A6FA0FD" w14:textId="77777777" w:rsidR="00A7019A" w:rsidRDefault="00000000">
            <w:r>
              <w:rPr>
                <w:b/>
                <w:sz w:val="16"/>
              </w:rPr>
              <w:t>접수일</w:t>
            </w:r>
          </w:p>
        </w:tc>
        <w:tc>
          <w:tcPr>
            <w:tcW w:w="5386" w:type="dxa"/>
            <w:vAlign w:val="center"/>
          </w:tcPr>
          <w:p w14:paraId="577FFBA6" w14:textId="77777777" w:rsidR="00A7019A" w:rsidRDefault="00000000">
            <w:r>
              <w:rPr>
                <w:sz w:val="16"/>
              </w:rPr>
              <w:t>2026.02.19</w:t>
            </w:r>
          </w:p>
        </w:tc>
        <w:tc>
          <w:tcPr>
            <w:tcW w:w="5386" w:type="dxa"/>
            <w:shd w:val="clear" w:color="auto" w:fill="D6E4F0"/>
            <w:vAlign w:val="center"/>
          </w:tcPr>
          <w:p w14:paraId="63E6052A" w14:textId="77777777" w:rsidR="00A7019A" w:rsidRDefault="00000000">
            <w:r>
              <w:rPr>
                <w:b/>
                <w:sz w:val="16"/>
              </w:rPr>
              <w:t>참여 가능 시간</w:t>
            </w:r>
          </w:p>
        </w:tc>
        <w:tc>
          <w:tcPr>
            <w:tcW w:w="5386" w:type="dxa"/>
            <w:vAlign w:val="center"/>
          </w:tcPr>
          <w:p w14:paraId="0A6111C0" w14:textId="77777777" w:rsidR="00A7019A" w:rsidRDefault="00000000">
            <w:pPr>
              <w:rPr>
                <w:lang w:eastAsia="ko-KR"/>
              </w:rPr>
            </w:pPr>
            <w:r>
              <w:rPr>
                <w:sz w:val="16"/>
                <w:lang w:eastAsia="ko-KR"/>
              </w:rPr>
              <w:t>하루 4시간 이상 (적극 참여)</w:t>
            </w:r>
          </w:p>
        </w:tc>
      </w:tr>
      <w:tr w:rsidR="00A7019A" w14:paraId="272559AF" w14:textId="77777777">
        <w:trPr>
          <w:jc w:val="center"/>
        </w:trPr>
        <w:tc>
          <w:tcPr>
            <w:tcW w:w="5386" w:type="dxa"/>
            <w:shd w:val="clear" w:color="auto" w:fill="D6E4F0"/>
            <w:vAlign w:val="center"/>
          </w:tcPr>
          <w:p w14:paraId="1ECBDD29" w14:textId="77777777" w:rsidR="00A7019A" w:rsidRDefault="00000000">
            <w:r>
              <w:rPr>
                <w:b/>
                <w:sz w:val="16"/>
              </w:rPr>
              <w:t>현재 업무 소요시간</w:t>
            </w:r>
          </w:p>
        </w:tc>
        <w:tc>
          <w:tcPr>
            <w:tcW w:w="5386" w:type="dxa"/>
            <w:vAlign w:val="center"/>
          </w:tcPr>
          <w:p w14:paraId="0DF02CEA" w14:textId="77777777" w:rsidR="00A7019A" w:rsidRDefault="00000000">
            <w:pPr>
              <w:rPr>
                <w:lang w:eastAsia="ko-KR"/>
              </w:rPr>
            </w:pPr>
            <w:r>
              <w:rPr>
                <w:sz w:val="16"/>
                <w:lang w:eastAsia="ko-KR"/>
              </w:rPr>
              <w:t>주 3~5시간 (데이터 검수시간 포함)</w:t>
            </w:r>
          </w:p>
        </w:tc>
        <w:tc>
          <w:tcPr>
            <w:tcW w:w="5386" w:type="dxa"/>
            <w:shd w:val="clear" w:color="auto" w:fill="D6E4F0"/>
            <w:vAlign w:val="center"/>
          </w:tcPr>
          <w:p w14:paraId="51F7B744" w14:textId="77777777" w:rsidR="00A7019A" w:rsidRDefault="00000000">
            <w:r>
              <w:rPr>
                <w:b/>
                <w:sz w:val="16"/>
              </w:rPr>
              <w:t>협업 부서</w:t>
            </w:r>
          </w:p>
        </w:tc>
        <w:tc>
          <w:tcPr>
            <w:tcW w:w="5386" w:type="dxa"/>
            <w:vAlign w:val="center"/>
          </w:tcPr>
          <w:p w14:paraId="273E96A1" w14:textId="77777777" w:rsidR="00A7019A" w:rsidRDefault="00000000">
            <w:pPr>
              <w:rPr>
                <w:lang w:eastAsia="ko-KR"/>
              </w:rPr>
            </w:pPr>
            <w:r>
              <w:rPr>
                <w:sz w:val="16"/>
                <w:lang w:eastAsia="ko-KR"/>
              </w:rPr>
              <w:t>SF CRM팀 (데이터 자동화 연계 시)</w:t>
            </w:r>
          </w:p>
        </w:tc>
      </w:tr>
      <w:tr w:rsidR="00A7019A" w14:paraId="112405E9" w14:textId="77777777">
        <w:trPr>
          <w:jc w:val="center"/>
        </w:trPr>
        <w:tc>
          <w:tcPr>
            <w:tcW w:w="5386" w:type="dxa"/>
            <w:shd w:val="clear" w:color="auto" w:fill="D6E4F0"/>
            <w:vAlign w:val="center"/>
          </w:tcPr>
          <w:p w14:paraId="5EEE5515" w14:textId="77777777" w:rsidR="00A7019A" w:rsidRDefault="00000000">
            <w:r>
              <w:rPr>
                <w:b/>
                <w:sz w:val="16"/>
              </w:rPr>
              <w:t>데이터 형태</w:t>
            </w:r>
          </w:p>
        </w:tc>
        <w:tc>
          <w:tcPr>
            <w:tcW w:w="5386" w:type="dxa"/>
            <w:vAlign w:val="center"/>
          </w:tcPr>
          <w:p w14:paraId="7842DD8B" w14:textId="77777777" w:rsidR="00A7019A" w:rsidRDefault="00000000">
            <w:r>
              <w:rPr>
                <w:sz w:val="16"/>
              </w:rPr>
              <w:t>Excel / CSV</w:t>
            </w:r>
          </w:p>
        </w:tc>
        <w:tc>
          <w:tcPr>
            <w:tcW w:w="5386" w:type="dxa"/>
            <w:shd w:val="clear" w:color="auto" w:fill="D6E4F0"/>
            <w:vAlign w:val="center"/>
          </w:tcPr>
          <w:p w14:paraId="383A124F" w14:textId="77777777" w:rsidR="00A7019A" w:rsidRDefault="00000000">
            <w:r>
              <w:rPr>
                <w:b/>
                <w:sz w:val="16"/>
              </w:rPr>
              <w:t>데이터 준비 상태</w:t>
            </w:r>
          </w:p>
        </w:tc>
        <w:tc>
          <w:tcPr>
            <w:tcW w:w="5386" w:type="dxa"/>
            <w:vAlign w:val="center"/>
          </w:tcPr>
          <w:p w14:paraId="26DD416F" w14:textId="77777777" w:rsidR="00A7019A" w:rsidRDefault="00000000">
            <w:pPr>
              <w:rPr>
                <w:lang w:eastAsia="ko-KR"/>
              </w:rPr>
            </w:pPr>
            <w:r>
              <w:rPr>
                <w:sz w:val="16"/>
                <w:lang w:eastAsia="ko-KR"/>
              </w:rPr>
              <w:t>예 (과제 선발 후 샘플 데이터 즉시 제공 가능)</w:t>
            </w:r>
          </w:p>
        </w:tc>
      </w:tr>
      <w:tr w:rsidR="00A7019A" w14:paraId="5424EDEE" w14:textId="77777777">
        <w:trPr>
          <w:jc w:val="center"/>
        </w:trPr>
        <w:tc>
          <w:tcPr>
            <w:tcW w:w="5386" w:type="dxa"/>
            <w:shd w:val="clear" w:color="auto" w:fill="D6E4F0"/>
            <w:vAlign w:val="center"/>
          </w:tcPr>
          <w:p w14:paraId="2E03732B" w14:textId="77777777" w:rsidR="00A7019A" w:rsidRDefault="00000000">
            <w:r>
              <w:rPr>
                <w:b/>
                <w:sz w:val="16"/>
              </w:rPr>
              <w:t>데이터 처리 규모</w:t>
            </w:r>
          </w:p>
        </w:tc>
        <w:tc>
          <w:tcPr>
            <w:tcW w:w="5386" w:type="dxa"/>
            <w:vAlign w:val="center"/>
          </w:tcPr>
          <w:p w14:paraId="556602F3" w14:textId="77777777" w:rsidR="00A7019A" w:rsidRDefault="00000000">
            <w:pPr>
              <w:rPr>
                <w:lang w:eastAsia="ko-KR"/>
              </w:rPr>
            </w:pPr>
            <w:r>
              <w:rPr>
                <w:sz w:val="16"/>
                <w:lang w:eastAsia="ko-KR"/>
              </w:rPr>
              <w:t>1개 파일, 10개 이상 시트 연동</w:t>
            </w:r>
          </w:p>
        </w:tc>
        <w:tc>
          <w:tcPr>
            <w:tcW w:w="5386" w:type="dxa"/>
            <w:shd w:val="clear" w:color="auto" w:fill="D6E4F0"/>
            <w:vAlign w:val="center"/>
          </w:tcPr>
          <w:p w14:paraId="458C054F" w14:textId="77777777" w:rsidR="00A7019A" w:rsidRDefault="00000000">
            <w:r>
              <w:rPr>
                <w:b/>
                <w:sz w:val="16"/>
              </w:rPr>
              <w:t>개인정보 포함</w:t>
            </w:r>
          </w:p>
        </w:tc>
        <w:tc>
          <w:tcPr>
            <w:tcW w:w="5386" w:type="dxa"/>
            <w:vAlign w:val="center"/>
          </w:tcPr>
          <w:p w14:paraId="27B48A28" w14:textId="77777777" w:rsidR="00A7019A" w:rsidRDefault="00000000">
            <w:r>
              <w:rPr>
                <w:sz w:val="16"/>
              </w:rPr>
              <w:t>미포함</w:t>
            </w:r>
          </w:p>
        </w:tc>
      </w:tr>
    </w:tbl>
    <w:p w14:paraId="27C8B5A7" w14:textId="77777777" w:rsidR="00A7019A" w:rsidRDefault="00A7019A"/>
    <w:tbl>
      <w:tblPr>
        <w:tblStyle w:val="af9"/>
        <w:tblW w:w="0" w:type="auto"/>
        <w:jc w:val="center"/>
        <w:tblLook w:val="04A0" w:firstRow="1" w:lastRow="0" w:firstColumn="1" w:lastColumn="0" w:noHBand="0" w:noVBand="1"/>
      </w:tblPr>
      <w:tblGrid>
        <w:gridCol w:w="7177"/>
        <w:gridCol w:w="7178"/>
        <w:gridCol w:w="7178"/>
      </w:tblGrid>
      <w:tr w:rsidR="00A7019A" w14:paraId="44B8207C" w14:textId="77777777">
        <w:trPr>
          <w:jc w:val="center"/>
        </w:trPr>
        <w:tc>
          <w:tcPr>
            <w:tcW w:w="7181" w:type="dxa"/>
            <w:shd w:val="clear" w:color="auto" w:fill="2E75B6"/>
            <w:vAlign w:val="center"/>
          </w:tcPr>
          <w:p w14:paraId="59ED9A9D" w14:textId="77777777" w:rsidR="00A7019A" w:rsidRDefault="00000000">
            <w:pPr>
              <w:jc w:val="center"/>
            </w:pPr>
            <w:r>
              <w:rPr>
                <w:b/>
                <w:color w:val="FFFFFF"/>
              </w:rPr>
              <w:t>As-Is : 현재 업무</w:t>
            </w:r>
          </w:p>
        </w:tc>
        <w:tc>
          <w:tcPr>
            <w:tcW w:w="7181" w:type="dxa"/>
            <w:shd w:val="clear" w:color="auto" w:fill="2E75B6"/>
            <w:vAlign w:val="center"/>
          </w:tcPr>
          <w:p w14:paraId="0B5155CD" w14:textId="77777777" w:rsidR="00A7019A" w:rsidRDefault="00000000">
            <w:pPr>
              <w:jc w:val="center"/>
            </w:pPr>
            <w:r>
              <w:rPr>
                <w:b/>
                <w:color w:val="FFFFFF"/>
              </w:rPr>
              <w:t>Pain Point : 문제점</w:t>
            </w:r>
          </w:p>
        </w:tc>
        <w:tc>
          <w:tcPr>
            <w:tcW w:w="7181" w:type="dxa"/>
            <w:shd w:val="clear" w:color="auto" w:fill="2E75B6"/>
            <w:vAlign w:val="center"/>
          </w:tcPr>
          <w:p w14:paraId="4A554801" w14:textId="77777777" w:rsidR="00A7019A" w:rsidRDefault="00000000">
            <w:pPr>
              <w:jc w:val="center"/>
            </w:pPr>
            <w:r>
              <w:rPr>
                <w:b/>
                <w:color w:val="FFFFFF"/>
              </w:rPr>
              <w:t>To-Be : 희망 결과</w:t>
            </w:r>
          </w:p>
        </w:tc>
      </w:tr>
      <w:tr w:rsidR="00A7019A" w14:paraId="28A36625" w14:textId="77777777">
        <w:trPr>
          <w:jc w:val="center"/>
        </w:trPr>
        <w:tc>
          <w:tcPr>
            <w:tcW w:w="7181" w:type="dxa"/>
          </w:tcPr>
          <w:p w14:paraId="66C311E2" w14:textId="77777777" w:rsidR="00A7019A" w:rsidRDefault="00000000">
            <w:pPr>
              <w:rPr>
                <w:lang w:eastAsia="ko-KR"/>
              </w:rPr>
            </w:pPr>
            <w:r>
              <w:rPr>
                <w:sz w:val="16"/>
                <w:lang w:eastAsia="ko-KR"/>
              </w:rPr>
              <w:t>마케팅 PM의 본질업무인 '사업기 목표달성, MBO시스템, 성공모델 확산/파생사례, 검증4단계' 4가지 항목을 주 1회(주차별/월 마감 시) 데이터를 수기로 업데이트하고, 사업팀/품목/PM별 필터링이 가능한 엑셀 대시보드 형태로 공유하고 있음.</w:t>
            </w:r>
          </w:p>
        </w:tc>
        <w:tc>
          <w:tcPr>
            <w:tcW w:w="7181" w:type="dxa"/>
          </w:tcPr>
          <w:p w14:paraId="6491E6F6" w14:textId="77777777" w:rsidR="00A7019A" w:rsidRDefault="00000000">
            <w:pPr>
              <w:rPr>
                <w:lang w:eastAsia="ko-KR"/>
              </w:rPr>
            </w:pPr>
            <w:r>
              <w:rPr>
                <w:sz w:val="16"/>
                <w:lang w:eastAsia="ko-KR"/>
              </w:rPr>
              <w:t>① 데이터 RAW 수기 업데이트·검수에 주 1회 2~3시간 소요, 수치 불일치 시 추가 검토 시간 발생</w:t>
            </w:r>
            <w:r>
              <w:rPr>
                <w:sz w:val="16"/>
                <w:lang w:eastAsia="ko-KR"/>
              </w:rPr>
              <w:br/>
              <w:t>② 사업부장/사업팀장/PM이 수기로 목표 달성 현황을 작성하여 보고 편의성 부족</w:t>
            </w:r>
            <w:r>
              <w:rPr>
                <w:sz w:val="16"/>
                <w:lang w:eastAsia="ko-KR"/>
              </w:rPr>
              <w:br/>
              <w:t>③ 수년간 누적 데이터로 용량 방대, 대시보드 로딩시간 3~5초 소요</w:t>
            </w:r>
          </w:p>
        </w:tc>
        <w:tc>
          <w:tcPr>
            <w:tcW w:w="7181" w:type="dxa"/>
          </w:tcPr>
          <w:p w14:paraId="4C565FBB" w14:textId="77777777" w:rsidR="00A7019A" w:rsidRDefault="00000000">
            <w:pPr>
              <w:rPr>
                <w:lang w:eastAsia="ko-KR"/>
              </w:rPr>
            </w:pPr>
            <w:r>
              <w:rPr>
                <w:sz w:val="16"/>
                <w:lang w:eastAsia="ko-KR"/>
              </w:rPr>
              <w:t>- 사업부/사업팀/품목/PM 선택 시 결산보고를 AI가 자동으로 작성</w:t>
            </w:r>
            <w:r>
              <w:rPr>
                <w:sz w:val="16"/>
                <w:lang w:eastAsia="ko-KR"/>
              </w:rPr>
              <w:br/>
              <w:t>- 집중품목 자동 선별, 핵심 성과 상단 자동 정리</w:t>
            </w:r>
            <w:r>
              <w:rPr>
                <w:sz w:val="16"/>
                <w:lang w:eastAsia="ko-KR"/>
              </w:rPr>
              <w:br/>
              <w:t>- 데이터 각 사이트별 자동 연동으로 수기 업데이트 자동화</w:t>
            </w:r>
            <w:r>
              <w:rPr>
                <w:sz w:val="16"/>
                <w:lang w:eastAsia="ko-KR"/>
              </w:rPr>
              <w:br/>
              <w:t>- 선택한 데이터 내 순위(사업팀/PM/품목) 자동 제공</w:t>
            </w:r>
          </w:p>
        </w:tc>
      </w:tr>
    </w:tbl>
    <w:p w14:paraId="1F9271C9" w14:textId="77777777" w:rsidR="00A7019A" w:rsidRDefault="00A7019A">
      <w:pPr>
        <w:rPr>
          <w:lang w:eastAsia="ko-KR"/>
        </w:rPr>
      </w:pPr>
    </w:p>
    <w:p w14:paraId="5023E56A" w14:textId="77777777" w:rsidR="00A7019A" w:rsidRDefault="00000000">
      <w:pPr>
        <w:rPr>
          <w:lang w:eastAsia="ko-KR"/>
        </w:rPr>
      </w:pPr>
      <w:r>
        <w:rPr>
          <w:b/>
          <w:color w:val="2E75B6"/>
          <w:sz w:val="16"/>
          <w:lang w:eastAsia="ko-KR"/>
        </w:rPr>
        <w:t xml:space="preserve">결과 형태: </w:t>
      </w:r>
      <w:r>
        <w:rPr>
          <w:sz w:val="16"/>
          <w:lang w:eastAsia="ko-KR"/>
        </w:rPr>
        <w:t>대시보드, 챗봇</w:t>
      </w:r>
    </w:p>
    <w:p w14:paraId="0C24F298" w14:textId="77777777" w:rsidR="00A7019A" w:rsidRDefault="00A7019A">
      <w:pPr>
        <w:rPr>
          <w:lang w:eastAsia="ko-KR"/>
        </w:rPr>
      </w:pPr>
    </w:p>
    <w:p w14:paraId="007B77F5" w14:textId="77777777" w:rsidR="00A7019A" w:rsidRDefault="00000000">
      <w:pPr>
        <w:rPr>
          <w:lang w:eastAsia="ko-KR"/>
        </w:rPr>
      </w:pPr>
      <w:r>
        <w:rPr>
          <w:b/>
          <w:color w:val="2E75B6"/>
          <w:sz w:val="24"/>
          <w:lang w:eastAsia="ko-KR"/>
        </w:rPr>
        <w:t xml:space="preserve">2.1.2 </w:t>
      </w:r>
      <w:r>
        <w:rPr>
          <w:b/>
          <w:color w:val="1B3A5C"/>
          <w:sz w:val="24"/>
          <w:lang w:eastAsia="ko-KR"/>
        </w:rPr>
        <w:t>과제 선정 기준 체크리스트 평가</w:t>
      </w:r>
    </w:p>
    <w:p w14:paraId="1BB5911A" w14:textId="77777777" w:rsidR="00A7019A" w:rsidRDefault="00A7019A">
      <w:pPr>
        <w:rPr>
          <w:lang w:eastAsia="ko-KR"/>
        </w:rPr>
      </w:pPr>
    </w:p>
    <w:tbl>
      <w:tblPr>
        <w:tblStyle w:val="af9"/>
        <w:tblW w:w="0" w:type="auto"/>
        <w:jc w:val="center"/>
        <w:tblLook w:val="04A0" w:firstRow="1" w:lastRow="0" w:firstColumn="1" w:lastColumn="0" w:noHBand="0" w:noVBand="1"/>
      </w:tblPr>
      <w:tblGrid>
        <w:gridCol w:w="7178"/>
        <w:gridCol w:w="7177"/>
        <w:gridCol w:w="7178"/>
      </w:tblGrid>
      <w:tr w:rsidR="00A7019A" w14:paraId="5E688F00" w14:textId="77777777">
        <w:trPr>
          <w:jc w:val="center"/>
        </w:trPr>
        <w:tc>
          <w:tcPr>
            <w:tcW w:w="7181" w:type="dxa"/>
            <w:shd w:val="clear" w:color="auto" w:fill="2E75B6"/>
            <w:vAlign w:val="center"/>
          </w:tcPr>
          <w:p w14:paraId="1F8C5489" w14:textId="77777777" w:rsidR="00A7019A" w:rsidRDefault="00000000">
            <w:pPr>
              <w:jc w:val="center"/>
            </w:pPr>
            <w:r>
              <w:rPr>
                <w:b/>
                <w:color w:val="FFFFFF"/>
              </w:rPr>
              <w:t>선정 기준</w:t>
            </w:r>
          </w:p>
        </w:tc>
        <w:tc>
          <w:tcPr>
            <w:tcW w:w="7181" w:type="dxa"/>
            <w:shd w:val="clear" w:color="auto" w:fill="2E75B6"/>
            <w:vAlign w:val="center"/>
          </w:tcPr>
          <w:p w14:paraId="6593D2B0" w14:textId="77777777" w:rsidR="00A7019A" w:rsidRDefault="00000000">
            <w:pPr>
              <w:jc w:val="center"/>
            </w:pPr>
            <w:r>
              <w:rPr>
                <w:b/>
                <w:color w:val="FFFFFF"/>
              </w:rPr>
              <w:t>판정</w:t>
            </w:r>
          </w:p>
        </w:tc>
        <w:tc>
          <w:tcPr>
            <w:tcW w:w="7181" w:type="dxa"/>
            <w:shd w:val="clear" w:color="auto" w:fill="2E75B6"/>
            <w:vAlign w:val="center"/>
          </w:tcPr>
          <w:p w14:paraId="730693FF" w14:textId="77777777" w:rsidR="00A7019A" w:rsidRDefault="00000000">
            <w:pPr>
              <w:jc w:val="center"/>
            </w:pPr>
            <w:r>
              <w:rPr>
                <w:b/>
                <w:color w:val="FFFFFF"/>
              </w:rPr>
              <w:t>평가 내용</w:t>
            </w:r>
          </w:p>
        </w:tc>
      </w:tr>
      <w:tr w:rsidR="00A7019A" w14:paraId="7C84695D" w14:textId="77777777">
        <w:trPr>
          <w:jc w:val="center"/>
        </w:trPr>
        <w:tc>
          <w:tcPr>
            <w:tcW w:w="7181" w:type="dxa"/>
            <w:vAlign w:val="center"/>
          </w:tcPr>
          <w:p w14:paraId="6C42EC75" w14:textId="77777777" w:rsidR="00A7019A" w:rsidRDefault="00000000">
            <w:pPr>
              <w:rPr>
                <w:lang w:eastAsia="ko-KR"/>
              </w:rPr>
            </w:pPr>
            <w:r>
              <w:rPr>
                <w:b/>
                <w:sz w:val="16"/>
                <w:lang w:eastAsia="ko-KR"/>
              </w:rPr>
              <w:t>① 업무 규칙·요구사항 명확성</w:t>
            </w:r>
          </w:p>
        </w:tc>
        <w:tc>
          <w:tcPr>
            <w:tcW w:w="7181" w:type="dxa"/>
            <w:shd w:val="clear" w:color="auto" w:fill="E2EFDA"/>
            <w:vAlign w:val="center"/>
          </w:tcPr>
          <w:p w14:paraId="5E762F33" w14:textId="77777777" w:rsidR="00A7019A" w:rsidRDefault="00000000">
            <w:pPr>
              <w:jc w:val="center"/>
            </w:pPr>
            <w:r>
              <w:rPr>
                <w:b/>
              </w:rPr>
              <w:t>✓ 명확</w:t>
            </w:r>
          </w:p>
        </w:tc>
        <w:tc>
          <w:tcPr>
            <w:tcW w:w="7181" w:type="dxa"/>
          </w:tcPr>
          <w:p w14:paraId="76FDAA8A" w14:textId="77777777" w:rsidR="00A7019A" w:rsidRDefault="00000000">
            <w:pPr>
              <w:rPr>
                <w:lang w:eastAsia="ko-KR"/>
              </w:rPr>
            </w:pPr>
            <w:r>
              <w:rPr>
                <w:sz w:val="16"/>
                <w:lang w:eastAsia="ko-KR"/>
              </w:rPr>
              <w:t>사업기 목표달성 등 4가지 항목의 데이터를 주 1회 업데이트하고 사업팀/품목/PM별 필터링하여 대시보드로 공유하는 명확한 프로세스가 존재함.</w:t>
            </w:r>
          </w:p>
        </w:tc>
      </w:tr>
      <w:tr w:rsidR="00A7019A" w14:paraId="5D41AB5A" w14:textId="77777777">
        <w:trPr>
          <w:jc w:val="center"/>
        </w:trPr>
        <w:tc>
          <w:tcPr>
            <w:tcW w:w="7181" w:type="dxa"/>
            <w:vAlign w:val="center"/>
          </w:tcPr>
          <w:p w14:paraId="7ECB10F0" w14:textId="77777777" w:rsidR="00A7019A" w:rsidRDefault="00000000">
            <w:r>
              <w:rPr>
                <w:b/>
                <w:sz w:val="16"/>
              </w:rPr>
              <w:t>② 현업 참여 의지</w:t>
            </w:r>
          </w:p>
        </w:tc>
        <w:tc>
          <w:tcPr>
            <w:tcW w:w="7181" w:type="dxa"/>
            <w:shd w:val="clear" w:color="auto" w:fill="E2EFDA"/>
            <w:vAlign w:val="center"/>
          </w:tcPr>
          <w:p w14:paraId="4F55C6A4" w14:textId="77777777" w:rsidR="00A7019A" w:rsidRDefault="00000000">
            <w:pPr>
              <w:jc w:val="center"/>
            </w:pPr>
            <w:r>
              <w:rPr>
                <w:b/>
              </w:rPr>
              <w:t>✓ 적극 참여</w:t>
            </w:r>
          </w:p>
        </w:tc>
        <w:tc>
          <w:tcPr>
            <w:tcW w:w="7181" w:type="dxa"/>
          </w:tcPr>
          <w:p w14:paraId="28B25A5F" w14:textId="77777777" w:rsidR="00A7019A" w:rsidRDefault="00000000">
            <w:pPr>
              <w:rPr>
                <w:lang w:eastAsia="ko-KR"/>
              </w:rPr>
            </w:pPr>
            <w:r>
              <w:rPr>
                <w:sz w:val="16"/>
                <w:lang w:eastAsia="ko-KR"/>
              </w:rPr>
              <w:t>하루 4시간 이상 적극 참여 가능. 선정 기준(매일 6시간)에 다소 부족하나 적극적 의지 확인됨.</w:t>
            </w:r>
          </w:p>
        </w:tc>
      </w:tr>
      <w:tr w:rsidR="00A7019A" w14:paraId="5DBF825F" w14:textId="77777777">
        <w:trPr>
          <w:jc w:val="center"/>
        </w:trPr>
        <w:tc>
          <w:tcPr>
            <w:tcW w:w="7181" w:type="dxa"/>
            <w:vAlign w:val="center"/>
          </w:tcPr>
          <w:p w14:paraId="3B57886B" w14:textId="77777777" w:rsidR="00A7019A" w:rsidRDefault="00000000">
            <w:r>
              <w:rPr>
                <w:b/>
                <w:sz w:val="16"/>
              </w:rPr>
              <w:t>③ 데이터 디지털화</w:t>
            </w:r>
          </w:p>
        </w:tc>
        <w:tc>
          <w:tcPr>
            <w:tcW w:w="7181" w:type="dxa"/>
            <w:shd w:val="clear" w:color="auto" w:fill="E2EFDA"/>
            <w:vAlign w:val="center"/>
          </w:tcPr>
          <w:p w14:paraId="281939DA" w14:textId="77777777" w:rsidR="00A7019A" w:rsidRDefault="00000000">
            <w:pPr>
              <w:jc w:val="center"/>
            </w:pPr>
            <w:r>
              <w:rPr>
                <w:b/>
              </w:rPr>
              <w:t>✓ 즉시 가능</w:t>
            </w:r>
          </w:p>
        </w:tc>
        <w:tc>
          <w:tcPr>
            <w:tcW w:w="7181" w:type="dxa"/>
          </w:tcPr>
          <w:p w14:paraId="6ACD36E3" w14:textId="77777777" w:rsidR="00A7019A" w:rsidRDefault="00000000">
            <w:pPr>
              <w:rPr>
                <w:lang w:eastAsia="ko-KR"/>
              </w:rPr>
            </w:pPr>
            <w:r>
              <w:rPr>
                <w:sz w:val="16"/>
                <w:lang w:eastAsia="ko-KR"/>
              </w:rPr>
              <w:t>Excel/CSV 형태 보유. 즉시 제공 가능. 다만 SF CRM 데이터 연계 시 타부서 협업 필요.</w:t>
            </w:r>
          </w:p>
        </w:tc>
      </w:tr>
      <w:tr w:rsidR="00A7019A" w14:paraId="4E505157" w14:textId="77777777">
        <w:trPr>
          <w:jc w:val="center"/>
        </w:trPr>
        <w:tc>
          <w:tcPr>
            <w:tcW w:w="7181" w:type="dxa"/>
            <w:vAlign w:val="center"/>
          </w:tcPr>
          <w:p w14:paraId="16F96389" w14:textId="77777777" w:rsidR="00A7019A" w:rsidRDefault="00000000">
            <w:pPr>
              <w:rPr>
                <w:lang w:eastAsia="ko-KR"/>
              </w:rPr>
            </w:pPr>
            <w:r>
              <w:rPr>
                <w:b/>
                <w:sz w:val="16"/>
                <w:lang w:eastAsia="ko-KR"/>
              </w:rPr>
              <w:t>④ 예상 AI Tool·인프라</w:t>
            </w:r>
          </w:p>
        </w:tc>
        <w:tc>
          <w:tcPr>
            <w:tcW w:w="7181" w:type="dxa"/>
            <w:shd w:val="clear" w:color="auto" w:fill="FFF2CC"/>
            <w:vAlign w:val="center"/>
          </w:tcPr>
          <w:p w14:paraId="786C3D42" w14:textId="77777777" w:rsidR="00A7019A" w:rsidRDefault="00000000">
            <w:pPr>
              <w:jc w:val="center"/>
            </w:pPr>
            <w:r>
              <w:rPr>
                <w:b/>
              </w:rPr>
              <w:t>해당</w:t>
            </w:r>
          </w:p>
        </w:tc>
        <w:tc>
          <w:tcPr>
            <w:tcW w:w="7181" w:type="dxa"/>
          </w:tcPr>
          <w:p w14:paraId="6B76F98C" w14:textId="77777777" w:rsidR="00A7019A" w:rsidRDefault="00000000">
            <w:pPr>
              <w:rPr>
                <w:lang w:eastAsia="ko-KR"/>
              </w:rPr>
            </w:pPr>
            <w:r>
              <w:rPr>
                <w:sz w:val="16"/>
                <w:lang w:eastAsia="ko-KR"/>
              </w:rPr>
              <w:t>☑ BI 대시보드  ☑ LLM (결산 자동 작성)  ☑ 노코드 워크플로우 n8n (데이터 자동 업데이트)</w:t>
            </w:r>
          </w:p>
        </w:tc>
      </w:tr>
      <w:tr w:rsidR="00A7019A" w14:paraId="5CC99EAC" w14:textId="77777777">
        <w:trPr>
          <w:jc w:val="center"/>
        </w:trPr>
        <w:tc>
          <w:tcPr>
            <w:tcW w:w="7181" w:type="dxa"/>
            <w:vAlign w:val="center"/>
          </w:tcPr>
          <w:p w14:paraId="7A4D5C94" w14:textId="77777777" w:rsidR="00A7019A" w:rsidRDefault="00000000">
            <w:r>
              <w:rPr>
                <w:b/>
                <w:sz w:val="16"/>
              </w:rPr>
              <w:t>⑤ 목표 달성 기준</w:t>
            </w:r>
          </w:p>
        </w:tc>
        <w:tc>
          <w:tcPr>
            <w:tcW w:w="7181" w:type="dxa"/>
            <w:shd w:val="clear" w:color="auto" w:fill="E2EFDA"/>
            <w:vAlign w:val="center"/>
          </w:tcPr>
          <w:p w14:paraId="04E5A224" w14:textId="77777777" w:rsidR="00A7019A" w:rsidRDefault="00000000">
            <w:pPr>
              <w:jc w:val="center"/>
            </w:pPr>
            <w:r>
              <w:rPr>
                <w:b/>
              </w:rPr>
              <w:t>✓ 명확</w:t>
            </w:r>
          </w:p>
        </w:tc>
        <w:tc>
          <w:tcPr>
            <w:tcW w:w="7181" w:type="dxa"/>
          </w:tcPr>
          <w:p w14:paraId="7889E2AA" w14:textId="77777777" w:rsidR="00A7019A" w:rsidRDefault="00000000">
            <w:pPr>
              <w:rPr>
                <w:lang w:eastAsia="ko-KR"/>
              </w:rPr>
            </w:pPr>
            <w:r>
              <w:rPr>
                <w:sz w:val="16"/>
                <w:lang w:eastAsia="ko-KR"/>
              </w:rPr>
              <w:t>주 3~5시간 수기 작업 → 자동화 단축 / 대시보드 로딩 3~5초 → 개선 / AI 결산 자동 작성</w:t>
            </w:r>
          </w:p>
        </w:tc>
      </w:tr>
      <w:tr w:rsidR="00A7019A" w14:paraId="3906624D" w14:textId="77777777">
        <w:trPr>
          <w:jc w:val="center"/>
        </w:trPr>
        <w:tc>
          <w:tcPr>
            <w:tcW w:w="7181" w:type="dxa"/>
            <w:vAlign w:val="center"/>
          </w:tcPr>
          <w:p w14:paraId="3DD9238C" w14:textId="77777777" w:rsidR="00A7019A" w:rsidRDefault="00000000">
            <w:r>
              <w:rPr>
                <w:b/>
                <w:sz w:val="16"/>
              </w:rPr>
              <w:t>⑥ 예상 효과</w:t>
            </w:r>
          </w:p>
        </w:tc>
        <w:tc>
          <w:tcPr>
            <w:tcW w:w="7181" w:type="dxa"/>
            <w:shd w:val="clear" w:color="auto" w:fill="E2EFDA"/>
            <w:vAlign w:val="center"/>
          </w:tcPr>
          <w:p w14:paraId="4E357D63" w14:textId="77777777" w:rsidR="00A7019A" w:rsidRDefault="00000000">
            <w:pPr>
              <w:jc w:val="center"/>
            </w:pPr>
            <w:r>
              <w:rPr>
                <w:b/>
              </w:rPr>
              <w:t>높음</w:t>
            </w:r>
          </w:p>
        </w:tc>
        <w:tc>
          <w:tcPr>
            <w:tcW w:w="7181" w:type="dxa"/>
          </w:tcPr>
          <w:p w14:paraId="75181C66" w14:textId="77777777" w:rsidR="00A7019A" w:rsidRDefault="00000000">
            <w:pPr>
              <w:rPr>
                <w:lang w:eastAsia="ko-KR"/>
              </w:rPr>
            </w:pPr>
            <w:r>
              <w:rPr>
                <w:sz w:val="16"/>
                <w:lang w:eastAsia="ko-KR"/>
              </w:rPr>
              <w:t>[정량] 주 3~5시간 수작업 절감, 데이터 검수 시간 단축</w:t>
            </w:r>
            <w:r>
              <w:rPr>
                <w:sz w:val="16"/>
                <w:lang w:eastAsia="ko-KR"/>
              </w:rPr>
              <w:br/>
              <w:t>[정성] 데이터 정확성 향상, 보고 편의성 대폭 개선, 의사결정 속도 향상</w:t>
            </w:r>
          </w:p>
        </w:tc>
      </w:tr>
      <w:tr w:rsidR="00A7019A" w14:paraId="3412BF3A" w14:textId="77777777">
        <w:trPr>
          <w:jc w:val="center"/>
        </w:trPr>
        <w:tc>
          <w:tcPr>
            <w:tcW w:w="7181" w:type="dxa"/>
            <w:vAlign w:val="center"/>
          </w:tcPr>
          <w:p w14:paraId="44F5F75E" w14:textId="77777777" w:rsidR="00A7019A" w:rsidRDefault="00000000">
            <w:r>
              <w:rPr>
                <w:b/>
                <w:sz w:val="16"/>
              </w:rPr>
              <w:t>⑦ 리스크·제약사항</w:t>
            </w:r>
          </w:p>
        </w:tc>
        <w:tc>
          <w:tcPr>
            <w:tcW w:w="7181" w:type="dxa"/>
            <w:shd w:val="clear" w:color="auto" w:fill="FFF2CC"/>
            <w:vAlign w:val="center"/>
          </w:tcPr>
          <w:p w14:paraId="2B1FB15C" w14:textId="77777777" w:rsidR="00A7019A" w:rsidRDefault="00000000">
            <w:pPr>
              <w:jc w:val="center"/>
            </w:pPr>
            <w:r>
              <w:rPr>
                <w:b/>
              </w:rPr>
              <w:t>△ 일부</w:t>
            </w:r>
          </w:p>
        </w:tc>
        <w:tc>
          <w:tcPr>
            <w:tcW w:w="7181" w:type="dxa"/>
          </w:tcPr>
          <w:p w14:paraId="79E3D296" w14:textId="77777777" w:rsidR="00A7019A" w:rsidRDefault="00000000">
            <w:pPr>
              <w:rPr>
                <w:lang w:eastAsia="ko-KR"/>
              </w:rPr>
            </w:pPr>
            <w:r>
              <w:rPr>
                <w:sz w:val="16"/>
                <w:lang w:eastAsia="ko-KR"/>
              </w:rPr>
              <w:t>☑ 외부 시스템 연동: SF CRM팀 협업·권한 조율 필요</w:t>
            </w:r>
            <w:r>
              <w:rPr>
                <w:sz w:val="16"/>
                <w:lang w:eastAsia="ko-KR"/>
              </w:rPr>
              <w:br/>
              <w:t>☐ 누적 데이터 용량으로 인한 성능 이슈 가능</w:t>
            </w:r>
          </w:p>
        </w:tc>
      </w:tr>
    </w:tbl>
    <w:p w14:paraId="4E3EDBC7" w14:textId="77777777" w:rsidR="00A7019A" w:rsidRDefault="00000000">
      <w:pPr>
        <w:rPr>
          <w:lang w:eastAsia="ko-KR"/>
        </w:rPr>
      </w:pPr>
      <w:r>
        <w:rPr>
          <w:lang w:eastAsia="ko-KR"/>
        </w:rPr>
        <w:br w:type="page"/>
      </w:r>
    </w:p>
    <w:p w14:paraId="5C82349D" w14:textId="77777777" w:rsidR="00A7019A" w:rsidRDefault="00000000">
      <w:pPr>
        <w:rPr>
          <w:lang w:eastAsia="ko-KR"/>
        </w:rPr>
      </w:pPr>
      <w:r>
        <w:rPr>
          <w:b/>
          <w:color w:val="2E75B6"/>
          <w:sz w:val="40"/>
          <w:lang w:eastAsia="ko-KR"/>
        </w:rPr>
        <w:lastRenderedPageBreak/>
        <w:t>2.2</w:t>
      </w:r>
      <w:r>
        <w:rPr>
          <w:b/>
          <w:color w:val="1B3A5C"/>
          <w:sz w:val="40"/>
          <w:lang w:eastAsia="ko-KR"/>
        </w:rPr>
        <w:t xml:space="preserve">  MR 거래처 채권현황 실시간 조회 웹앱</w:t>
      </w:r>
    </w:p>
    <w:p w14:paraId="0A294447" w14:textId="77777777" w:rsidR="00A7019A" w:rsidRDefault="00000000">
      <w:pPr>
        <w:rPr>
          <w:lang w:eastAsia="ko-KR"/>
        </w:rPr>
      </w:pPr>
      <w:r>
        <w:rPr>
          <w:b/>
          <w:color w:val="2E75B6"/>
          <w:sz w:val="24"/>
          <w:lang w:eastAsia="ko-KR"/>
        </w:rPr>
        <w:t xml:space="preserve">2.2.1 </w:t>
      </w:r>
      <w:r>
        <w:rPr>
          <w:b/>
          <w:color w:val="1B3A5C"/>
          <w:sz w:val="24"/>
          <w:lang w:eastAsia="ko-KR"/>
        </w:rPr>
        <w:t>과제 기본정보 · 현재 업무 · 희망 결과</w:t>
      </w:r>
    </w:p>
    <w:p w14:paraId="6C2D1814" w14:textId="77777777" w:rsidR="00A7019A" w:rsidRDefault="00A7019A">
      <w:pPr>
        <w:rPr>
          <w:lang w:eastAsia="ko-KR"/>
        </w:rPr>
      </w:pPr>
    </w:p>
    <w:tbl>
      <w:tblPr>
        <w:tblStyle w:val="af9"/>
        <w:tblW w:w="0" w:type="auto"/>
        <w:jc w:val="center"/>
        <w:tblLook w:val="04A0" w:firstRow="1" w:lastRow="0" w:firstColumn="1" w:lastColumn="0" w:noHBand="0" w:noVBand="1"/>
      </w:tblPr>
      <w:tblGrid>
        <w:gridCol w:w="5384"/>
        <w:gridCol w:w="5383"/>
        <w:gridCol w:w="5383"/>
        <w:gridCol w:w="5383"/>
      </w:tblGrid>
      <w:tr w:rsidR="00A7019A" w14:paraId="24D71117" w14:textId="77777777">
        <w:trPr>
          <w:jc w:val="center"/>
        </w:trPr>
        <w:tc>
          <w:tcPr>
            <w:tcW w:w="5386" w:type="dxa"/>
            <w:shd w:val="clear" w:color="auto" w:fill="D6E4F0"/>
            <w:vAlign w:val="center"/>
          </w:tcPr>
          <w:p w14:paraId="1901B1A0" w14:textId="77777777" w:rsidR="00A7019A" w:rsidRDefault="00000000">
            <w:r>
              <w:rPr>
                <w:b/>
                <w:sz w:val="16"/>
              </w:rPr>
              <w:t>소속</w:t>
            </w:r>
          </w:p>
        </w:tc>
        <w:tc>
          <w:tcPr>
            <w:tcW w:w="5386" w:type="dxa"/>
            <w:vAlign w:val="center"/>
          </w:tcPr>
          <w:p w14:paraId="7108126D" w14:textId="77777777" w:rsidR="00A7019A" w:rsidRDefault="00000000">
            <w:pPr>
              <w:rPr>
                <w:lang w:eastAsia="ko-KR"/>
              </w:rPr>
            </w:pPr>
            <w:r>
              <w:rPr>
                <w:sz w:val="16"/>
                <w:lang w:eastAsia="ko-KR"/>
              </w:rPr>
              <w:t>한올 마케팅기획본부 영업관리팀</w:t>
            </w:r>
          </w:p>
        </w:tc>
        <w:tc>
          <w:tcPr>
            <w:tcW w:w="5386" w:type="dxa"/>
            <w:shd w:val="clear" w:color="auto" w:fill="D6E4F0"/>
            <w:vAlign w:val="center"/>
          </w:tcPr>
          <w:p w14:paraId="5DB7CE7D" w14:textId="77777777" w:rsidR="00A7019A" w:rsidRDefault="00000000">
            <w:r>
              <w:rPr>
                <w:b/>
                <w:sz w:val="16"/>
              </w:rPr>
              <w:t>신청자 / 사번</w:t>
            </w:r>
          </w:p>
        </w:tc>
        <w:tc>
          <w:tcPr>
            <w:tcW w:w="5386" w:type="dxa"/>
            <w:vAlign w:val="center"/>
          </w:tcPr>
          <w:p w14:paraId="6F798B04" w14:textId="77777777" w:rsidR="00A7019A" w:rsidRDefault="00000000">
            <w:r>
              <w:rPr>
                <w:sz w:val="16"/>
              </w:rPr>
              <w:t>김희영 / 200056</w:t>
            </w:r>
          </w:p>
        </w:tc>
      </w:tr>
      <w:tr w:rsidR="00A7019A" w14:paraId="4870C2FC" w14:textId="77777777">
        <w:trPr>
          <w:jc w:val="center"/>
        </w:trPr>
        <w:tc>
          <w:tcPr>
            <w:tcW w:w="5386" w:type="dxa"/>
            <w:shd w:val="clear" w:color="auto" w:fill="D6E4F0"/>
            <w:vAlign w:val="center"/>
          </w:tcPr>
          <w:p w14:paraId="69B763C3" w14:textId="77777777" w:rsidR="00A7019A" w:rsidRDefault="00000000">
            <w:r>
              <w:rPr>
                <w:b/>
                <w:sz w:val="16"/>
              </w:rPr>
              <w:t>접수일</w:t>
            </w:r>
          </w:p>
        </w:tc>
        <w:tc>
          <w:tcPr>
            <w:tcW w:w="5386" w:type="dxa"/>
            <w:vAlign w:val="center"/>
          </w:tcPr>
          <w:p w14:paraId="3B7B29D3" w14:textId="77777777" w:rsidR="00A7019A" w:rsidRDefault="00000000">
            <w:r>
              <w:rPr>
                <w:sz w:val="16"/>
              </w:rPr>
              <w:t>2026.02.19</w:t>
            </w:r>
          </w:p>
        </w:tc>
        <w:tc>
          <w:tcPr>
            <w:tcW w:w="5386" w:type="dxa"/>
            <w:shd w:val="clear" w:color="auto" w:fill="D6E4F0"/>
            <w:vAlign w:val="center"/>
          </w:tcPr>
          <w:p w14:paraId="7F005266" w14:textId="77777777" w:rsidR="00A7019A" w:rsidRDefault="00000000">
            <w:r>
              <w:rPr>
                <w:b/>
                <w:sz w:val="16"/>
              </w:rPr>
              <w:t>참여 가능 시간</w:t>
            </w:r>
          </w:p>
        </w:tc>
        <w:tc>
          <w:tcPr>
            <w:tcW w:w="5386" w:type="dxa"/>
            <w:vAlign w:val="center"/>
          </w:tcPr>
          <w:p w14:paraId="4A660F96" w14:textId="77777777" w:rsidR="00A7019A" w:rsidRDefault="00000000">
            <w:pPr>
              <w:rPr>
                <w:lang w:eastAsia="ko-KR"/>
              </w:rPr>
            </w:pPr>
            <w:r>
              <w:rPr>
                <w:sz w:val="16"/>
                <w:lang w:eastAsia="ko-KR"/>
              </w:rPr>
              <w:t>본부내 자체적으로 진행 (AX특공대 불필요)</w:t>
            </w:r>
          </w:p>
        </w:tc>
      </w:tr>
      <w:tr w:rsidR="00A7019A" w14:paraId="69C1C21F" w14:textId="77777777">
        <w:trPr>
          <w:jc w:val="center"/>
        </w:trPr>
        <w:tc>
          <w:tcPr>
            <w:tcW w:w="5386" w:type="dxa"/>
            <w:shd w:val="clear" w:color="auto" w:fill="D6E4F0"/>
            <w:vAlign w:val="center"/>
          </w:tcPr>
          <w:p w14:paraId="28F5210E" w14:textId="77777777" w:rsidR="00A7019A" w:rsidRDefault="00000000">
            <w:r>
              <w:rPr>
                <w:b/>
                <w:sz w:val="16"/>
              </w:rPr>
              <w:t>현재 업무 소요시간</w:t>
            </w:r>
          </w:p>
        </w:tc>
        <w:tc>
          <w:tcPr>
            <w:tcW w:w="5386" w:type="dxa"/>
            <w:vAlign w:val="center"/>
          </w:tcPr>
          <w:p w14:paraId="5F01D1F4" w14:textId="77777777" w:rsidR="00A7019A" w:rsidRDefault="00000000">
            <w:pPr>
              <w:rPr>
                <w:lang w:eastAsia="ko-KR"/>
              </w:rPr>
            </w:pPr>
            <w:r>
              <w:rPr>
                <w:sz w:val="16"/>
                <w:lang w:eastAsia="ko-KR"/>
              </w:rPr>
              <w:t>건당 10분, 매일 평균 5건(50분), 주 250분</w:t>
            </w:r>
          </w:p>
        </w:tc>
        <w:tc>
          <w:tcPr>
            <w:tcW w:w="5386" w:type="dxa"/>
            <w:shd w:val="clear" w:color="auto" w:fill="D6E4F0"/>
            <w:vAlign w:val="center"/>
          </w:tcPr>
          <w:p w14:paraId="63E05C7F" w14:textId="77777777" w:rsidR="00A7019A" w:rsidRDefault="00000000">
            <w:r>
              <w:rPr>
                <w:b/>
                <w:sz w:val="16"/>
              </w:rPr>
              <w:t>협업 부서</w:t>
            </w:r>
          </w:p>
        </w:tc>
        <w:tc>
          <w:tcPr>
            <w:tcW w:w="5386" w:type="dxa"/>
            <w:vAlign w:val="center"/>
          </w:tcPr>
          <w:p w14:paraId="314972B1" w14:textId="77777777" w:rsidR="00A7019A" w:rsidRDefault="00000000">
            <w:r>
              <w:rPr>
                <w:sz w:val="16"/>
              </w:rPr>
              <w:t>없음</w:t>
            </w:r>
          </w:p>
        </w:tc>
      </w:tr>
      <w:tr w:rsidR="00A7019A" w14:paraId="5BF09158" w14:textId="77777777">
        <w:trPr>
          <w:jc w:val="center"/>
        </w:trPr>
        <w:tc>
          <w:tcPr>
            <w:tcW w:w="5386" w:type="dxa"/>
            <w:shd w:val="clear" w:color="auto" w:fill="D6E4F0"/>
            <w:vAlign w:val="center"/>
          </w:tcPr>
          <w:p w14:paraId="49410696" w14:textId="77777777" w:rsidR="00A7019A" w:rsidRDefault="00000000">
            <w:r>
              <w:rPr>
                <w:b/>
                <w:sz w:val="16"/>
              </w:rPr>
              <w:t>데이터 형태</w:t>
            </w:r>
          </w:p>
        </w:tc>
        <w:tc>
          <w:tcPr>
            <w:tcW w:w="5386" w:type="dxa"/>
            <w:vAlign w:val="center"/>
          </w:tcPr>
          <w:p w14:paraId="5EA694D6" w14:textId="77777777" w:rsidR="00A7019A" w:rsidRDefault="00000000">
            <w:r>
              <w:rPr>
                <w:sz w:val="16"/>
              </w:rPr>
              <w:t>웹앱</w:t>
            </w:r>
          </w:p>
        </w:tc>
        <w:tc>
          <w:tcPr>
            <w:tcW w:w="5386" w:type="dxa"/>
            <w:shd w:val="clear" w:color="auto" w:fill="D6E4F0"/>
            <w:vAlign w:val="center"/>
          </w:tcPr>
          <w:p w14:paraId="37A8C89C" w14:textId="77777777" w:rsidR="00A7019A" w:rsidRDefault="00000000">
            <w:r>
              <w:rPr>
                <w:b/>
                <w:sz w:val="16"/>
              </w:rPr>
              <w:t>데이터 준비 상태</w:t>
            </w:r>
          </w:p>
        </w:tc>
        <w:tc>
          <w:tcPr>
            <w:tcW w:w="5386" w:type="dxa"/>
            <w:vAlign w:val="center"/>
          </w:tcPr>
          <w:p w14:paraId="6124CD9B" w14:textId="77777777" w:rsidR="00A7019A" w:rsidRDefault="00000000">
            <w:pPr>
              <w:rPr>
                <w:lang w:eastAsia="ko-KR"/>
              </w:rPr>
            </w:pPr>
            <w:r>
              <w:rPr>
                <w:sz w:val="16"/>
                <w:lang w:eastAsia="ko-KR"/>
              </w:rPr>
              <w:t>예 (과제 선발 후 샘플 데이터 즉시 제공 가능)</w:t>
            </w:r>
          </w:p>
        </w:tc>
      </w:tr>
      <w:tr w:rsidR="00A7019A" w14:paraId="0EE92BF3" w14:textId="77777777">
        <w:trPr>
          <w:jc w:val="center"/>
        </w:trPr>
        <w:tc>
          <w:tcPr>
            <w:tcW w:w="5386" w:type="dxa"/>
            <w:shd w:val="clear" w:color="auto" w:fill="D6E4F0"/>
            <w:vAlign w:val="center"/>
          </w:tcPr>
          <w:p w14:paraId="3704B53C" w14:textId="77777777" w:rsidR="00A7019A" w:rsidRDefault="00000000">
            <w:r>
              <w:rPr>
                <w:b/>
                <w:sz w:val="16"/>
              </w:rPr>
              <w:t>데이터 처리 규모</w:t>
            </w:r>
          </w:p>
        </w:tc>
        <w:tc>
          <w:tcPr>
            <w:tcW w:w="5386" w:type="dxa"/>
            <w:vAlign w:val="center"/>
          </w:tcPr>
          <w:p w14:paraId="4AA99796" w14:textId="77777777" w:rsidR="00A7019A" w:rsidRDefault="00000000">
            <w:r>
              <w:rPr>
                <w:sz w:val="16"/>
              </w:rPr>
              <w:t>건당 처리</w:t>
            </w:r>
          </w:p>
        </w:tc>
        <w:tc>
          <w:tcPr>
            <w:tcW w:w="5386" w:type="dxa"/>
            <w:shd w:val="clear" w:color="auto" w:fill="D6E4F0"/>
            <w:vAlign w:val="center"/>
          </w:tcPr>
          <w:p w14:paraId="672938B2" w14:textId="77777777" w:rsidR="00A7019A" w:rsidRDefault="00000000">
            <w:r>
              <w:rPr>
                <w:b/>
                <w:sz w:val="16"/>
              </w:rPr>
              <w:t>개인정보 포함</w:t>
            </w:r>
          </w:p>
        </w:tc>
        <w:tc>
          <w:tcPr>
            <w:tcW w:w="5386" w:type="dxa"/>
            <w:vAlign w:val="center"/>
          </w:tcPr>
          <w:p w14:paraId="3370F163" w14:textId="77777777" w:rsidR="00A7019A" w:rsidRDefault="00000000">
            <w:r>
              <w:rPr>
                <w:sz w:val="16"/>
              </w:rPr>
              <w:t>미포함</w:t>
            </w:r>
          </w:p>
        </w:tc>
      </w:tr>
    </w:tbl>
    <w:p w14:paraId="2247B99C" w14:textId="77777777" w:rsidR="00A7019A" w:rsidRDefault="00A7019A"/>
    <w:tbl>
      <w:tblPr>
        <w:tblStyle w:val="af9"/>
        <w:tblW w:w="0" w:type="auto"/>
        <w:jc w:val="center"/>
        <w:tblLook w:val="04A0" w:firstRow="1" w:lastRow="0" w:firstColumn="1" w:lastColumn="0" w:noHBand="0" w:noVBand="1"/>
      </w:tblPr>
      <w:tblGrid>
        <w:gridCol w:w="7177"/>
        <w:gridCol w:w="7178"/>
        <w:gridCol w:w="7178"/>
      </w:tblGrid>
      <w:tr w:rsidR="00A7019A" w14:paraId="7413B9C3" w14:textId="77777777">
        <w:trPr>
          <w:jc w:val="center"/>
        </w:trPr>
        <w:tc>
          <w:tcPr>
            <w:tcW w:w="7181" w:type="dxa"/>
            <w:shd w:val="clear" w:color="auto" w:fill="2E75B6"/>
            <w:vAlign w:val="center"/>
          </w:tcPr>
          <w:p w14:paraId="34A84F38" w14:textId="77777777" w:rsidR="00A7019A" w:rsidRDefault="00000000">
            <w:pPr>
              <w:jc w:val="center"/>
            </w:pPr>
            <w:r>
              <w:rPr>
                <w:b/>
                <w:color w:val="FFFFFF"/>
              </w:rPr>
              <w:t>As-Is : 현재 업무</w:t>
            </w:r>
          </w:p>
        </w:tc>
        <w:tc>
          <w:tcPr>
            <w:tcW w:w="7181" w:type="dxa"/>
            <w:shd w:val="clear" w:color="auto" w:fill="2E75B6"/>
            <w:vAlign w:val="center"/>
          </w:tcPr>
          <w:p w14:paraId="37F3DE00" w14:textId="77777777" w:rsidR="00A7019A" w:rsidRDefault="00000000">
            <w:pPr>
              <w:jc w:val="center"/>
            </w:pPr>
            <w:r>
              <w:rPr>
                <w:b/>
                <w:color w:val="FFFFFF"/>
              </w:rPr>
              <w:t>Pain Point : 문제점</w:t>
            </w:r>
          </w:p>
        </w:tc>
        <w:tc>
          <w:tcPr>
            <w:tcW w:w="7181" w:type="dxa"/>
            <w:shd w:val="clear" w:color="auto" w:fill="2E75B6"/>
            <w:vAlign w:val="center"/>
          </w:tcPr>
          <w:p w14:paraId="21988ADB" w14:textId="77777777" w:rsidR="00A7019A" w:rsidRDefault="00000000">
            <w:pPr>
              <w:jc w:val="center"/>
            </w:pPr>
            <w:r>
              <w:rPr>
                <w:b/>
                <w:color w:val="FFFFFF"/>
              </w:rPr>
              <w:t>To-Be : 희망 결과</w:t>
            </w:r>
          </w:p>
        </w:tc>
      </w:tr>
      <w:tr w:rsidR="00A7019A" w14:paraId="03469E4C" w14:textId="77777777">
        <w:trPr>
          <w:jc w:val="center"/>
        </w:trPr>
        <w:tc>
          <w:tcPr>
            <w:tcW w:w="7181" w:type="dxa"/>
          </w:tcPr>
          <w:p w14:paraId="33CA759C" w14:textId="77777777" w:rsidR="00A7019A" w:rsidRDefault="00000000">
            <w:pPr>
              <w:rPr>
                <w:lang w:eastAsia="ko-KR"/>
              </w:rPr>
            </w:pPr>
            <w:r>
              <w:rPr>
                <w:sz w:val="16"/>
                <w:lang w:eastAsia="ko-KR"/>
              </w:rPr>
              <w:t>MR의 거래처 채권현황(회전일 150일 이상)에 대한 실시간 문의가 발생하면, 유관부서에서 SAP 확인을 통해 실시간 응대하는 구조.</w:t>
            </w:r>
          </w:p>
        </w:tc>
        <w:tc>
          <w:tcPr>
            <w:tcW w:w="7181" w:type="dxa"/>
          </w:tcPr>
          <w:p w14:paraId="790EC09A" w14:textId="77777777" w:rsidR="00A7019A" w:rsidRDefault="00000000">
            <w:pPr>
              <w:rPr>
                <w:lang w:eastAsia="ko-KR"/>
              </w:rPr>
            </w:pPr>
            <w:r>
              <w:rPr>
                <w:sz w:val="16"/>
                <w:lang w:eastAsia="ko-KR"/>
              </w:rPr>
              <w:t>MR이 영업현장에서 필요한 실시간 데이터를 유관부서를 통해야만 확인 가능</w:t>
            </w:r>
            <w:r>
              <w:rPr>
                <w:sz w:val="16"/>
                <w:lang w:eastAsia="ko-KR"/>
              </w:rPr>
              <w:br/>
              <w:t>(영업부 SAP 사용 불가, 현장 PC 사용 곤란)</w:t>
            </w:r>
            <w:r>
              <w:rPr>
                <w:sz w:val="16"/>
                <w:lang w:eastAsia="ko-KR"/>
              </w:rPr>
              <w:br/>
              <w:t>→ 내근/외근 모두 본질업무 집중 환경 부재, 업무효율성 저하</w:t>
            </w:r>
          </w:p>
        </w:tc>
        <w:tc>
          <w:tcPr>
            <w:tcW w:w="7181" w:type="dxa"/>
          </w:tcPr>
          <w:p w14:paraId="45FFD978" w14:textId="77777777" w:rsidR="00A7019A" w:rsidRDefault="00000000">
            <w:pPr>
              <w:rPr>
                <w:lang w:eastAsia="ko-KR"/>
              </w:rPr>
            </w:pPr>
            <w:r>
              <w:rPr>
                <w:sz w:val="16"/>
                <w:lang w:eastAsia="ko-KR"/>
              </w:rPr>
              <w:t>개발된 웹앱을 통해 MR이 영업현장에서 직접 모바일로 간편하게 본인 거래처에 대한 채권 확인이 가능하도록 전환</w:t>
            </w:r>
          </w:p>
        </w:tc>
      </w:tr>
    </w:tbl>
    <w:p w14:paraId="47338AF2" w14:textId="77777777" w:rsidR="00A7019A" w:rsidRDefault="00A7019A">
      <w:pPr>
        <w:rPr>
          <w:lang w:eastAsia="ko-KR"/>
        </w:rPr>
      </w:pPr>
    </w:p>
    <w:p w14:paraId="1F664EBE" w14:textId="77777777" w:rsidR="00A7019A" w:rsidRDefault="00000000">
      <w:pPr>
        <w:rPr>
          <w:lang w:eastAsia="ko-KR"/>
        </w:rPr>
      </w:pPr>
      <w:r>
        <w:rPr>
          <w:b/>
          <w:color w:val="2E75B6"/>
          <w:sz w:val="16"/>
          <w:lang w:eastAsia="ko-KR"/>
        </w:rPr>
        <w:t xml:space="preserve">결과 형태: </w:t>
      </w:r>
      <w:r>
        <w:rPr>
          <w:sz w:val="16"/>
          <w:lang w:eastAsia="ko-KR"/>
        </w:rPr>
        <w:t>웹앱</w:t>
      </w:r>
    </w:p>
    <w:p w14:paraId="32E79DED" w14:textId="77777777" w:rsidR="00A7019A" w:rsidRDefault="00A7019A">
      <w:pPr>
        <w:rPr>
          <w:lang w:eastAsia="ko-KR"/>
        </w:rPr>
      </w:pPr>
    </w:p>
    <w:p w14:paraId="7AA24AD6" w14:textId="77777777" w:rsidR="00A7019A" w:rsidRDefault="00000000">
      <w:pPr>
        <w:rPr>
          <w:lang w:eastAsia="ko-KR"/>
        </w:rPr>
      </w:pPr>
      <w:r>
        <w:rPr>
          <w:b/>
          <w:color w:val="2E75B6"/>
          <w:sz w:val="24"/>
          <w:lang w:eastAsia="ko-KR"/>
        </w:rPr>
        <w:t xml:space="preserve">2.2.2 </w:t>
      </w:r>
      <w:r>
        <w:rPr>
          <w:b/>
          <w:color w:val="1B3A5C"/>
          <w:sz w:val="24"/>
          <w:lang w:eastAsia="ko-KR"/>
        </w:rPr>
        <w:t>과제 선정 기준 체크리스트 평가</w:t>
      </w:r>
    </w:p>
    <w:p w14:paraId="3F1DE75B" w14:textId="77777777" w:rsidR="00A7019A" w:rsidRDefault="00A7019A">
      <w:pPr>
        <w:rPr>
          <w:lang w:eastAsia="ko-KR"/>
        </w:rPr>
      </w:pPr>
    </w:p>
    <w:tbl>
      <w:tblPr>
        <w:tblStyle w:val="af9"/>
        <w:tblW w:w="0" w:type="auto"/>
        <w:jc w:val="center"/>
        <w:tblLook w:val="04A0" w:firstRow="1" w:lastRow="0" w:firstColumn="1" w:lastColumn="0" w:noHBand="0" w:noVBand="1"/>
      </w:tblPr>
      <w:tblGrid>
        <w:gridCol w:w="7178"/>
        <w:gridCol w:w="7177"/>
        <w:gridCol w:w="7178"/>
      </w:tblGrid>
      <w:tr w:rsidR="00A7019A" w14:paraId="05EDCF7C" w14:textId="77777777">
        <w:trPr>
          <w:jc w:val="center"/>
        </w:trPr>
        <w:tc>
          <w:tcPr>
            <w:tcW w:w="7181" w:type="dxa"/>
            <w:shd w:val="clear" w:color="auto" w:fill="2E75B6"/>
            <w:vAlign w:val="center"/>
          </w:tcPr>
          <w:p w14:paraId="79417262" w14:textId="77777777" w:rsidR="00A7019A" w:rsidRDefault="00000000">
            <w:pPr>
              <w:jc w:val="center"/>
            </w:pPr>
            <w:r>
              <w:rPr>
                <w:b/>
                <w:color w:val="FFFFFF"/>
              </w:rPr>
              <w:t>선정 기준</w:t>
            </w:r>
          </w:p>
        </w:tc>
        <w:tc>
          <w:tcPr>
            <w:tcW w:w="7181" w:type="dxa"/>
            <w:shd w:val="clear" w:color="auto" w:fill="2E75B6"/>
            <w:vAlign w:val="center"/>
          </w:tcPr>
          <w:p w14:paraId="5ECE221F" w14:textId="77777777" w:rsidR="00A7019A" w:rsidRDefault="00000000">
            <w:pPr>
              <w:jc w:val="center"/>
            </w:pPr>
            <w:r>
              <w:rPr>
                <w:b/>
                <w:color w:val="FFFFFF"/>
              </w:rPr>
              <w:t>판정</w:t>
            </w:r>
          </w:p>
        </w:tc>
        <w:tc>
          <w:tcPr>
            <w:tcW w:w="7181" w:type="dxa"/>
            <w:shd w:val="clear" w:color="auto" w:fill="2E75B6"/>
            <w:vAlign w:val="center"/>
          </w:tcPr>
          <w:p w14:paraId="24FFD728" w14:textId="77777777" w:rsidR="00A7019A" w:rsidRDefault="00000000">
            <w:pPr>
              <w:jc w:val="center"/>
            </w:pPr>
            <w:r>
              <w:rPr>
                <w:b/>
                <w:color w:val="FFFFFF"/>
              </w:rPr>
              <w:t>평가 내용</w:t>
            </w:r>
          </w:p>
        </w:tc>
      </w:tr>
      <w:tr w:rsidR="00A7019A" w14:paraId="50F03E82" w14:textId="77777777">
        <w:trPr>
          <w:jc w:val="center"/>
        </w:trPr>
        <w:tc>
          <w:tcPr>
            <w:tcW w:w="7181" w:type="dxa"/>
            <w:vAlign w:val="center"/>
          </w:tcPr>
          <w:p w14:paraId="0F3D7322" w14:textId="77777777" w:rsidR="00A7019A" w:rsidRDefault="00000000">
            <w:pPr>
              <w:rPr>
                <w:lang w:eastAsia="ko-KR"/>
              </w:rPr>
            </w:pPr>
            <w:r>
              <w:rPr>
                <w:b/>
                <w:sz w:val="16"/>
                <w:lang w:eastAsia="ko-KR"/>
              </w:rPr>
              <w:t>① 업무 규칙·요구사항 명확성</w:t>
            </w:r>
          </w:p>
        </w:tc>
        <w:tc>
          <w:tcPr>
            <w:tcW w:w="7181" w:type="dxa"/>
            <w:shd w:val="clear" w:color="auto" w:fill="E2EFDA"/>
            <w:vAlign w:val="center"/>
          </w:tcPr>
          <w:p w14:paraId="4376A3D6" w14:textId="77777777" w:rsidR="00A7019A" w:rsidRDefault="00000000">
            <w:pPr>
              <w:jc w:val="center"/>
            </w:pPr>
            <w:r>
              <w:rPr>
                <w:b/>
              </w:rPr>
              <w:t>✓ 명확</w:t>
            </w:r>
          </w:p>
        </w:tc>
        <w:tc>
          <w:tcPr>
            <w:tcW w:w="7181" w:type="dxa"/>
          </w:tcPr>
          <w:p w14:paraId="39782355" w14:textId="77777777" w:rsidR="00A7019A" w:rsidRDefault="00000000">
            <w:pPr>
              <w:rPr>
                <w:lang w:eastAsia="ko-KR"/>
              </w:rPr>
            </w:pPr>
            <w:r>
              <w:rPr>
                <w:sz w:val="16"/>
                <w:lang w:eastAsia="ko-KR"/>
              </w:rPr>
              <w:t>SAP 데이터 기반 채권현황(회전일 150일 이상) 조회 → 웹앱으로 MR에게 제공하는 명확한 요구사항.</w:t>
            </w:r>
          </w:p>
        </w:tc>
      </w:tr>
      <w:tr w:rsidR="00A7019A" w14:paraId="753E0215" w14:textId="77777777">
        <w:trPr>
          <w:jc w:val="center"/>
        </w:trPr>
        <w:tc>
          <w:tcPr>
            <w:tcW w:w="7181" w:type="dxa"/>
            <w:vAlign w:val="center"/>
          </w:tcPr>
          <w:p w14:paraId="2B9AD7C5" w14:textId="77777777" w:rsidR="00A7019A" w:rsidRDefault="00000000">
            <w:r>
              <w:rPr>
                <w:b/>
                <w:sz w:val="16"/>
              </w:rPr>
              <w:t>② 현업 참여 의지</w:t>
            </w:r>
          </w:p>
        </w:tc>
        <w:tc>
          <w:tcPr>
            <w:tcW w:w="7181" w:type="dxa"/>
            <w:shd w:val="clear" w:color="auto" w:fill="FCE4EC"/>
            <w:vAlign w:val="center"/>
          </w:tcPr>
          <w:p w14:paraId="6E547289" w14:textId="77777777" w:rsidR="00A7019A" w:rsidRDefault="00000000">
            <w:pPr>
              <w:jc w:val="center"/>
            </w:pPr>
            <w:r>
              <w:rPr>
                <w:b/>
              </w:rPr>
              <w:t>✗ 불확실</w:t>
            </w:r>
          </w:p>
        </w:tc>
        <w:tc>
          <w:tcPr>
            <w:tcW w:w="7181" w:type="dxa"/>
          </w:tcPr>
          <w:p w14:paraId="38BAE708" w14:textId="77777777" w:rsidR="00A7019A" w:rsidRDefault="00000000">
            <w:pPr>
              <w:rPr>
                <w:lang w:eastAsia="ko-KR"/>
              </w:rPr>
            </w:pPr>
            <w:r>
              <w:rPr>
                <w:sz w:val="16"/>
                <w:lang w:eastAsia="ko-KR"/>
              </w:rPr>
              <w:t>"본부내 자체 진행(AX특공대 불필요)" 선택. AX팀과의 적극적 소통·검증 참여 의지 불확실.</w:t>
            </w:r>
          </w:p>
        </w:tc>
      </w:tr>
      <w:tr w:rsidR="00A7019A" w14:paraId="18AD838E" w14:textId="77777777">
        <w:trPr>
          <w:jc w:val="center"/>
        </w:trPr>
        <w:tc>
          <w:tcPr>
            <w:tcW w:w="7181" w:type="dxa"/>
            <w:vAlign w:val="center"/>
          </w:tcPr>
          <w:p w14:paraId="66E2DA36" w14:textId="77777777" w:rsidR="00A7019A" w:rsidRDefault="00000000">
            <w:r>
              <w:rPr>
                <w:b/>
                <w:sz w:val="16"/>
              </w:rPr>
              <w:t>③ 데이터 디지털화</w:t>
            </w:r>
          </w:p>
        </w:tc>
        <w:tc>
          <w:tcPr>
            <w:tcW w:w="7181" w:type="dxa"/>
            <w:shd w:val="clear" w:color="auto" w:fill="E2EFDA"/>
            <w:vAlign w:val="center"/>
          </w:tcPr>
          <w:p w14:paraId="27DA29C1" w14:textId="77777777" w:rsidR="00A7019A" w:rsidRDefault="00000000">
            <w:pPr>
              <w:jc w:val="center"/>
            </w:pPr>
            <w:r>
              <w:rPr>
                <w:b/>
              </w:rPr>
              <w:t>✓ 즉시 가능</w:t>
            </w:r>
          </w:p>
        </w:tc>
        <w:tc>
          <w:tcPr>
            <w:tcW w:w="7181" w:type="dxa"/>
          </w:tcPr>
          <w:p w14:paraId="7780864F" w14:textId="77777777" w:rsidR="00A7019A" w:rsidRDefault="00000000">
            <w:pPr>
              <w:rPr>
                <w:lang w:eastAsia="ko-KR"/>
              </w:rPr>
            </w:pPr>
            <w:r>
              <w:rPr>
                <w:sz w:val="16"/>
                <w:lang w:eastAsia="ko-KR"/>
              </w:rPr>
              <w:t>웹앱 형태 요청. 즉시 제공 가능. 단, SAP 시스템 접근·연동이 핵심 전제조건.</w:t>
            </w:r>
          </w:p>
        </w:tc>
      </w:tr>
      <w:tr w:rsidR="00A7019A" w14:paraId="5AD3EBD9" w14:textId="77777777">
        <w:trPr>
          <w:jc w:val="center"/>
        </w:trPr>
        <w:tc>
          <w:tcPr>
            <w:tcW w:w="7181" w:type="dxa"/>
            <w:vAlign w:val="center"/>
          </w:tcPr>
          <w:p w14:paraId="539CA5FE" w14:textId="77777777" w:rsidR="00A7019A" w:rsidRDefault="00000000">
            <w:pPr>
              <w:rPr>
                <w:lang w:eastAsia="ko-KR"/>
              </w:rPr>
            </w:pPr>
            <w:r>
              <w:rPr>
                <w:b/>
                <w:sz w:val="16"/>
                <w:lang w:eastAsia="ko-KR"/>
              </w:rPr>
              <w:t>④ 예상 AI Tool·인프라</w:t>
            </w:r>
          </w:p>
        </w:tc>
        <w:tc>
          <w:tcPr>
            <w:tcW w:w="7181" w:type="dxa"/>
            <w:shd w:val="clear" w:color="auto" w:fill="FFF2CC"/>
            <w:vAlign w:val="center"/>
          </w:tcPr>
          <w:p w14:paraId="3B98DF16" w14:textId="77777777" w:rsidR="00A7019A" w:rsidRDefault="00000000">
            <w:pPr>
              <w:jc w:val="center"/>
            </w:pPr>
            <w:r>
              <w:rPr>
                <w:b/>
              </w:rPr>
              <w:t>해당</w:t>
            </w:r>
          </w:p>
        </w:tc>
        <w:tc>
          <w:tcPr>
            <w:tcW w:w="7181" w:type="dxa"/>
          </w:tcPr>
          <w:p w14:paraId="72B3125A" w14:textId="77777777" w:rsidR="00A7019A" w:rsidRDefault="00000000">
            <w:pPr>
              <w:rPr>
                <w:lang w:eastAsia="ko-KR"/>
              </w:rPr>
            </w:pPr>
            <w:r>
              <w:rPr>
                <w:sz w:val="16"/>
                <w:lang w:eastAsia="ko-KR"/>
              </w:rPr>
              <w:t>☑ 웹앱 개발 (모바일)  ☑ 상용 API / 사내 서버 (SAP 연동)</w:t>
            </w:r>
            <w:r>
              <w:rPr>
                <w:sz w:val="16"/>
                <w:lang w:eastAsia="ko-KR"/>
              </w:rPr>
              <w:br/>
              <w:t>※ AI 요소보다 IT 시스템 개발·연동 성격이 강함</w:t>
            </w:r>
          </w:p>
        </w:tc>
      </w:tr>
      <w:tr w:rsidR="00A7019A" w14:paraId="1D24C644" w14:textId="77777777">
        <w:trPr>
          <w:jc w:val="center"/>
        </w:trPr>
        <w:tc>
          <w:tcPr>
            <w:tcW w:w="7181" w:type="dxa"/>
            <w:vAlign w:val="center"/>
          </w:tcPr>
          <w:p w14:paraId="0F0BC5EB" w14:textId="77777777" w:rsidR="00A7019A" w:rsidRDefault="00000000">
            <w:r>
              <w:rPr>
                <w:b/>
                <w:sz w:val="16"/>
              </w:rPr>
              <w:t>⑤ 목표 달성 기준</w:t>
            </w:r>
          </w:p>
        </w:tc>
        <w:tc>
          <w:tcPr>
            <w:tcW w:w="7181" w:type="dxa"/>
            <w:shd w:val="clear" w:color="auto" w:fill="E2EFDA"/>
            <w:vAlign w:val="center"/>
          </w:tcPr>
          <w:p w14:paraId="51B472EE" w14:textId="77777777" w:rsidR="00A7019A" w:rsidRDefault="00000000">
            <w:pPr>
              <w:jc w:val="center"/>
            </w:pPr>
            <w:r>
              <w:rPr>
                <w:b/>
              </w:rPr>
              <w:t>✓ 명확</w:t>
            </w:r>
          </w:p>
        </w:tc>
        <w:tc>
          <w:tcPr>
            <w:tcW w:w="7181" w:type="dxa"/>
          </w:tcPr>
          <w:p w14:paraId="12A9F4E6" w14:textId="77777777" w:rsidR="00A7019A" w:rsidRDefault="00000000">
            <w:pPr>
              <w:rPr>
                <w:lang w:eastAsia="ko-KR"/>
              </w:rPr>
            </w:pPr>
            <w:r>
              <w:rPr>
                <w:sz w:val="16"/>
                <w:lang w:eastAsia="ko-KR"/>
              </w:rPr>
              <w:t>건당 10분 문의 → 모바일 즉시 조회 전환, 주 250분 절감</w:t>
            </w:r>
          </w:p>
        </w:tc>
      </w:tr>
      <w:tr w:rsidR="00A7019A" w14:paraId="582B1E0E" w14:textId="77777777">
        <w:trPr>
          <w:jc w:val="center"/>
        </w:trPr>
        <w:tc>
          <w:tcPr>
            <w:tcW w:w="7181" w:type="dxa"/>
            <w:vAlign w:val="center"/>
          </w:tcPr>
          <w:p w14:paraId="26D6E6B6" w14:textId="77777777" w:rsidR="00A7019A" w:rsidRDefault="00000000">
            <w:r>
              <w:rPr>
                <w:b/>
                <w:sz w:val="16"/>
              </w:rPr>
              <w:t>⑥ 예상 효과</w:t>
            </w:r>
          </w:p>
        </w:tc>
        <w:tc>
          <w:tcPr>
            <w:tcW w:w="7181" w:type="dxa"/>
            <w:shd w:val="clear" w:color="auto" w:fill="FFF2CC"/>
            <w:vAlign w:val="center"/>
          </w:tcPr>
          <w:p w14:paraId="1D5D9CF3" w14:textId="77777777" w:rsidR="00A7019A" w:rsidRDefault="00000000">
            <w:pPr>
              <w:jc w:val="center"/>
            </w:pPr>
            <w:r>
              <w:rPr>
                <w:b/>
              </w:rPr>
              <w:t>중간</w:t>
            </w:r>
          </w:p>
        </w:tc>
        <w:tc>
          <w:tcPr>
            <w:tcW w:w="7181" w:type="dxa"/>
          </w:tcPr>
          <w:p w14:paraId="2B5ADF09" w14:textId="77777777" w:rsidR="00A7019A" w:rsidRDefault="00000000">
            <w:pPr>
              <w:rPr>
                <w:lang w:eastAsia="ko-KR"/>
              </w:rPr>
            </w:pPr>
            <w:r>
              <w:rPr>
                <w:sz w:val="16"/>
                <w:lang w:eastAsia="ko-KR"/>
              </w:rPr>
              <w:t>[정량] 주 250분(약 4.2시간) 절감, 유관부서 문의 건수 제로화</w:t>
            </w:r>
            <w:r>
              <w:rPr>
                <w:sz w:val="16"/>
                <w:lang w:eastAsia="ko-KR"/>
              </w:rPr>
              <w:br/>
              <w:t>[정성] MR 현장 편의성 향상, 본질업무 집중도 개선</w:t>
            </w:r>
          </w:p>
        </w:tc>
      </w:tr>
      <w:tr w:rsidR="00A7019A" w14:paraId="2032B21D" w14:textId="77777777">
        <w:trPr>
          <w:jc w:val="center"/>
        </w:trPr>
        <w:tc>
          <w:tcPr>
            <w:tcW w:w="7181" w:type="dxa"/>
            <w:vAlign w:val="center"/>
          </w:tcPr>
          <w:p w14:paraId="092CEB5C" w14:textId="77777777" w:rsidR="00A7019A" w:rsidRDefault="00000000">
            <w:r>
              <w:rPr>
                <w:b/>
                <w:sz w:val="16"/>
              </w:rPr>
              <w:t>⑦ 리스크·제약사항</w:t>
            </w:r>
          </w:p>
        </w:tc>
        <w:tc>
          <w:tcPr>
            <w:tcW w:w="7181" w:type="dxa"/>
            <w:shd w:val="clear" w:color="auto" w:fill="FCE4EC"/>
            <w:vAlign w:val="center"/>
          </w:tcPr>
          <w:p w14:paraId="1B4DEDF5" w14:textId="77777777" w:rsidR="00A7019A" w:rsidRDefault="00000000">
            <w:pPr>
              <w:jc w:val="center"/>
            </w:pPr>
            <w:r>
              <w:rPr>
                <w:b/>
              </w:rPr>
              <w:t>✗ 높음</w:t>
            </w:r>
          </w:p>
        </w:tc>
        <w:tc>
          <w:tcPr>
            <w:tcW w:w="7181" w:type="dxa"/>
          </w:tcPr>
          <w:p w14:paraId="17AE9910" w14:textId="77777777" w:rsidR="00A7019A" w:rsidRDefault="00000000">
            <w:pPr>
              <w:rPr>
                <w:lang w:eastAsia="ko-KR"/>
              </w:rPr>
            </w:pPr>
            <w:r>
              <w:rPr>
                <w:sz w:val="16"/>
                <w:lang w:eastAsia="ko-KR"/>
              </w:rPr>
              <w:t>☑ 외부 시스템 연동: SAP 연동 필수이나 영업부 SAP 사용 불가 환경</w:t>
            </w:r>
            <w:r>
              <w:rPr>
                <w:sz w:val="16"/>
                <w:lang w:eastAsia="ko-KR"/>
              </w:rPr>
              <w:br/>
              <w:t>☑ AI 활용 요소 미약 → IT 개발 과제 성격</w:t>
            </w:r>
            <w:r>
              <w:rPr>
                <w:sz w:val="16"/>
                <w:lang w:eastAsia="ko-KR"/>
              </w:rPr>
              <w:br/>
              <w:t>☐ 참여 의지 불확실로 과제 진행 리스크</w:t>
            </w:r>
          </w:p>
        </w:tc>
      </w:tr>
    </w:tbl>
    <w:p w14:paraId="53E7B7F5" w14:textId="77777777" w:rsidR="00A7019A" w:rsidRDefault="00000000">
      <w:pPr>
        <w:rPr>
          <w:lang w:eastAsia="ko-KR"/>
        </w:rPr>
      </w:pPr>
      <w:r>
        <w:rPr>
          <w:lang w:eastAsia="ko-KR"/>
        </w:rPr>
        <w:br w:type="page"/>
      </w:r>
    </w:p>
    <w:p w14:paraId="7B891F65" w14:textId="77777777" w:rsidR="00A7019A" w:rsidRDefault="00000000">
      <w:pPr>
        <w:rPr>
          <w:lang w:eastAsia="ko-KR"/>
        </w:rPr>
      </w:pPr>
      <w:r>
        <w:rPr>
          <w:b/>
          <w:color w:val="2E75B6"/>
          <w:sz w:val="40"/>
          <w:lang w:eastAsia="ko-KR"/>
        </w:rPr>
        <w:lastRenderedPageBreak/>
        <w:t>2.3</w:t>
      </w:r>
      <w:r>
        <w:rPr>
          <w:b/>
          <w:color w:val="1B3A5C"/>
          <w:sz w:val="40"/>
          <w:lang w:eastAsia="ko-KR"/>
        </w:rPr>
        <w:t xml:space="preserve">  CPS 지출보고 증빙 검토·승인 자동화</w:t>
      </w:r>
    </w:p>
    <w:p w14:paraId="56866D63" w14:textId="77777777" w:rsidR="00A7019A" w:rsidRDefault="00000000">
      <w:pPr>
        <w:rPr>
          <w:lang w:eastAsia="ko-KR"/>
        </w:rPr>
      </w:pPr>
      <w:r>
        <w:rPr>
          <w:b/>
          <w:color w:val="2E75B6"/>
          <w:sz w:val="24"/>
          <w:lang w:eastAsia="ko-KR"/>
        </w:rPr>
        <w:t xml:space="preserve">2.3.1 </w:t>
      </w:r>
      <w:r>
        <w:rPr>
          <w:b/>
          <w:color w:val="1B3A5C"/>
          <w:sz w:val="24"/>
          <w:lang w:eastAsia="ko-KR"/>
        </w:rPr>
        <w:t>과제 기본정보 · 현재 업무 · 희망 결과</w:t>
      </w:r>
    </w:p>
    <w:p w14:paraId="7E1F4701" w14:textId="77777777" w:rsidR="00A7019A" w:rsidRDefault="00A7019A">
      <w:pPr>
        <w:rPr>
          <w:lang w:eastAsia="ko-KR"/>
        </w:rPr>
      </w:pPr>
    </w:p>
    <w:tbl>
      <w:tblPr>
        <w:tblStyle w:val="af9"/>
        <w:tblW w:w="0" w:type="auto"/>
        <w:jc w:val="center"/>
        <w:tblLook w:val="04A0" w:firstRow="1" w:lastRow="0" w:firstColumn="1" w:lastColumn="0" w:noHBand="0" w:noVBand="1"/>
      </w:tblPr>
      <w:tblGrid>
        <w:gridCol w:w="5384"/>
        <w:gridCol w:w="5383"/>
        <w:gridCol w:w="5383"/>
        <w:gridCol w:w="5383"/>
      </w:tblGrid>
      <w:tr w:rsidR="00A7019A" w14:paraId="1A375DF7" w14:textId="77777777">
        <w:trPr>
          <w:jc w:val="center"/>
        </w:trPr>
        <w:tc>
          <w:tcPr>
            <w:tcW w:w="5386" w:type="dxa"/>
            <w:shd w:val="clear" w:color="auto" w:fill="D6E4F0"/>
            <w:vAlign w:val="center"/>
          </w:tcPr>
          <w:p w14:paraId="10F3DB9D" w14:textId="77777777" w:rsidR="00A7019A" w:rsidRDefault="00000000">
            <w:r>
              <w:rPr>
                <w:b/>
                <w:sz w:val="16"/>
              </w:rPr>
              <w:t>소속</w:t>
            </w:r>
          </w:p>
        </w:tc>
        <w:tc>
          <w:tcPr>
            <w:tcW w:w="5386" w:type="dxa"/>
            <w:vAlign w:val="center"/>
          </w:tcPr>
          <w:p w14:paraId="763CDF3D" w14:textId="77777777" w:rsidR="00A7019A" w:rsidRDefault="00000000">
            <w:pPr>
              <w:rPr>
                <w:lang w:eastAsia="ko-KR"/>
              </w:rPr>
            </w:pPr>
            <w:r>
              <w:rPr>
                <w:sz w:val="16"/>
                <w:lang w:eastAsia="ko-KR"/>
              </w:rPr>
              <w:t>대웅제약 영업기획실 영업지원팀</w:t>
            </w:r>
          </w:p>
        </w:tc>
        <w:tc>
          <w:tcPr>
            <w:tcW w:w="5386" w:type="dxa"/>
            <w:shd w:val="clear" w:color="auto" w:fill="D6E4F0"/>
            <w:vAlign w:val="center"/>
          </w:tcPr>
          <w:p w14:paraId="184D12C3" w14:textId="77777777" w:rsidR="00A7019A" w:rsidRDefault="00000000">
            <w:r>
              <w:rPr>
                <w:b/>
                <w:sz w:val="16"/>
              </w:rPr>
              <w:t>신청자 / 사번</w:t>
            </w:r>
          </w:p>
        </w:tc>
        <w:tc>
          <w:tcPr>
            <w:tcW w:w="5386" w:type="dxa"/>
            <w:vAlign w:val="center"/>
          </w:tcPr>
          <w:p w14:paraId="5FD57005" w14:textId="77777777" w:rsidR="00A7019A" w:rsidRDefault="00000000">
            <w:r>
              <w:rPr>
                <w:sz w:val="16"/>
              </w:rPr>
              <w:t>김지숙 / 2190153</w:t>
            </w:r>
          </w:p>
        </w:tc>
      </w:tr>
      <w:tr w:rsidR="00A7019A" w14:paraId="1913592F" w14:textId="77777777">
        <w:trPr>
          <w:jc w:val="center"/>
        </w:trPr>
        <w:tc>
          <w:tcPr>
            <w:tcW w:w="5386" w:type="dxa"/>
            <w:shd w:val="clear" w:color="auto" w:fill="D6E4F0"/>
            <w:vAlign w:val="center"/>
          </w:tcPr>
          <w:p w14:paraId="591C80A8" w14:textId="77777777" w:rsidR="00A7019A" w:rsidRDefault="00000000">
            <w:r>
              <w:rPr>
                <w:b/>
                <w:sz w:val="16"/>
              </w:rPr>
              <w:t>접수일</w:t>
            </w:r>
          </w:p>
        </w:tc>
        <w:tc>
          <w:tcPr>
            <w:tcW w:w="5386" w:type="dxa"/>
            <w:vAlign w:val="center"/>
          </w:tcPr>
          <w:p w14:paraId="35808227" w14:textId="77777777" w:rsidR="00A7019A" w:rsidRDefault="00000000">
            <w:r>
              <w:rPr>
                <w:sz w:val="16"/>
              </w:rPr>
              <w:t>2026.02.19</w:t>
            </w:r>
          </w:p>
        </w:tc>
        <w:tc>
          <w:tcPr>
            <w:tcW w:w="5386" w:type="dxa"/>
            <w:shd w:val="clear" w:color="auto" w:fill="D6E4F0"/>
            <w:vAlign w:val="center"/>
          </w:tcPr>
          <w:p w14:paraId="1E0DD2D5" w14:textId="77777777" w:rsidR="00A7019A" w:rsidRDefault="00000000">
            <w:r>
              <w:rPr>
                <w:b/>
                <w:sz w:val="16"/>
              </w:rPr>
              <w:t>참여 가능 시간</w:t>
            </w:r>
          </w:p>
        </w:tc>
        <w:tc>
          <w:tcPr>
            <w:tcW w:w="5386" w:type="dxa"/>
            <w:vAlign w:val="center"/>
          </w:tcPr>
          <w:p w14:paraId="135E05DB" w14:textId="77777777" w:rsidR="00A7019A" w:rsidRDefault="00000000">
            <w:pPr>
              <w:rPr>
                <w:lang w:eastAsia="ko-KR"/>
              </w:rPr>
            </w:pPr>
            <w:r>
              <w:rPr>
                <w:sz w:val="16"/>
                <w:lang w:eastAsia="ko-KR"/>
              </w:rPr>
              <w:t>하루 4시간 이상 (적극 참여)</w:t>
            </w:r>
          </w:p>
        </w:tc>
      </w:tr>
      <w:tr w:rsidR="00A7019A" w14:paraId="6B563168" w14:textId="77777777">
        <w:trPr>
          <w:jc w:val="center"/>
        </w:trPr>
        <w:tc>
          <w:tcPr>
            <w:tcW w:w="5386" w:type="dxa"/>
            <w:shd w:val="clear" w:color="auto" w:fill="D6E4F0"/>
            <w:vAlign w:val="center"/>
          </w:tcPr>
          <w:p w14:paraId="16512383" w14:textId="77777777" w:rsidR="00A7019A" w:rsidRDefault="00000000">
            <w:r>
              <w:rPr>
                <w:b/>
                <w:sz w:val="16"/>
              </w:rPr>
              <w:t>현재 업무 소요시간</w:t>
            </w:r>
          </w:p>
        </w:tc>
        <w:tc>
          <w:tcPr>
            <w:tcW w:w="5386" w:type="dxa"/>
            <w:vAlign w:val="center"/>
          </w:tcPr>
          <w:p w14:paraId="41CC1E59" w14:textId="77777777" w:rsidR="00A7019A" w:rsidRDefault="00000000">
            <w:pPr>
              <w:rPr>
                <w:lang w:eastAsia="ko-KR"/>
              </w:rPr>
            </w:pPr>
            <w:r>
              <w:rPr>
                <w:sz w:val="16"/>
                <w:lang w:eastAsia="ko-KR"/>
              </w:rPr>
              <w:t>매일 7시간, 주 35시간 (비주기적)</w:t>
            </w:r>
          </w:p>
        </w:tc>
        <w:tc>
          <w:tcPr>
            <w:tcW w:w="5386" w:type="dxa"/>
            <w:shd w:val="clear" w:color="auto" w:fill="D6E4F0"/>
            <w:vAlign w:val="center"/>
          </w:tcPr>
          <w:p w14:paraId="4EB51A4B" w14:textId="77777777" w:rsidR="00A7019A" w:rsidRDefault="00000000">
            <w:r>
              <w:rPr>
                <w:b/>
                <w:sz w:val="16"/>
              </w:rPr>
              <w:t>협업 부서</w:t>
            </w:r>
          </w:p>
        </w:tc>
        <w:tc>
          <w:tcPr>
            <w:tcW w:w="5386" w:type="dxa"/>
            <w:vAlign w:val="center"/>
          </w:tcPr>
          <w:p w14:paraId="14BE808C" w14:textId="77777777" w:rsidR="00A7019A" w:rsidRDefault="00000000">
            <w:r>
              <w:rPr>
                <w:sz w:val="16"/>
              </w:rPr>
              <w:t>없음</w:t>
            </w:r>
          </w:p>
        </w:tc>
      </w:tr>
      <w:tr w:rsidR="00A7019A" w14:paraId="764D09FD" w14:textId="77777777">
        <w:trPr>
          <w:jc w:val="center"/>
        </w:trPr>
        <w:tc>
          <w:tcPr>
            <w:tcW w:w="5386" w:type="dxa"/>
            <w:shd w:val="clear" w:color="auto" w:fill="D6E4F0"/>
            <w:vAlign w:val="center"/>
          </w:tcPr>
          <w:p w14:paraId="64B2459C" w14:textId="77777777" w:rsidR="00A7019A" w:rsidRDefault="00000000">
            <w:r>
              <w:rPr>
                <w:b/>
                <w:sz w:val="16"/>
              </w:rPr>
              <w:t>데이터 형태</w:t>
            </w:r>
          </w:p>
        </w:tc>
        <w:tc>
          <w:tcPr>
            <w:tcW w:w="5386" w:type="dxa"/>
            <w:vAlign w:val="center"/>
          </w:tcPr>
          <w:p w14:paraId="262561FE" w14:textId="77777777" w:rsidR="00A7019A" w:rsidRDefault="00000000">
            <w:pPr>
              <w:rPr>
                <w:lang w:eastAsia="ko-KR"/>
              </w:rPr>
            </w:pPr>
            <w:r>
              <w:rPr>
                <w:sz w:val="16"/>
                <w:lang w:eastAsia="ko-KR"/>
              </w:rPr>
              <w:t>Excel / CSV, 이미지 / 스캔 파일</w:t>
            </w:r>
          </w:p>
        </w:tc>
        <w:tc>
          <w:tcPr>
            <w:tcW w:w="5386" w:type="dxa"/>
            <w:shd w:val="clear" w:color="auto" w:fill="D6E4F0"/>
            <w:vAlign w:val="center"/>
          </w:tcPr>
          <w:p w14:paraId="032D0B78" w14:textId="77777777" w:rsidR="00A7019A" w:rsidRDefault="00000000">
            <w:r>
              <w:rPr>
                <w:b/>
                <w:sz w:val="16"/>
              </w:rPr>
              <w:t>데이터 준비 상태</w:t>
            </w:r>
          </w:p>
        </w:tc>
        <w:tc>
          <w:tcPr>
            <w:tcW w:w="5386" w:type="dxa"/>
            <w:vAlign w:val="center"/>
          </w:tcPr>
          <w:p w14:paraId="721DA4ED" w14:textId="77777777" w:rsidR="00A7019A" w:rsidRDefault="00000000">
            <w:pPr>
              <w:rPr>
                <w:lang w:eastAsia="ko-KR"/>
              </w:rPr>
            </w:pPr>
            <w:r>
              <w:rPr>
                <w:sz w:val="16"/>
                <w:lang w:eastAsia="ko-KR"/>
              </w:rPr>
              <w:t>예 (과제 선발 후 샘플 데이터 즉시 제공 가능)</w:t>
            </w:r>
          </w:p>
        </w:tc>
      </w:tr>
      <w:tr w:rsidR="00A7019A" w14:paraId="7D2BEB46" w14:textId="77777777">
        <w:trPr>
          <w:jc w:val="center"/>
        </w:trPr>
        <w:tc>
          <w:tcPr>
            <w:tcW w:w="5386" w:type="dxa"/>
            <w:shd w:val="clear" w:color="auto" w:fill="D6E4F0"/>
            <w:vAlign w:val="center"/>
          </w:tcPr>
          <w:p w14:paraId="04852347" w14:textId="77777777" w:rsidR="00A7019A" w:rsidRDefault="00000000">
            <w:r>
              <w:rPr>
                <w:b/>
                <w:sz w:val="16"/>
              </w:rPr>
              <w:t>데이터 처리 규모</w:t>
            </w:r>
          </w:p>
        </w:tc>
        <w:tc>
          <w:tcPr>
            <w:tcW w:w="5386" w:type="dxa"/>
            <w:vAlign w:val="center"/>
          </w:tcPr>
          <w:p w14:paraId="02A711B8" w14:textId="77777777" w:rsidR="00A7019A" w:rsidRDefault="00000000">
            <w:pPr>
              <w:rPr>
                <w:lang w:eastAsia="ko-KR"/>
              </w:rPr>
            </w:pPr>
            <w:r>
              <w:rPr>
                <w:sz w:val="16"/>
                <w:lang w:eastAsia="ko-KR"/>
              </w:rPr>
              <w:t>일 평균 1,500건, 월 30,000건 이상 (건당 이미지 1~3개)</w:t>
            </w:r>
          </w:p>
        </w:tc>
        <w:tc>
          <w:tcPr>
            <w:tcW w:w="5386" w:type="dxa"/>
            <w:shd w:val="clear" w:color="auto" w:fill="D6E4F0"/>
            <w:vAlign w:val="center"/>
          </w:tcPr>
          <w:p w14:paraId="5E5F78CA" w14:textId="77777777" w:rsidR="00A7019A" w:rsidRDefault="00000000">
            <w:r>
              <w:rPr>
                <w:b/>
                <w:sz w:val="16"/>
              </w:rPr>
              <w:t>개인정보 포함</w:t>
            </w:r>
          </w:p>
        </w:tc>
        <w:tc>
          <w:tcPr>
            <w:tcW w:w="5386" w:type="dxa"/>
            <w:vAlign w:val="center"/>
          </w:tcPr>
          <w:p w14:paraId="0FA9B907" w14:textId="77777777" w:rsidR="00A7019A" w:rsidRDefault="00000000">
            <w:r>
              <w:rPr>
                <w:sz w:val="16"/>
              </w:rPr>
              <w:t>포함 (주의 필요)</w:t>
            </w:r>
          </w:p>
        </w:tc>
      </w:tr>
    </w:tbl>
    <w:p w14:paraId="18EDE34E" w14:textId="77777777" w:rsidR="00A7019A" w:rsidRDefault="00A7019A"/>
    <w:tbl>
      <w:tblPr>
        <w:tblStyle w:val="af9"/>
        <w:tblW w:w="0" w:type="auto"/>
        <w:jc w:val="center"/>
        <w:tblLook w:val="04A0" w:firstRow="1" w:lastRow="0" w:firstColumn="1" w:lastColumn="0" w:noHBand="0" w:noVBand="1"/>
      </w:tblPr>
      <w:tblGrid>
        <w:gridCol w:w="7177"/>
        <w:gridCol w:w="7178"/>
        <w:gridCol w:w="7178"/>
      </w:tblGrid>
      <w:tr w:rsidR="00A7019A" w14:paraId="11757CCD" w14:textId="77777777">
        <w:trPr>
          <w:jc w:val="center"/>
        </w:trPr>
        <w:tc>
          <w:tcPr>
            <w:tcW w:w="7181" w:type="dxa"/>
            <w:shd w:val="clear" w:color="auto" w:fill="2E75B6"/>
            <w:vAlign w:val="center"/>
          </w:tcPr>
          <w:p w14:paraId="7935D903" w14:textId="77777777" w:rsidR="00A7019A" w:rsidRDefault="00000000">
            <w:pPr>
              <w:jc w:val="center"/>
            </w:pPr>
            <w:r>
              <w:rPr>
                <w:b/>
                <w:color w:val="FFFFFF"/>
              </w:rPr>
              <w:t>As-Is : 현재 업무</w:t>
            </w:r>
          </w:p>
        </w:tc>
        <w:tc>
          <w:tcPr>
            <w:tcW w:w="7181" w:type="dxa"/>
            <w:shd w:val="clear" w:color="auto" w:fill="2E75B6"/>
            <w:vAlign w:val="center"/>
          </w:tcPr>
          <w:p w14:paraId="21D33257" w14:textId="77777777" w:rsidR="00A7019A" w:rsidRDefault="00000000">
            <w:pPr>
              <w:jc w:val="center"/>
            </w:pPr>
            <w:r>
              <w:rPr>
                <w:b/>
                <w:color w:val="FFFFFF"/>
              </w:rPr>
              <w:t>Pain Point : 문제점</w:t>
            </w:r>
          </w:p>
        </w:tc>
        <w:tc>
          <w:tcPr>
            <w:tcW w:w="7181" w:type="dxa"/>
            <w:shd w:val="clear" w:color="auto" w:fill="2E75B6"/>
            <w:vAlign w:val="center"/>
          </w:tcPr>
          <w:p w14:paraId="3E3EFCD0" w14:textId="77777777" w:rsidR="00A7019A" w:rsidRDefault="00000000">
            <w:pPr>
              <w:jc w:val="center"/>
            </w:pPr>
            <w:r>
              <w:rPr>
                <w:b/>
                <w:color w:val="FFFFFF"/>
              </w:rPr>
              <w:t>To-Be : 희망 결과</w:t>
            </w:r>
          </w:p>
        </w:tc>
      </w:tr>
      <w:tr w:rsidR="00A7019A" w14:paraId="18691A51" w14:textId="77777777">
        <w:trPr>
          <w:jc w:val="center"/>
        </w:trPr>
        <w:tc>
          <w:tcPr>
            <w:tcW w:w="7181" w:type="dxa"/>
          </w:tcPr>
          <w:p w14:paraId="634171A7" w14:textId="77777777" w:rsidR="00A7019A" w:rsidRDefault="00000000">
            <w:pPr>
              <w:rPr>
                <w:lang w:eastAsia="ko-KR"/>
              </w:rPr>
            </w:pPr>
            <w:r>
              <w:rPr>
                <w:sz w:val="16"/>
                <w:lang w:eastAsia="ko-KR"/>
              </w:rPr>
              <w:t>26년 2월 말부터 CPS 지출보고 시스템 내 영업부 법인카드(방문디테일) 사용내역 최종 검토·승인 역할 신규 수행 예정.</w:t>
            </w:r>
            <w:r>
              <w:rPr>
                <w:sz w:val="16"/>
                <w:lang w:eastAsia="ko-KR"/>
              </w:rPr>
              <w:br/>
              <w:t>영업부 상신 문서에 대해 증빙 적정성 및 CP 규정 준수 여부 확인 후 승인/반려 처리.</w:t>
            </w:r>
            <w:r>
              <w:rPr>
                <w:sz w:val="16"/>
                <w:lang w:eastAsia="ko-KR"/>
              </w:rPr>
              <w:br/>
              <w:t>(CPS 접속 → 결재요구함 → 상신문서 조회 → JPG 증빙파일 다운로드·확인 → 승인/반려)</w:t>
            </w:r>
          </w:p>
        </w:tc>
        <w:tc>
          <w:tcPr>
            <w:tcW w:w="7181" w:type="dxa"/>
          </w:tcPr>
          <w:p w14:paraId="60B201D0" w14:textId="77777777" w:rsidR="00A7019A" w:rsidRDefault="00000000">
            <w:pPr>
              <w:rPr>
                <w:lang w:eastAsia="ko-KR"/>
              </w:rPr>
            </w:pPr>
            <w:r>
              <w:rPr>
                <w:sz w:val="16"/>
                <w:lang w:eastAsia="ko-KR"/>
              </w:rPr>
              <w:t>① 수작업 기반 검수: 문서당 증빙 이미지(1~3개) 건별 다운로드 후 개별 확인, 미리보기·자동 판독 기능 부재</w:t>
            </w:r>
            <w:r>
              <w:rPr>
                <w:sz w:val="16"/>
                <w:lang w:eastAsia="ko-KR"/>
              </w:rPr>
              <w:br/>
              <w:t>② 업무 시간 과다: 단순 다운로드/확인에 검수 시간 대부분 소모, 승인 지연 시 영업 지급 일정 영향</w:t>
            </w:r>
            <w:r>
              <w:rPr>
                <w:sz w:val="16"/>
                <w:lang w:eastAsia="ko-KR"/>
              </w:rPr>
              <w:br/>
              <w:t>③ 오류 탐지 효율 저하: 촬영일자 불일치, 참석인원 대비 수량 과다/미달, 간이영수증 미확인 등</w:t>
            </w:r>
          </w:p>
        </w:tc>
        <w:tc>
          <w:tcPr>
            <w:tcW w:w="7181" w:type="dxa"/>
          </w:tcPr>
          <w:p w14:paraId="27FC62DA" w14:textId="77777777" w:rsidR="00A7019A" w:rsidRDefault="00000000">
            <w:pPr>
              <w:rPr>
                <w:lang w:eastAsia="ko-KR"/>
              </w:rPr>
            </w:pPr>
            <w:r>
              <w:rPr>
                <w:sz w:val="16"/>
                <w:lang w:eastAsia="ko-KR"/>
              </w:rPr>
              <w:t>- 수작업 중심 → 자동화 구조로 전환</w:t>
            </w:r>
            <w:r>
              <w:rPr>
                <w:sz w:val="16"/>
                <w:lang w:eastAsia="ko-KR"/>
              </w:rPr>
              <w:br/>
              <w:t>- 증빙 이미지 인식(OCR)으로 일괄 확인, 다운로드 작업 최소화</w:t>
            </w:r>
            <w:r>
              <w:rPr>
                <w:sz w:val="16"/>
                <w:lang w:eastAsia="ko-KR"/>
              </w:rPr>
              <w:br/>
              <w:t>- 이상 문서 자동 선별 → 검수 집중도 향상 및 승인 처리 속도 개선</w:t>
            </w:r>
          </w:p>
        </w:tc>
      </w:tr>
    </w:tbl>
    <w:p w14:paraId="13235618" w14:textId="77777777" w:rsidR="00A7019A" w:rsidRDefault="00A7019A">
      <w:pPr>
        <w:rPr>
          <w:lang w:eastAsia="ko-KR"/>
        </w:rPr>
      </w:pPr>
    </w:p>
    <w:p w14:paraId="4DAA80D4" w14:textId="77777777" w:rsidR="00A7019A" w:rsidRDefault="00000000">
      <w:pPr>
        <w:rPr>
          <w:lang w:eastAsia="ko-KR"/>
        </w:rPr>
      </w:pPr>
      <w:r>
        <w:rPr>
          <w:b/>
          <w:color w:val="2E75B6"/>
          <w:sz w:val="16"/>
          <w:lang w:eastAsia="ko-KR"/>
        </w:rPr>
        <w:t xml:space="preserve">결과 형태: </w:t>
      </w:r>
      <w:r>
        <w:rPr>
          <w:sz w:val="16"/>
          <w:lang w:eastAsia="ko-KR"/>
        </w:rPr>
        <w:t>파일 형태: Excel, CSV, Word 등</w:t>
      </w:r>
    </w:p>
    <w:p w14:paraId="211D2201" w14:textId="77777777" w:rsidR="00A7019A" w:rsidRDefault="00A7019A">
      <w:pPr>
        <w:rPr>
          <w:lang w:eastAsia="ko-KR"/>
        </w:rPr>
      </w:pPr>
    </w:p>
    <w:p w14:paraId="75AE43CC" w14:textId="77777777" w:rsidR="00A7019A" w:rsidRDefault="00000000">
      <w:pPr>
        <w:rPr>
          <w:lang w:eastAsia="ko-KR"/>
        </w:rPr>
      </w:pPr>
      <w:r>
        <w:rPr>
          <w:b/>
          <w:color w:val="2E75B6"/>
          <w:sz w:val="24"/>
          <w:lang w:eastAsia="ko-KR"/>
        </w:rPr>
        <w:t xml:space="preserve">2.3.2 </w:t>
      </w:r>
      <w:r>
        <w:rPr>
          <w:b/>
          <w:color w:val="1B3A5C"/>
          <w:sz w:val="24"/>
          <w:lang w:eastAsia="ko-KR"/>
        </w:rPr>
        <w:t>과제 선정 기준 체크리스트 평가</w:t>
      </w:r>
    </w:p>
    <w:p w14:paraId="396BD53B" w14:textId="77777777" w:rsidR="00A7019A" w:rsidRDefault="00A7019A">
      <w:pPr>
        <w:rPr>
          <w:lang w:eastAsia="ko-KR"/>
        </w:rPr>
      </w:pPr>
    </w:p>
    <w:tbl>
      <w:tblPr>
        <w:tblStyle w:val="af9"/>
        <w:tblW w:w="0" w:type="auto"/>
        <w:jc w:val="center"/>
        <w:tblLook w:val="04A0" w:firstRow="1" w:lastRow="0" w:firstColumn="1" w:lastColumn="0" w:noHBand="0" w:noVBand="1"/>
      </w:tblPr>
      <w:tblGrid>
        <w:gridCol w:w="7178"/>
        <w:gridCol w:w="7177"/>
        <w:gridCol w:w="7178"/>
      </w:tblGrid>
      <w:tr w:rsidR="00A7019A" w14:paraId="5137D252" w14:textId="77777777">
        <w:trPr>
          <w:jc w:val="center"/>
        </w:trPr>
        <w:tc>
          <w:tcPr>
            <w:tcW w:w="7181" w:type="dxa"/>
            <w:shd w:val="clear" w:color="auto" w:fill="2E75B6"/>
            <w:vAlign w:val="center"/>
          </w:tcPr>
          <w:p w14:paraId="78E01677" w14:textId="77777777" w:rsidR="00A7019A" w:rsidRDefault="00000000">
            <w:pPr>
              <w:jc w:val="center"/>
            </w:pPr>
            <w:r>
              <w:rPr>
                <w:b/>
                <w:color w:val="FFFFFF"/>
              </w:rPr>
              <w:t>선정 기준</w:t>
            </w:r>
          </w:p>
        </w:tc>
        <w:tc>
          <w:tcPr>
            <w:tcW w:w="7181" w:type="dxa"/>
            <w:shd w:val="clear" w:color="auto" w:fill="2E75B6"/>
            <w:vAlign w:val="center"/>
          </w:tcPr>
          <w:p w14:paraId="47CAD1DC" w14:textId="77777777" w:rsidR="00A7019A" w:rsidRDefault="00000000">
            <w:pPr>
              <w:jc w:val="center"/>
            </w:pPr>
            <w:r>
              <w:rPr>
                <w:b/>
                <w:color w:val="FFFFFF"/>
              </w:rPr>
              <w:t>판정</w:t>
            </w:r>
          </w:p>
        </w:tc>
        <w:tc>
          <w:tcPr>
            <w:tcW w:w="7181" w:type="dxa"/>
            <w:shd w:val="clear" w:color="auto" w:fill="2E75B6"/>
            <w:vAlign w:val="center"/>
          </w:tcPr>
          <w:p w14:paraId="4AE1BDB6" w14:textId="77777777" w:rsidR="00A7019A" w:rsidRDefault="00000000">
            <w:pPr>
              <w:jc w:val="center"/>
            </w:pPr>
            <w:r>
              <w:rPr>
                <w:b/>
                <w:color w:val="FFFFFF"/>
              </w:rPr>
              <w:t>평가 내용</w:t>
            </w:r>
          </w:p>
        </w:tc>
      </w:tr>
      <w:tr w:rsidR="00A7019A" w14:paraId="2E631AD8" w14:textId="77777777">
        <w:trPr>
          <w:jc w:val="center"/>
        </w:trPr>
        <w:tc>
          <w:tcPr>
            <w:tcW w:w="7181" w:type="dxa"/>
            <w:vAlign w:val="center"/>
          </w:tcPr>
          <w:p w14:paraId="658C8082" w14:textId="77777777" w:rsidR="00A7019A" w:rsidRDefault="00000000">
            <w:pPr>
              <w:rPr>
                <w:lang w:eastAsia="ko-KR"/>
              </w:rPr>
            </w:pPr>
            <w:r>
              <w:rPr>
                <w:b/>
                <w:sz w:val="16"/>
                <w:lang w:eastAsia="ko-KR"/>
              </w:rPr>
              <w:t>① 업무 규칙·요구사항 명확성</w:t>
            </w:r>
          </w:p>
        </w:tc>
        <w:tc>
          <w:tcPr>
            <w:tcW w:w="7181" w:type="dxa"/>
            <w:shd w:val="clear" w:color="auto" w:fill="E2EFDA"/>
            <w:vAlign w:val="center"/>
          </w:tcPr>
          <w:p w14:paraId="5A2AEA92" w14:textId="77777777" w:rsidR="00A7019A" w:rsidRDefault="00000000">
            <w:pPr>
              <w:jc w:val="center"/>
            </w:pPr>
            <w:r>
              <w:rPr>
                <w:b/>
              </w:rPr>
              <w:t>✓ 매우 명확</w:t>
            </w:r>
          </w:p>
        </w:tc>
        <w:tc>
          <w:tcPr>
            <w:tcW w:w="7181" w:type="dxa"/>
          </w:tcPr>
          <w:p w14:paraId="3B75B9BB" w14:textId="77777777" w:rsidR="00A7019A" w:rsidRDefault="00000000">
            <w:pPr>
              <w:rPr>
                <w:lang w:eastAsia="ko-KR"/>
              </w:rPr>
            </w:pPr>
            <w:r>
              <w:rPr>
                <w:sz w:val="16"/>
                <w:lang w:eastAsia="ko-KR"/>
              </w:rPr>
              <w:t>증빙 적정성·CP 규정 준수 확인의 명확한 검토 프로세스. 오류 판단 기준(촬영일자, 참석인원 대비 수량, 간이영수증 등)도 구체적.</w:t>
            </w:r>
          </w:p>
        </w:tc>
      </w:tr>
      <w:tr w:rsidR="00A7019A" w14:paraId="0138133D" w14:textId="77777777">
        <w:trPr>
          <w:jc w:val="center"/>
        </w:trPr>
        <w:tc>
          <w:tcPr>
            <w:tcW w:w="7181" w:type="dxa"/>
            <w:vAlign w:val="center"/>
          </w:tcPr>
          <w:p w14:paraId="2B099721" w14:textId="77777777" w:rsidR="00A7019A" w:rsidRDefault="00000000">
            <w:r>
              <w:rPr>
                <w:b/>
                <w:sz w:val="16"/>
              </w:rPr>
              <w:t>② 현업 참여 의지</w:t>
            </w:r>
          </w:p>
        </w:tc>
        <w:tc>
          <w:tcPr>
            <w:tcW w:w="7181" w:type="dxa"/>
            <w:shd w:val="clear" w:color="auto" w:fill="E2EFDA"/>
            <w:vAlign w:val="center"/>
          </w:tcPr>
          <w:p w14:paraId="29F78B7B" w14:textId="77777777" w:rsidR="00A7019A" w:rsidRDefault="00000000">
            <w:pPr>
              <w:jc w:val="center"/>
            </w:pPr>
            <w:r>
              <w:rPr>
                <w:b/>
              </w:rPr>
              <w:t>✓ 적극 참여</w:t>
            </w:r>
          </w:p>
        </w:tc>
        <w:tc>
          <w:tcPr>
            <w:tcW w:w="7181" w:type="dxa"/>
          </w:tcPr>
          <w:p w14:paraId="18AEB3E5" w14:textId="77777777" w:rsidR="00A7019A" w:rsidRDefault="00000000">
            <w:pPr>
              <w:rPr>
                <w:lang w:eastAsia="ko-KR"/>
              </w:rPr>
            </w:pPr>
            <w:r>
              <w:rPr>
                <w:sz w:val="16"/>
                <w:lang w:eastAsia="ko-KR"/>
              </w:rPr>
              <w:t>하루 4시간 이상 적극 참여 가능. 매일 7시간 해당 업무 투입 중으로 높은 참여 동기.</w:t>
            </w:r>
          </w:p>
        </w:tc>
      </w:tr>
      <w:tr w:rsidR="00A7019A" w14:paraId="1DD466CA" w14:textId="77777777">
        <w:trPr>
          <w:jc w:val="center"/>
        </w:trPr>
        <w:tc>
          <w:tcPr>
            <w:tcW w:w="7181" w:type="dxa"/>
            <w:vAlign w:val="center"/>
          </w:tcPr>
          <w:p w14:paraId="5F46C3BB" w14:textId="77777777" w:rsidR="00A7019A" w:rsidRDefault="00000000">
            <w:r>
              <w:rPr>
                <w:b/>
                <w:sz w:val="16"/>
              </w:rPr>
              <w:t>③ 데이터 디지털화</w:t>
            </w:r>
          </w:p>
        </w:tc>
        <w:tc>
          <w:tcPr>
            <w:tcW w:w="7181" w:type="dxa"/>
            <w:shd w:val="clear" w:color="auto" w:fill="E2EFDA"/>
            <w:vAlign w:val="center"/>
          </w:tcPr>
          <w:p w14:paraId="38CFBC18" w14:textId="77777777" w:rsidR="00A7019A" w:rsidRDefault="00000000">
            <w:pPr>
              <w:jc w:val="center"/>
            </w:pPr>
            <w:r>
              <w:rPr>
                <w:b/>
              </w:rPr>
              <w:t>✓ 즉시 가능</w:t>
            </w:r>
          </w:p>
        </w:tc>
        <w:tc>
          <w:tcPr>
            <w:tcW w:w="7181" w:type="dxa"/>
          </w:tcPr>
          <w:p w14:paraId="146FBDE3" w14:textId="77777777" w:rsidR="00A7019A" w:rsidRDefault="00000000">
            <w:pPr>
              <w:rPr>
                <w:lang w:eastAsia="ko-KR"/>
              </w:rPr>
            </w:pPr>
            <w:r>
              <w:rPr>
                <w:sz w:val="16"/>
                <w:lang w:eastAsia="ko-KR"/>
              </w:rPr>
              <w:t>Excel/CSV 및 이미지/스캔 파일 형태. 즉시 제공 가능.</w:t>
            </w:r>
          </w:p>
        </w:tc>
      </w:tr>
      <w:tr w:rsidR="00A7019A" w14:paraId="215CE91B" w14:textId="77777777">
        <w:trPr>
          <w:jc w:val="center"/>
        </w:trPr>
        <w:tc>
          <w:tcPr>
            <w:tcW w:w="7181" w:type="dxa"/>
            <w:vAlign w:val="center"/>
          </w:tcPr>
          <w:p w14:paraId="78780522" w14:textId="77777777" w:rsidR="00A7019A" w:rsidRDefault="00000000">
            <w:pPr>
              <w:rPr>
                <w:lang w:eastAsia="ko-KR"/>
              </w:rPr>
            </w:pPr>
            <w:r>
              <w:rPr>
                <w:b/>
                <w:sz w:val="16"/>
                <w:lang w:eastAsia="ko-KR"/>
              </w:rPr>
              <w:t>④ 예상 AI Tool·인프라</w:t>
            </w:r>
          </w:p>
        </w:tc>
        <w:tc>
          <w:tcPr>
            <w:tcW w:w="7181" w:type="dxa"/>
            <w:shd w:val="clear" w:color="auto" w:fill="FFF2CC"/>
            <w:vAlign w:val="center"/>
          </w:tcPr>
          <w:p w14:paraId="2F69DA92" w14:textId="77777777" w:rsidR="00A7019A" w:rsidRDefault="00000000">
            <w:pPr>
              <w:jc w:val="center"/>
            </w:pPr>
            <w:r>
              <w:rPr>
                <w:b/>
              </w:rPr>
              <w:t>해당</w:t>
            </w:r>
          </w:p>
        </w:tc>
        <w:tc>
          <w:tcPr>
            <w:tcW w:w="7181" w:type="dxa"/>
          </w:tcPr>
          <w:p w14:paraId="0AF2D834" w14:textId="77777777" w:rsidR="00A7019A" w:rsidRDefault="00000000">
            <w:pPr>
              <w:rPr>
                <w:lang w:eastAsia="ko-KR"/>
              </w:rPr>
            </w:pPr>
            <w:r>
              <w:rPr>
                <w:sz w:val="16"/>
                <w:lang w:eastAsia="ko-KR"/>
              </w:rPr>
              <w:t>☑ OCR (증빙 이미지 인식·판독)  ☑ LLM (이상 문서 자동 선별·규정 검증)</w:t>
            </w:r>
            <w:r>
              <w:rPr>
                <w:sz w:val="16"/>
                <w:lang w:eastAsia="ko-KR"/>
              </w:rPr>
              <w:br/>
              <w:t>☑ 노코드 워크플로우 n8n (일괄 처리 자동화)</w:t>
            </w:r>
          </w:p>
        </w:tc>
      </w:tr>
      <w:tr w:rsidR="00A7019A" w14:paraId="79E45B20" w14:textId="77777777">
        <w:trPr>
          <w:jc w:val="center"/>
        </w:trPr>
        <w:tc>
          <w:tcPr>
            <w:tcW w:w="7181" w:type="dxa"/>
            <w:vAlign w:val="center"/>
          </w:tcPr>
          <w:p w14:paraId="04677CB7" w14:textId="77777777" w:rsidR="00A7019A" w:rsidRDefault="00000000">
            <w:r>
              <w:rPr>
                <w:b/>
                <w:sz w:val="16"/>
              </w:rPr>
              <w:t>⑤ 목표 달성 기준</w:t>
            </w:r>
          </w:p>
        </w:tc>
        <w:tc>
          <w:tcPr>
            <w:tcW w:w="7181" w:type="dxa"/>
            <w:shd w:val="clear" w:color="auto" w:fill="E2EFDA"/>
            <w:vAlign w:val="center"/>
          </w:tcPr>
          <w:p w14:paraId="11282C09" w14:textId="77777777" w:rsidR="00A7019A" w:rsidRDefault="00000000">
            <w:pPr>
              <w:jc w:val="center"/>
            </w:pPr>
            <w:r>
              <w:rPr>
                <w:b/>
              </w:rPr>
              <w:t>✓ 명확</w:t>
            </w:r>
          </w:p>
        </w:tc>
        <w:tc>
          <w:tcPr>
            <w:tcW w:w="7181" w:type="dxa"/>
          </w:tcPr>
          <w:p w14:paraId="4D2E078C" w14:textId="77777777" w:rsidR="00A7019A" w:rsidRDefault="00000000">
            <w:pPr>
              <w:rPr>
                <w:lang w:eastAsia="ko-KR"/>
              </w:rPr>
            </w:pPr>
            <w:r>
              <w:rPr>
                <w:sz w:val="16"/>
                <w:lang w:eastAsia="ko-KR"/>
              </w:rPr>
              <w:t>일 1,500건 × 건당 3분 → 자동 인식·선별로 대폭 단축</w:t>
            </w:r>
            <w:r>
              <w:rPr>
                <w:sz w:val="16"/>
                <w:lang w:eastAsia="ko-KR"/>
              </w:rPr>
              <w:br/>
              <w:t>매일 7시간 → 이상 문서만 집중 검토로 80%+ 절감 기대</w:t>
            </w:r>
          </w:p>
        </w:tc>
      </w:tr>
      <w:tr w:rsidR="00A7019A" w14:paraId="781A8D37" w14:textId="77777777">
        <w:trPr>
          <w:jc w:val="center"/>
        </w:trPr>
        <w:tc>
          <w:tcPr>
            <w:tcW w:w="7181" w:type="dxa"/>
            <w:vAlign w:val="center"/>
          </w:tcPr>
          <w:p w14:paraId="4888CF96" w14:textId="77777777" w:rsidR="00A7019A" w:rsidRDefault="00000000">
            <w:r>
              <w:rPr>
                <w:b/>
                <w:sz w:val="16"/>
              </w:rPr>
              <w:t>⑥ 예상 효과</w:t>
            </w:r>
          </w:p>
        </w:tc>
        <w:tc>
          <w:tcPr>
            <w:tcW w:w="7181" w:type="dxa"/>
            <w:shd w:val="clear" w:color="auto" w:fill="E2EFDA"/>
            <w:vAlign w:val="center"/>
          </w:tcPr>
          <w:p w14:paraId="43909C29" w14:textId="77777777" w:rsidR="00A7019A" w:rsidRDefault="00000000">
            <w:pPr>
              <w:jc w:val="center"/>
            </w:pPr>
            <w:r>
              <w:rPr>
                <w:b/>
              </w:rPr>
              <w:t>매우 높음</w:t>
            </w:r>
          </w:p>
        </w:tc>
        <w:tc>
          <w:tcPr>
            <w:tcW w:w="7181" w:type="dxa"/>
          </w:tcPr>
          <w:p w14:paraId="1DC3B59A" w14:textId="77777777" w:rsidR="00A7019A" w:rsidRDefault="00000000">
            <w:pPr>
              <w:rPr>
                <w:lang w:eastAsia="ko-KR"/>
              </w:rPr>
            </w:pPr>
            <w:r>
              <w:rPr>
                <w:sz w:val="16"/>
                <w:lang w:eastAsia="ko-KR"/>
              </w:rPr>
              <w:t>[정량] 일 7시간 → 1~2시간 (70~85% 절감), 월 30,000건 처리속도 대폭 향상</w:t>
            </w:r>
            <w:r>
              <w:rPr>
                <w:sz w:val="16"/>
                <w:lang w:eastAsia="ko-KR"/>
              </w:rPr>
              <w:br/>
              <w:t>[정성] 오류 탐지 정확도 향상, 승인 지연 리스크 감소, 지급 일정 안정화</w:t>
            </w:r>
          </w:p>
        </w:tc>
      </w:tr>
      <w:tr w:rsidR="00A7019A" w14:paraId="6696FA7C" w14:textId="77777777">
        <w:trPr>
          <w:jc w:val="center"/>
        </w:trPr>
        <w:tc>
          <w:tcPr>
            <w:tcW w:w="7181" w:type="dxa"/>
            <w:vAlign w:val="center"/>
          </w:tcPr>
          <w:p w14:paraId="2DA860A1" w14:textId="77777777" w:rsidR="00A7019A" w:rsidRDefault="00000000">
            <w:r>
              <w:rPr>
                <w:b/>
                <w:sz w:val="16"/>
              </w:rPr>
              <w:t>⑦ 리스크·제약사항</w:t>
            </w:r>
          </w:p>
        </w:tc>
        <w:tc>
          <w:tcPr>
            <w:tcW w:w="7181" w:type="dxa"/>
            <w:shd w:val="clear" w:color="auto" w:fill="FFF2CC"/>
            <w:vAlign w:val="center"/>
          </w:tcPr>
          <w:p w14:paraId="2F8FDEAD" w14:textId="77777777" w:rsidR="00A7019A" w:rsidRDefault="00000000">
            <w:pPr>
              <w:jc w:val="center"/>
            </w:pPr>
            <w:r>
              <w:rPr>
                <w:b/>
              </w:rPr>
              <w:t>△ 일부</w:t>
            </w:r>
          </w:p>
        </w:tc>
        <w:tc>
          <w:tcPr>
            <w:tcW w:w="7181" w:type="dxa"/>
          </w:tcPr>
          <w:p w14:paraId="3D5E52B0" w14:textId="77777777" w:rsidR="00A7019A" w:rsidRDefault="00000000">
            <w:pPr>
              <w:rPr>
                <w:lang w:eastAsia="ko-KR"/>
              </w:rPr>
            </w:pPr>
            <w:r>
              <w:rPr>
                <w:sz w:val="16"/>
                <w:lang w:eastAsia="ko-KR"/>
              </w:rPr>
              <w:t>☑ 개인정보 규제: 민감 개인정보 포함</w:t>
            </w:r>
            <w:r>
              <w:rPr>
                <w:sz w:val="16"/>
                <w:lang w:eastAsia="ko-KR"/>
              </w:rPr>
              <w:br/>
              <w:t>☑ 외부 시스템 연동: CPS 시스템 연동 필요 가능</w:t>
            </w:r>
            <w:r>
              <w:rPr>
                <w:sz w:val="16"/>
                <w:lang w:eastAsia="ko-KR"/>
              </w:rPr>
              <w:br/>
              <w:t>☐ 증빙 이미지 품질에 따른 OCR 정확도 변동</w:t>
            </w:r>
          </w:p>
        </w:tc>
      </w:tr>
    </w:tbl>
    <w:p w14:paraId="49144B00" w14:textId="77777777" w:rsidR="00A7019A" w:rsidRDefault="00000000">
      <w:pPr>
        <w:rPr>
          <w:lang w:eastAsia="ko-KR"/>
        </w:rPr>
      </w:pPr>
      <w:r>
        <w:rPr>
          <w:lang w:eastAsia="ko-KR"/>
        </w:rPr>
        <w:br w:type="page"/>
      </w:r>
    </w:p>
    <w:p w14:paraId="2A8E24AE" w14:textId="77777777" w:rsidR="00A7019A" w:rsidRDefault="00000000">
      <w:pPr>
        <w:rPr>
          <w:lang w:eastAsia="ko-KR"/>
        </w:rPr>
      </w:pPr>
      <w:r>
        <w:rPr>
          <w:b/>
          <w:color w:val="2E75B6"/>
          <w:sz w:val="40"/>
          <w:lang w:eastAsia="ko-KR"/>
        </w:rPr>
        <w:lastRenderedPageBreak/>
        <w:t>2.4</w:t>
      </w:r>
      <w:r>
        <w:rPr>
          <w:b/>
          <w:color w:val="1B3A5C"/>
          <w:sz w:val="40"/>
          <w:lang w:eastAsia="ko-KR"/>
        </w:rPr>
        <w:t xml:space="preserve">  ETC 로컬 스타 산출 자동화</w:t>
      </w:r>
    </w:p>
    <w:p w14:paraId="2A21ED58" w14:textId="77777777" w:rsidR="00A7019A" w:rsidRDefault="00000000">
      <w:pPr>
        <w:rPr>
          <w:lang w:eastAsia="ko-KR"/>
        </w:rPr>
      </w:pPr>
      <w:r>
        <w:rPr>
          <w:b/>
          <w:color w:val="2E75B6"/>
          <w:sz w:val="24"/>
          <w:lang w:eastAsia="ko-KR"/>
        </w:rPr>
        <w:t xml:space="preserve">2.4.1 </w:t>
      </w:r>
      <w:r>
        <w:rPr>
          <w:b/>
          <w:color w:val="1B3A5C"/>
          <w:sz w:val="24"/>
          <w:lang w:eastAsia="ko-KR"/>
        </w:rPr>
        <w:t>과제 기본정보 · 현재 업무 · 희망 결과</w:t>
      </w:r>
    </w:p>
    <w:p w14:paraId="729B2368" w14:textId="77777777" w:rsidR="00A7019A" w:rsidRDefault="00A7019A">
      <w:pPr>
        <w:rPr>
          <w:lang w:eastAsia="ko-KR"/>
        </w:rPr>
      </w:pPr>
    </w:p>
    <w:tbl>
      <w:tblPr>
        <w:tblStyle w:val="af9"/>
        <w:tblW w:w="0" w:type="auto"/>
        <w:jc w:val="center"/>
        <w:tblLook w:val="04A0" w:firstRow="1" w:lastRow="0" w:firstColumn="1" w:lastColumn="0" w:noHBand="0" w:noVBand="1"/>
      </w:tblPr>
      <w:tblGrid>
        <w:gridCol w:w="5384"/>
        <w:gridCol w:w="5383"/>
        <w:gridCol w:w="5383"/>
        <w:gridCol w:w="5383"/>
      </w:tblGrid>
      <w:tr w:rsidR="00A7019A" w14:paraId="5F6F49E4" w14:textId="77777777">
        <w:trPr>
          <w:jc w:val="center"/>
        </w:trPr>
        <w:tc>
          <w:tcPr>
            <w:tcW w:w="5386" w:type="dxa"/>
            <w:shd w:val="clear" w:color="auto" w:fill="D6E4F0"/>
            <w:vAlign w:val="center"/>
          </w:tcPr>
          <w:p w14:paraId="44AA2FD6" w14:textId="77777777" w:rsidR="00A7019A" w:rsidRDefault="00000000">
            <w:r>
              <w:rPr>
                <w:b/>
                <w:sz w:val="16"/>
              </w:rPr>
              <w:t>소속</w:t>
            </w:r>
          </w:p>
        </w:tc>
        <w:tc>
          <w:tcPr>
            <w:tcW w:w="5386" w:type="dxa"/>
            <w:vAlign w:val="center"/>
          </w:tcPr>
          <w:p w14:paraId="4FFA0387" w14:textId="77777777" w:rsidR="00A7019A" w:rsidRDefault="00000000">
            <w:pPr>
              <w:rPr>
                <w:lang w:eastAsia="ko-KR"/>
              </w:rPr>
            </w:pPr>
            <w:r>
              <w:rPr>
                <w:sz w:val="16"/>
                <w:lang w:eastAsia="ko-KR"/>
              </w:rPr>
              <w:t>대웅제약 영업기획실 영업지원팀</w:t>
            </w:r>
          </w:p>
        </w:tc>
        <w:tc>
          <w:tcPr>
            <w:tcW w:w="5386" w:type="dxa"/>
            <w:shd w:val="clear" w:color="auto" w:fill="D6E4F0"/>
            <w:vAlign w:val="center"/>
          </w:tcPr>
          <w:p w14:paraId="45662344" w14:textId="77777777" w:rsidR="00A7019A" w:rsidRDefault="00000000">
            <w:r>
              <w:rPr>
                <w:b/>
                <w:sz w:val="16"/>
              </w:rPr>
              <w:t>신청자 / 사번</w:t>
            </w:r>
          </w:p>
        </w:tc>
        <w:tc>
          <w:tcPr>
            <w:tcW w:w="5386" w:type="dxa"/>
            <w:vAlign w:val="center"/>
          </w:tcPr>
          <w:p w14:paraId="7A63BDA5" w14:textId="77777777" w:rsidR="00A7019A" w:rsidRDefault="00000000">
            <w:r>
              <w:rPr>
                <w:sz w:val="16"/>
              </w:rPr>
              <w:t>박지현 / 2230551</w:t>
            </w:r>
          </w:p>
        </w:tc>
      </w:tr>
      <w:tr w:rsidR="00A7019A" w14:paraId="7DD1D6C9" w14:textId="77777777">
        <w:trPr>
          <w:jc w:val="center"/>
        </w:trPr>
        <w:tc>
          <w:tcPr>
            <w:tcW w:w="5386" w:type="dxa"/>
            <w:shd w:val="clear" w:color="auto" w:fill="D6E4F0"/>
            <w:vAlign w:val="center"/>
          </w:tcPr>
          <w:p w14:paraId="4B729FB2" w14:textId="77777777" w:rsidR="00A7019A" w:rsidRDefault="00000000">
            <w:r>
              <w:rPr>
                <w:b/>
                <w:sz w:val="16"/>
              </w:rPr>
              <w:t>접수일</w:t>
            </w:r>
          </w:p>
        </w:tc>
        <w:tc>
          <w:tcPr>
            <w:tcW w:w="5386" w:type="dxa"/>
            <w:vAlign w:val="center"/>
          </w:tcPr>
          <w:p w14:paraId="076550C6" w14:textId="77777777" w:rsidR="00A7019A" w:rsidRDefault="00000000">
            <w:r>
              <w:rPr>
                <w:sz w:val="16"/>
              </w:rPr>
              <w:t>2026.02.19</w:t>
            </w:r>
          </w:p>
        </w:tc>
        <w:tc>
          <w:tcPr>
            <w:tcW w:w="5386" w:type="dxa"/>
            <w:shd w:val="clear" w:color="auto" w:fill="D6E4F0"/>
            <w:vAlign w:val="center"/>
          </w:tcPr>
          <w:p w14:paraId="54D87EFD" w14:textId="77777777" w:rsidR="00A7019A" w:rsidRDefault="00000000">
            <w:r>
              <w:rPr>
                <w:b/>
                <w:sz w:val="16"/>
              </w:rPr>
              <w:t>참여 가능 시간</w:t>
            </w:r>
          </w:p>
        </w:tc>
        <w:tc>
          <w:tcPr>
            <w:tcW w:w="5386" w:type="dxa"/>
            <w:vAlign w:val="center"/>
          </w:tcPr>
          <w:p w14:paraId="108C9F8E" w14:textId="77777777" w:rsidR="00A7019A" w:rsidRDefault="00000000">
            <w:pPr>
              <w:rPr>
                <w:lang w:eastAsia="ko-KR"/>
              </w:rPr>
            </w:pPr>
            <w:r>
              <w:rPr>
                <w:sz w:val="16"/>
                <w:lang w:eastAsia="ko-KR"/>
              </w:rPr>
              <w:t>하루 2~3시간 (다른 업무 병행, 제한적 참여)</w:t>
            </w:r>
          </w:p>
        </w:tc>
      </w:tr>
      <w:tr w:rsidR="00A7019A" w14:paraId="611552D5" w14:textId="77777777">
        <w:trPr>
          <w:jc w:val="center"/>
        </w:trPr>
        <w:tc>
          <w:tcPr>
            <w:tcW w:w="5386" w:type="dxa"/>
            <w:shd w:val="clear" w:color="auto" w:fill="D6E4F0"/>
            <w:vAlign w:val="center"/>
          </w:tcPr>
          <w:p w14:paraId="7629D2CE" w14:textId="77777777" w:rsidR="00A7019A" w:rsidRDefault="00000000">
            <w:r>
              <w:rPr>
                <w:b/>
                <w:sz w:val="16"/>
              </w:rPr>
              <w:t>현재 업무 소요시간</w:t>
            </w:r>
          </w:p>
        </w:tc>
        <w:tc>
          <w:tcPr>
            <w:tcW w:w="5386" w:type="dxa"/>
            <w:vAlign w:val="center"/>
          </w:tcPr>
          <w:p w14:paraId="3D89175B" w14:textId="77777777" w:rsidR="00A7019A" w:rsidRDefault="00000000">
            <w:r>
              <w:rPr>
                <w:sz w:val="16"/>
              </w:rPr>
              <w:t>1일 기준 8시간 소요</w:t>
            </w:r>
          </w:p>
        </w:tc>
        <w:tc>
          <w:tcPr>
            <w:tcW w:w="5386" w:type="dxa"/>
            <w:shd w:val="clear" w:color="auto" w:fill="D6E4F0"/>
            <w:vAlign w:val="center"/>
          </w:tcPr>
          <w:p w14:paraId="4F51D4E6" w14:textId="77777777" w:rsidR="00A7019A" w:rsidRDefault="00000000">
            <w:r>
              <w:rPr>
                <w:b/>
                <w:sz w:val="16"/>
              </w:rPr>
              <w:t>협업 부서</w:t>
            </w:r>
          </w:p>
        </w:tc>
        <w:tc>
          <w:tcPr>
            <w:tcW w:w="5386" w:type="dxa"/>
            <w:vAlign w:val="center"/>
          </w:tcPr>
          <w:p w14:paraId="11616967" w14:textId="77777777" w:rsidR="00A7019A" w:rsidRDefault="00000000">
            <w:pPr>
              <w:rPr>
                <w:lang w:eastAsia="ko-KR"/>
              </w:rPr>
            </w:pPr>
            <w:r>
              <w:rPr>
                <w:sz w:val="16"/>
                <w:lang w:eastAsia="ko-KR"/>
              </w:rPr>
              <w:t>인사팀 (영업부 담당자별 배치일자 확인)</w:t>
            </w:r>
          </w:p>
        </w:tc>
      </w:tr>
      <w:tr w:rsidR="00A7019A" w14:paraId="2BD3D85A" w14:textId="77777777">
        <w:trPr>
          <w:jc w:val="center"/>
        </w:trPr>
        <w:tc>
          <w:tcPr>
            <w:tcW w:w="5386" w:type="dxa"/>
            <w:shd w:val="clear" w:color="auto" w:fill="D6E4F0"/>
            <w:vAlign w:val="center"/>
          </w:tcPr>
          <w:p w14:paraId="0A179AFC" w14:textId="77777777" w:rsidR="00A7019A" w:rsidRDefault="00000000">
            <w:r>
              <w:rPr>
                <w:b/>
                <w:sz w:val="16"/>
              </w:rPr>
              <w:t>데이터 형태</w:t>
            </w:r>
          </w:p>
        </w:tc>
        <w:tc>
          <w:tcPr>
            <w:tcW w:w="5386" w:type="dxa"/>
            <w:vAlign w:val="center"/>
          </w:tcPr>
          <w:p w14:paraId="46A174B6" w14:textId="77777777" w:rsidR="00A7019A" w:rsidRDefault="00000000">
            <w:r>
              <w:rPr>
                <w:sz w:val="16"/>
              </w:rPr>
              <w:t>Excel / CSV</w:t>
            </w:r>
          </w:p>
        </w:tc>
        <w:tc>
          <w:tcPr>
            <w:tcW w:w="5386" w:type="dxa"/>
            <w:shd w:val="clear" w:color="auto" w:fill="D6E4F0"/>
            <w:vAlign w:val="center"/>
          </w:tcPr>
          <w:p w14:paraId="3B0748AD" w14:textId="77777777" w:rsidR="00A7019A" w:rsidRDefault="00000000">
            <w:r>
              <w:rPr>
                <w:b/>
                <w:sz w:val="16"/>
              </w:rPr>
              <w:t>데이터 준비 상태</w:t>
            </w:r>
          </w:p>
        </w:tc>
        <w:tc>
          <w:tcPr>
            <w:tcW w:w="5386" w:type="dxa"/>
            <w:vAlign w:val="center"/>
          </w:tcPr>
          <w:p w14:paraId="217BF788" w14:textId="77777777" w:rsidR="00A7019A" w:rsidRDefault="00000000">
            <w:pPr>
              <w:rPr>
                <w:lang w:eastAsia="ko-KR"/>
              </w:rPr>
            </w:pPr>
            <w:r>
              <w:rPr>
                <w:sz w:val="16"/>
                <w:lang w:eastAsia="ko-KR"/>
              </w:rPr>
              <w:t>예 (과제 선발 후 샘플 데이터 즉시 제공 가능)</w:t>
            </w:r>
          </w:p>
        </w:tc>
      </w:tr>
      <w:tr w:rsidR="00A7019A" w14:paraId="1FDCE9A9" w14:textId="77777777">
        <w:trPr>
          <w:jc w:val="center"/>
        </w:trPr>
        <w:tc>
          <w:tcPr>
            <w:tcW w:w="5386" w:type="dxa"/>
            <w:shd w:val="clear" w:color="auto" w:fill="D6E4F0"/>
            <w:vAlign w:val="center"/>
          </w:tcPr>
          <w:p w14:paraId="791FB428" w14:textId="77777777" w:rsidR="00A7019A" w:rsidRDefault="00000000">
            <w:r>
              <w:rPr>
                <w:b/>
                <w:sz w:val="16"/>
              </w:rPr>
              <w:t>데이터 처리 규모</w:t>
            </w:r>
          </w:p>
        </w:tc>
        <w:tc>
          <w:tcPr>
            <w:tcW w:w="5386" w:type="dxa"/>
            <w:vAlign w:val="center"/>
          </w:tcPr>
          <w:p w14:paraId="504F5CF7" w14:textId="77777777" w:rsidR="00A7019A" w:rsidRDefault="00000000">
            <w:pPr>
              <w:rPr>
                <w:lang w:eastAsia="ko-KR"/>
              </w:rPr>
            </w:pPr>
            <w:r>
              <w:rPr>
                <w:sz w:val="16"/>
                <w:lang w:eastAsia="ko-KR"/>
              </w:rPr>
              <w:t>1파일 당 10,237여개 데이터 (로컬부 한정)</w:t>
            </w:r>
          </w:p>
        </w:tc>
        <w:tc>
          <w:tcPr>
            <w:tcW w:w="5386" w:type="dxa"/>
            <w:shd w:val="clear" w:color="auto" w:fill="D6E4F0"/>
            <w:vAlign w:val="center"/>
          </w:tcPr>
          <w:p w14:paraId="0FAE41EE" w14:textId="77777777" w:rsidR="00A7019A" w:rsidRDefault="00000000">
            <w:r>
              <w:rPr>
                <w:b/>
                <w:sz w:val="16"/>
              </w:rPr>
              <w:t>개인정보 포함</w:t>
            </w:r>
          </w:p>
        </w:tc>
        <w:tc>
          <w:tcPr>
            <w:tcW w:w="5386" w:type="dxa"/>
            <w:vAlign w:val="center"/>
          </w:tcPr>
          <w:p w14:paraId="2B2404E7" w14:textId="77777777" w:rsidR="00A7019A" w:rsidRDefault="00000000">
            <w:pPr>
              <w:rPr>
                <w:lang w:eastAsia="ko-KR"/>
              </w:rPr>
            </w:pPr>
            <w:r>
              <w:rPr>
                <w:sz w:val="16"/>
                <w:lang w:eastAsia="ko-KR"/>
              </w:rPr>
              <w:t>영업부 담당자별 배치일자 확인 필요</w:t>
            </w:r>
          </w:p>
        </w:tc>
      </w:tr>
    </w:tbl>
    <w:p w14:paraId="78FCC6C4" w14:textId="77777777" w:rsidR="00A7019A" w:rsidRDefault="00A7019A">
      <w:pPr>
        <w:rPr>
          <w:lang w:eastAsia="ko-KR"/>
        </w:rPr>
      </w:pPr>
    </w:p>
    <w:tbl>
      <w:tblPr>
        <w:tblStyle w:val="af9"/>
        <w:tblW w:w="0" w:type="auto"/>
        <w:jc w:val="center"/>
        <w:tblLook w:val="04A0" w:firstRow="1" w:lastRow="0" w:firstColumn="1" w:lastColumn="0" w:noHBand="0" w:noVBand="1"/>
      </w:tblPr>
      <w:tblGrid>
        <w:gridCol w:w="7179"/>
        <w:gridCol w:w="7177"/>
        <w:gridCol w:w="7177"/>
      </w:tblGrid>
      <w:tr w:rsidR="00A7019A" w14:paraId="1CF7C81E" w14:textId="77777777">
        <w:trPr>
          <w:jc w:val="center"/>
        </w:trPr>
        <w:tc>
          <w:tcPr>
            <w:tcW w:w="7181" w:type="dxa"/>
            <w:shd w:val="clear" w:color="auto" w:fill="2E75B6"/>
            <w:vAlign w:val="center"/>
          </w:tcPr>
          <w:p w14:paraId="14624D42" w14:textId="77777777" w:rsidR="00A7019A" w:rsidRDefault="00000000">
            <w:pPr>
              <w:jc w:val="center"/>
            </w:pPr>
            <w:r>
              <w:rPr>
                <w:b/>
                <w:color w:val="FFFFFF"/>
              </w:rPr>
              <w:t>As-</w:t>
            </w:r>
            <w:proofErr w:type="gramStart"/>
            <w:r>
              <w:rPr>
                <w:b/>
                <w:color w:val="FFFFFF"/>
              </w:rPr>
              <w:t>Is :</w:t>
            </w:r>
            <w:proofErr w:type="gramEnd"/>
            <w:r>
              <w:rPr>
                <w:b/>
                <w:color w:val="FFFFFF"/>
              </w:rPr>
              <w:t xml:space="preserve"> 현재 업무</w:t>
            </w:r>
          </w:p>
        </w:tc>
        <w:tc>
          <w:tcPr>
            <w:tcW w:w="7181" w:type="dxa"/>
            <w:shd w:val="clear" w:color="auto" w:fill="2E75B6"/>
            <w:vAlign w:val="center"/>
          </w:tcPr>
          <w:p w14:paraId="1A3AA0CA" w14:textId="77777777" w:rsidR="00A7019A" w:rsidRDefault="00000000">
            <w:pPr>
              <w:jc w:val="center"/>
            </w:pPr>
            <w:r>
              <w:rPr>
                <w:b/>
                <w:color w:val="FFFFFF"/>
              </w:rPr>
              <w:t>Pain Point : 문제점</w:t>
            </w:r>
          </w:p>
        </w:tc>
        <w:tc>
          <w:tcPr>
            <w:tcW w:w="7181" w:type="dxa"/>
            <w:shd w:val="clear" w:color="auto" w:fill="2E75B6"/>
            <w:vAlign w:val="center"/>
          </w:tcPr>
          <w:p w14:paraId="5637279E" w14:textId="77777777" w:rsidR="00A7019A" w:rsidRDefault="00000000">
            <w:pPr>
              <w:jc w:val="center"/>
            </w:pPr>
            <w:r>
              <w:rPr>
                <w:b/>
                <w:color w:val="FFFFFF"/>
              </w:rPr>
              <w:t>To-Be : 희망 결과</w:t>
            </w:r>
          </w:p>
        </w:tc>
      </w:tr>
      <w:tr w:rsidR="00A7019A" w14:paraId="1CD9053F" w14:textId="77777777">
        <w:trPr>
          <w:jc w:val="center"/>
        </w:trPr>
        <w:tc>
          <w:tcPr>
            <w:tcW w:w="7181" w:type="dxa"/>
          </w:tcPr>
          <w:p w14:paraId="68C4FA11" w14:textId="77777777" w:rsidR="00A7019A" w:rsidRDefault="00000000">
            <w:pPr>
              <w:rPr>
                <w:lang w:eastAsia="ko-KR"/>
              </w:rPr>
            </w:pPr>
            <w:r>
              <w:rPr>
                <w:sz w:val="16"/>
                <w:lang w:eastAsia="ko-KR"/>
              </w:rPr>
              <w:t>매월 약 10개 엑셀 파일을 활용하여 ETC 로컬 스타를 산출하는 반복 작업 수행.</w:t>
            </w:r>
            <w:r>
              <w:rPr>
                <w:sz w:val="16"/>
                <w:lang w:eastAsia="ko-KR"/>
              </w:rPr>
              <w:br/>
              <w:t>4단계 프로세스: ①실적 데이터 기초 작업(필터링·제외) → ②스타 파일 반영·검증(VLOOKUP/SUMIFS) → ③예외·소급 금액 반영 → ④대상자 확정·최종 리스트업</w:t>
            </w:r>
          </w:p>
        </w:tc>
        <w:tc>
          <w:tcPr>
            <w:tcW w:w="7181" w:type="dxa"/>
          </w:tcPr>
          <w:p w14:paraId="67BA4FD7" w14:textId="77777777" w:rsidR="00A7019A" w:rsidRDefault="00000000">
            <w:pPr>
              <w:rPr>
                <w:lang w:eastAsia="ko-KR"/>
              </w:rPr>
            </w:pPr>
            <w:r>
              <w:rPr>
                <w:sz w:val="16"/>
                <w:lang w:eastAsia="ko-KR"/>
              </w:rPr>
              <w:t>당월 스타 산출 시 직전 3개월 '최종실적' 각 파일에 동일한 작업을 수행해야 하므로 불필요한 수작업 발생.</w:t>
            </w:r>
            <w:r>
              <w:rPr>
                <w:sz w:val="16"/>
                <w:lang w:eastAsia="ko-KR"/>
              </w:rPr>
              <w:br/>
              <w:t>1일 기준 8시간이 소요되는 반복 작업.</w:t>
            </w:r>
          </w:p>
        </w:tc>
        <w:tc>
          <w:tcPr>
            <w:tcW w:w="7181" w:type="dxa"/>
          </w:tcPr>
          <w:p w14:paraId="7195D9FF" w14:textId="77777777" w:rsidR="00A7019A" w:rsidRDefault="00000000">
            <w:pPr>
              <w:rPr>
                <w:lang w:eastAsia="ko-KR"/>
              </w:rPr>
            </w:pPr>
            <w:r>
              <w:rPr>
                <w:sz w:val="16"/>
                <w:lang w:eastAsia="ko-KR"/>
              </w:rPr>
              <w:t>원클릭 자동화를 통해 각 파일별 수작업 시간을 획기적으로 축소</w:t>
            </w:r>
          </w:p>
        </w:tc>
      </w:tr>
    </w:tbl>
    <w:p w14:paraId="4CAB143C" w14:textId="77777777" w:rsidR="00A7019A" w:rsidRDefault="00A7019A">
      <w:pPr>
        <w:rPr>
          <w:lang w:eastAsia="ko-KR"/>
        </w:rPr>
      </w:pPr>
    </w:p>
    <w:p w14:paraId="5A340D2C" w14:textId="77777777" w:rsidR="00A7019A" w:rsidRDefault="00000000">
      <w:pPr>
        <w:rPr>
          <w:lang w:eastAsia="ko-KR"/>
        </w:rPr>
      </w:pPr>
      <w:r>
        <w:rPr>
          <w:b/>
          <w:color w:val="2E75B6"/>
          <w:sz w:val="16"/>
          <w:lang w:eastAsia="ko-KR"/>
        </w:rPr>
        <w:t xml:space="preserve">결과 형태: </w:t>
      </w:r>
      <w:r>
        <w:rPr>
          <w:sz w:val="16"/>
          <w:lang w:eastAsia="ko-KR"/>
        </w:rPr>
        <w:t>파일 형태: Excel, CSV, Word 등</w:t>
      </w:r>
    </w:p>
    <w:p w14:paraId="19EA46D9" w14:textId="77777777" w:rsidR="00A7019A" w:rsidRDefault="00A7019A">
      <w:pPr>
        <w:rPr>
          <w:lang w:eastAsia="ko-KR"/>
        </w:rPr>
      </w:pPr>
    </w:p>
    <w:p w14:paraId="4BACC1F5" w14:textId="77777777" w:rsidR="00A7019A" w:rsidRDefault="00000000">
      <w:pPr>
        <w:rPr>
          <w:lang w:eastAsia="ko-KR"/>
        </w:rPr>
      </w:pPr>
      <w:r>
        <w:rPr>
          <w:b/>
          <w:color w:val="2E75B6"/>
          <w:sz w:val="24"/>
          <w:lang w:eastAsia="ko-KR"/>
        </w:rPr>
        <w:t xml:space="preserve">2.4.2 </w:t>
      </w:r>
      <w:r>
        <w:rPr>
          <w:b/>
          <w:color w:val="1B3A5C"/>
          <w:sz w:val="24"/>
          <w:lang w:eastAsia="ko-KR"/>
        </w:rPr>
        <w:t>과제 선정 기준 체크리스트 평가</w:t>
      </w:r>
    </w:p>
    <w:p w14:paraId="3D99A6A6" w14:textId="77777777" w:rsidR="00A7019A" w:rsidRDefault="00A7019A">
      <w:pPr>
        <w:rPr>
          <w:lang w:eastAsia="ko-KR"/>
        </w:rPr>
      </w:pPr>
    </w:p>
    <w:tbl>
      <w:tblPr>
        <w:tblStyle w:val="af9"/>
        <w:tblW w:w="0" w:type="auto"/>
        <w:jc w:val="center"/>
        <w:tblLook w:val="04A0" w:firstRow="1" w:lastRow="0" w:firstColumn="1" w:lastColumn="0" w:noHBand="0" w:noVBand="1"/>
      </w:tblPr>
      <w:tblGrid>
        <w:gridCol w:w="7178"/>
        <w:gridCol w:w="7177"/>
        <w:gridCol w:w="7178"/>
      </w:tblGrid>
      <w:tr w:rsidR="00A7019A" w14:paraId="2A6C609F" w14:textId="77777777">
        <w:trPr>
          <w:jc w:val="center"/>
        </w:trPr>
        <w:tc>
          <w:tcPr>
            <w:tcW w:w="7181" w:type="dxa"/>
            <w:shd w:val="clear" w:color="auto" w:fill="2E75B6"/>
            <w:vAlign w:val="center"/>
          </w:tcPr>
          <w:p w14:paraId="4A9B158E" w14:textId="77777777" w:rsidR="00A7019A" w:rsidRDefault="00000000">
            <w:pPr>
              <w:jc w:val="center"/>
            </w:pPr>
            <w:r>
              <w:rPr>
                <w:b/>
                <w:color w:val="FFFFFF"/>
              </w:rPr>
              <w:t>선정 기준</w:t>
            </w:r>
          </w:p>
        </w:tc>
        <w:tc>
          <w:tcPr>
            <w:tcW w:w="7181" w:type="dxa"/>
            <w:shd w:val="clear" w:color="auto" w:fill="2E75B6"/>
            <w:vAlign w:val="center"/>
          </w:tcPr>
          <w:p w14:paraId="3A96CDF7" w14:textId="77777777" w:rsidR="00A7019A" w:rsidRDefault="00000000">
            <w:pPr>
              <w:jc w:val="center"/>
            </w:pPr>
            <w:r>
              <w:rPr>
                <w:b/>
                <w:color w:val="FFFFFF"/>
              </w:rPr>
              <w:t>판정</w:t>
            </w:r>
          </w:p>
        </w:tc>
        <w:tc>
          <w:tcPr>
            <w:tcW w:w="7181" w:type="dxa"/>
            <w:shd w:val="clear" w:color="auto" w:fill="2E75B6"/>
            <w:vAlign w:val="center"/>
          </w:tcPr>
          <w:p w14:paraId="46684D5A" w14:textId="77777777" w:rsidR="00A7019A" w:rsidRDefault="00000000">
            <w:pPr>
              <w:jc w:val="center"/>
            </w:pPr>
            <w:r>
              <w:rPr>
                <w:b/>
                <w:color w:val="FFFFFF"/>
              </w:rPr>
              <w:t>평가 내용</w:t>
            </w:r>
          </w:p>
        </w:tc>
      </w:tr>
      <w:tr w:rsidR="00A7019A" w14:paraId="4BA12CAD" w14:textId="77777777">
        <w:trPr>
          <w:jc w:val="center"/>
        </w:trPr>
        <w:tc>
          <w:tcPr>
            <w:tcW w:w="7181" w:type="dxa"/>
            <w:vAlign w:val="center"/>
          </w:tcPr>
          <w:p w14:paraId="1AC36EF5" w14:textId="77777777" w:rsidR="00A7019A" w:rsidRDefault="00000000">
            <w:pPr>
              <w:rPr>
                <w:lang w:eastAsia="ko-KR"/>
              </w:rPr>
            </w:pPr>
            <w:r>
              <w:rPr>
                <w:b/>
                <w:sz w:val="16"/>
                <w:lang w:eastAsia="ko-KR"/>
              </w:rPr>
              <w:t>① 업무 규칙·요구사항 명확성</w:t>
            </w:r>
          </w:p>
        </w:tc>
        <w:tc>
          <w:tcPr>
            <w:tcW w:w="7181" w:type="dxa"/>
            <w:shd w:val="clear" w:color="auto" w:fill="E2EFDA"/>
            <w:vAlign w:val="center"/>
          </w:tcPr>
          <w:p w14:paraId="56847383" w14:textId="77777777" w:rsidR="00A7019A" w:rsidRDefault="00000000">
            <w:pPr>
              <w:jc w:val="center"/>
            </w:pPr>
            <w:r>
              <w:rPr>
                <w:b/>
              </w:rPr>
              <w:t>✓ 매우 명확</w:t>
            </w:r>
          </w:p>
        </w:tc>
        <w:tc>
          <w:tcPr>
            <w:tcW w:w="7181" w:type="dxa"/>
          </w:tcPr>
          <w:p w14:paraId="32503F82" w14:textId="77777777" w:rsidR="00A7019A" w:rsidRDefault="00000000">
            <w:pPr>
              <w:rPr>
                <w:lang w:eastAsia="ko-KR"/>
              </w:rPr>
            </w:pPr>
            <w:r>
              <w:rPr>
                <w:sz w:val="16"/>
                <w:lang w:eastAsia="ko-KR"/>
              </w:rPr>
              <w:t>4단계 프로세스가 매우 구체적. VLOOKUP/SUMIFS 등 엑셀 함수 기반 로직이 명확히 정의됨.</w:t>
            </w:r>
          </w:p>
        </w:tc>
      </w:tr>
      <w:tr w:rsidR="00A7019A" w14:paraId="6FA21707" w14:textId="77777777">
        <w:trPr>
          <w:jc w:val="center"/>
        </w:trPr>
        <w:tc>
          <w:tcPr>
            <w:tcW w:w="7181" w:type="dxa"/>
            <w:vAlign w:val="center"/>
          </w:tcPr>
          <w:p w14:paraId="013BC982" w14:textId="77777777" w:rsidR="00A7019A" w:rsidRDefault="00000000">
            <w:r>
              <w:rPr>
                <w:b/>
                <w:sz w:val="16"/>
              </w:rPr>
              <w:t>② 현업 참여 의지</w:t>
            </w:r>
          </w:p>
        </w:tc>
        <w:tc>
          <w:tcPr>
            <w:tcW w:w="7181" w:type="dxa"/>
            <w:shd w:val="clear" w:color="auto" w:fill="FFF2CC"/>
            <w:vAlign w:val="center"/>
          </w:tcPr>
          <w:p w14:paraId="6DAE3FD7" w14:textId="77777777" w:rsidR="00A7019A" w:rsidRDefault="00000000">
            <w:pPr>
              <w:jc w:val="center"/>
            </w:pPr>
            <w:r>
              <w:rPr>
                <w:b/>
              </w:rPr>
              <w:t>△ 제한적</w:t>
            </w:r>
          </w:p>
        </w:tc>
        <w:tc>
          <w:tcPr>
            <w:tcW w:w="7181" w:type="dxa"/>
          </w:tcPr>
          <w:p w14:paraId="50D3FD1D" w14:textId="77777777" w:rsidR="00A7019A" w:rsidRDefault="00000000">
            <w:pPr>
              <w:rPr>
                <w:lang w:eastAsia="ko-KR"/>
              </w:rPr>
            </w:pPr>
            <w:r>
              <w:rPr>
                <w:sz w:val="16"/>
                <w:lang w:eastAsia="ko-KR"/>
              </w:rPr>
              <w:t>하루 2~3시간, 제한적 참여. 선정 기준(매일 6시간)에 크게 미달. 참여 시간 확대 협의 필요.</w:t>
            </w:r>
          </w:p>
        </w:tc>
      </w:tr>
      <w:tr w:rsidR="00A7019A" w14:paraId="183F7CAD" w14:textId="77777777">
        <w:trPr>
          <w:jc w:val="center"/>
        </w:trPr>
        <w:tc>
          <w:tcPr>
            <w:tcW w:w="7181" w:type="dxa"/>
            <w:vAlign w:val="center"/>
          </w:tcPr>
          <w:p w14:paraId="385A4B0C" w14:textId="77777777" w:rsidR="00A7019A" w:rsidRDefault="00000000">
            <w:r>
              <w:rPr>
                <w:b/>
                <w:sz w:val="16"/>
              </w:rPr>
              <w:t>③ 데이터 디지털화</w:t>
            </w:r>
          </w:p>
        </w:tc>
        <w:tc>
          <w:tcPr>
            <w:tcW w:w="7181" w:type="dxa"/>
            <w:shd w:val="clear" w:color="auto" w:fill="E2EFDA"/>
            <w:vAlign w:val="center"/>
          </w:tcPr>
          <w:p w14:paraId="7AFDED96" w14:textId="77777777" w:rsidR="00A7019A" w:rsidRDefault="00000000">
            <w:pPr>
              <w:jc w:val="center"/>
            </w:pPr>
            <w:r>
              <w:rPr>
                <w:b/>
              </w:rPr>
              <w:t>✓ 즉시 가능</w:t>
            </w:r>
          </w:p>
        </w:tc>
        <w:tc>
          <w:tcPr>
            <w:tcW w:w="7181" w:type="dxa"/>
          </w:tcPr>
          <w:p w14:paraId="7A9098B6" w14:textId="77777777" w:rsidR="00A7019A" w:rsidRDefault="00000000">
            <w:pPr>
              <w:rPr>
                <w:lang w:eastAsia="ko-KR"/>
              </w:rPr>
            </w:pPr>
            <w:r>
              <w:rPr>
                <w:sz w:val="16"/>
                <w:lang w:eastAsia="ko-KR"/>
              </w:rPr>
              <w:t>Excel/CSV 형태. 즉시 제공 가능. 인사팀(배치일자) 협업 필요.</w:t>
            </w:r>
          </w:p>
        </w:tc>
      </w:tr>
      <w:tr w:rsidR="00A7019A" w14:paraId="0CB73BBB" w14:textId="77777777">
        <w:trPr>
          <w:jc w:val="center"/>
        </w:trPr>
        <w:tc>
          <w:tcPr>
            <w:tcW w:w="7181" w:type="dxa"/>
            <w:vAlign w:val="center"/>
          </w:tcPr>
          <w:p w14:paraId="569EA461" w14:textId="77777777" w:rsidR="00A7019A" w:rsidRDefault="00000000">
            <w:pPr>
              <w:rPr>
                <w:lang w:eastAsia="ko-KR"/>
              </w:rPr>
            </w:pPr>
            <w:r>
              <w:rPr>
                <w:b/>
                <w:sz w:val="16"/>
                <w:lang w:eastAsia="ko-KR"/>
              </w:rPr>
              <w:t>④ 예상 AI Tool·인프라</w:t>
            </w:r>
          </w:p>
        </w:tc>
        <w:tc>
          <w:tcPr>
            <w:tcW w:w="7181" w:type="dxa"/>
            <w:shd w:val="clear" w:color="auto" w:fill="FFF2CC"/>
            <w:vAlign w:val="center"/>
          </w:tcPr>
          <w:p w14:paraId="1F150B89" w14:textId="77777777" w:rsidR="00A7019A" w:rsidRDefault="00000000">
            <w:pPr>
              <w:jc w:val="center"/>
            </w:pPr>
            <w:r>
              <w:rPr>
                <w:b/>
              </w:rPr>
              <w:t>해당</w:t>
            </w:r>
          </w:p>
        </w:tc>
        <w:tc>
          <w:tcPr>
            <w:tcW w:w="7181" w:type="dxa"/>
          </w:tcPr>
          <w:p w14:paraId="056848A3" w14:textId="77777777" w:rsidR="00A7019A" w:rsidRDefault="00000000">
            <w:pPr>
              <w:rPr>
                <w:lang w:eastAsia="ko-KR"/>
              </w:rPr>
            </w:pPr>
            <w:r>
              <w:rPr>
                <w:sz w:val="16"/>
                <w:lang w:eastAsia="ko-KR"/>
              </w:rPr>
              <w:t>☑ 노코드 워크플로우 n8n (엑셀 자동 가공·매핑)</w:t>
            </w:r>
            <w:r>
              <w:rPr>
                <w:sz w:val="16"/>
                <w:lang w:eastAsia="ko-KR"/>
              </w:rPr>
              <w:br/>
              <w:t>※ AI보다 RPA/자동화 성격이 강함</w:t>
            </w:r>
          </w:p>
        </w:tc>
      </w:tr>
      <w:tr w:rsidR="00A7019A" w14:paraId="4C24535D" w14:textId="77777777">
        <w:trPr>
          <w:jc w:val="center"/>
        </w:trPr>
        <w:tc>
          <w:tcPr>
            <w:tcW w:w="7181" w:type="dxa"/>
            <w:vAlign w:val="center"/>
          </w:tcPr>
          <w:p w14:paraId="6C7B3658" w14:textId="77777777" w:rsidR="00A7019A" w:rsidRDefault="00000000">
            <w:r>
              <w:rPr>
                <w:b/>
                <w:sz w:val="16"/>
              </w:rPr>
              <w:t>⑤ 목표 달성 기준</w:t>
            </w:r>
          </w:p>
        </w:tc>
        <w:tc>
          <w:tcPr>
            <w:tcW w:w="7181" w:type="dxa"/>
            <w:shd w:val="clear" w:color="auto" w:fill="E2EFDA"/>
            <w:vAlign w:val="center"/>
          </w:tcPr>
          <w:p w14:paraId="4DE0BDC3" w14:textId="77777777" w:rsidR="00A7019A" w:rsidRDefault="00000000">
            <w:pPr>
              <w:jc w:val="center"/>
            </w:pPr>
            <w:r>
              <w:rPr>
                <w:b/>
              </w:rPr>
              <w:t>✓ 명확</w:t>
            </w:r>
          </w:p>
        </w:tc>
        <w:tc>
          <w:tcPr>
            <w:tcW w:w="7181" w:type="dxa"/>
          </w:tcPr>
          <w:p w14:paraId="41DCBBFB" w14:textId="77777777" w:rsidR="00A7019A" w:rsidRDefault="00000000">
            <w:pPr>
              <w:rPr>
                <w:lang w:eastAsia="ko-KR"/>
              </w:rPr>
            </w:pPr>
            <w:r>
              <w:rPr>
                <w:sz w:val="16"/>
                <w:lang w:eastAsia="ko-KR"/>
              </w:rPr>
              <w:t>1일 8시간 수작업 → 원클릭 자동화로 획기적 단축, 3개월 반복 작업 제거</w:t>
            </w:r>
          </w:p>
        </w:tc>
      </w:tr>
      <w:tr w:rsidR="00A7019A" w14:paraId="506688CA" w14:textId="77777777">
        <w:trPr>
          <w:jc w:val="center"/>
        </w:trPr>
        <w:tc>
          <w:tcPr>
            <w:tcW w:w="7181" w:type="dxa"/>
            <w:vAlign w:val="center"/>
          </w:tcPr>
          <w:p w14:paraId="289F060E" w14:textId="77777777" w:rsidR="00A7019A" w:rsidRDefault="00000000">
            <w:r>
              <w:rPr>
                <w:b/>
                <w:sz w:val="16"/>
              </w:rPr>
              <w:t>⑥ 예상 효과</w:t>
            </w:r>
          </w:p>
        </w:tc>
        <w:tc>
          <w:tcPr>
            <w:tcW w:w="7181" w:type="dxa"/>
            <w:shd w:val="clear" w:color="auto" w:fill="E2EFDA"/>
            <w:vAlign w:val="center"/>
          </w:tcPr>
          <w:p w14:paraId="77B816CE" w14:textId="77777777" w:rsidR="00A7019A" w:rsidRDefault="00000000">
            <w:pPr>
              <w:jc w:val="center"/>
            </w:pPr>
            <w:r>
              <w:rPr>
                <w:b/>
              </w:rPr>
              <w:t>높음</w:t>
            </w:r>
          </w:p>
        </w:tc>
        <w:tc>
          <w:tcPr>
            <w:tcW w:w="7181" w:type="dxa"/>
          </w:tcPr>
          <w:p w14:paraId="6C4FE73A" w14:textId="77777777" w:rsidR="00A7019A" w:rsidRDefault="00000000">
            <w:pPr>
              <w:rPr>
                <w:lang w:eastAsia="ko-KR"/>
              </w:rPr>
            </w:pPr>
            <w:r>
              <w:rPr>
                <w:sz w:val="16"/>
                <w:lang w:eastAsia="ko-KR"/>
              </w:rPr>
              <w:t>[정량] 월 8시간+ 수작업 절감, 파일 간 반복 작업 제거</w:t>
            </w:r>
            <w:r>
              <w:rPr>
                <w:sz w:val="16"/>
                <w:lang w:eastAsia="ko-KR"/>
              </w:rPr>
              <w:br/>
              <w:t>[정성] 수기 작업 오류 감소, 담당자 변경 시 업무 연속성 확보</w:t>
            </w:r>
          </w:p>
        </w:tc>
      </w:tr>
      <w:tr w:rsidR="00A7019A" w14:paraId="10ABA21D" w14:textId="77777777">
        <w:trPr>
          <w:jc w:val="center"/>
        </w:trPr>
        <w:tc>
          <w:tcPr>
            <w:tcW w:w="7181" w:type="dxa"/>
            <w:vAlign w:val="center"/>
          </w:tcPr>
          <w:p w14:paraId="089A9CCE" w14:textId="77777777" w:rsidR="00A7019A" w:rsidRDefault="00000000">
            <w:r>
              <w:rPr>
                <w:b/>
                <w:sz w:val="16"/>
              </w:rPr>
              <w:t>⑦ 리스크·제약사항</w:t>
            </w:r>
          </w:p>
        </w:tc>
        <w:tc>
          <w:tcPr>
            <w:tcW w:w="7181" w:type="dxa"/>
            <w:shd w:val="clear" w:color="auto" w:fill="FFF2CC"/>
            <w:vAlign w:val="center"/>
          </w:tcPr>
          <w:p w14:paraId="2E7E4222" w14:textId="77777777" w:rsidR="00A7019A" w:rsidRDefault="00000000">
            <w:pPr>
              <w:jc w:val="center"/>
            </w:pPr>
            <w:r>
              <w:rPr>
                <w:b/>
              </w:rPr>
              <w:t>△ 일부</w:t>
            </w:r>
          </w:p>
        </w:tc>
        <w:tc>
          <w:tcPr>
            <w:tcW w:w="7181" w:type="dxa"/>
          </w:tcPr>
          <w:p w14:paraId="3CBBEE24" w14:textId="77777777" w:rsidR="00A7019A" w:rsidRDefault="00000000">
            <w:pPr>
              <w:rPr>
                <w:lang w:eastAsia="ko-KR"/>
              </w:rPr>
            </w:pPr>
            <w:r>
              <w:rPr>
                <w:sz w:val="16"/>
                <w:lang w:eastAsia="ko-KR"/>
              </w:rPr>
              <w:t>☑ 타부서 협업: 인사팀 데이터 필요</w:t>
            </w:r>
            <w:r>
              <w:rPr>
                <w:sz w:val="16"/>
                <w:lang w:eastAsia="ko-KR"/>
              </w:rPr>
              <w:br/>
              <w:t>☐ 참여 시간 제한(2~3시간)으로 일정 지연 리스크</w:t>
            </w:r>
          </w:p>
        </w:tc>
      </w:tr>
    </w:tbl>
    <w:p w14:paraId="2376ED81" w14:textId="77777777" w:rsidR="00A7019A" w:rsidRDefault="00000000">
      <w:pPr>
        <w:rPr>
          <w:lang w:eastAsia="ko-KR"/>
        </w:rPr>
      </w:pPr>
      <w:r>
        <w:rPr>
          <w:lang w:eastAsia="ko-KR"/>
        </w:rPr>
        <w:br w:type="page"/>
      </w:r>
    </w:p>
    <w:p w14:paraId="248245D5" w14:textId="77777777" w:rsidR="00A7019A" w:rsidRDefault="00000000">
      <w:pPr>
        <w:rPr>
          <w:lang w:eastAsia="ko-KR"/>
        </w:rPr>
      </w:pPr>
      <w:r>
        <w:rPr>
          <w:b/>
          <w:color w:val="2E75B6"/>
          <w:sz w:val="40"/>
          <w:lang w:eastAsia="ko-KR"/>
        </w:rPr>
        <w:lastRenderedPageBreak/>
        <w:t>2.5</w:t>
      </w:r>
      <w:r>
        <w:rPr>
          <w:b/>
          <w:color w:val="1B3A5C"/>
          <w:sz w:val="40"/>
          <w:lang w:eastAsia="ko-KR"/>
        </w:rPr>
        <w:t xml:space="preserve">  Emma 메일링 업그레이드 (해외 매체 기사 솔팅·발송)</w:t>
      </w:r>
    </w:p>
    <w:p w14:paraId="34BDB94C" w14:textId="77777777" w:rsidR="00A7019A" w:rsidRDefault="00000000">
      <w:pPr>
        <w:rPr>
          <w:lang w:eastAsia="ko-KR"/>
        </w:rPr>
      </w:pPr>
      <w:r>
        <w:rPr>
          <w:b/>
          <w:color w:val="2E75B6"/>
          <w:sz w:val="24"/>
          <w:lang w:eastAsia="ko-KR"/>
        </w:rPr>
        <w:t xml:space="preserve">2.5.1 </w:t>
      </w:r>
      <w:r>
        <w:rPr>
          <w:b/>
          <w:color w:val="1B3A5C"/>
          <w:sz w:val="24"/>
          <w:lang w:eastAsia="ko-KR"/>
        </w:rPr>
        <w:t>과제 기본정보 · 현재 업무 · 희망 결과</w:t>
      </w:r>
    </w:p>
    <w:p w14:paraId="6D7A65EF" w14:textId="77777777" w:rsidR="00A7019A" w:rsidRDefault="00A7019A">
      <w:pPr>
        <w:rPr>
          <w:lang w:eastAsia="ko-KR"/>
        </w:rPr>
      </w:pPr>
    </w:p>
    <w:tbl>
      <w:tblPr>
        <w:tblStyle w:val="af9"/>
        <w:tblW w:w="0" w:type="auto"/>
        <w:jc w:val="center"/>
        <w:tblLook w:val="04A0" w:firstRow="1" w:lastRow="0" w:firstColumn="1" w:lastColumn="0" w:noHBand="0" w:noVBand="1"/>
      </w:tblPr>
      <w:tblGrid>
        <w:gridCol w:w="5384"/>
        <w:gridCol w:w="5383"/>
        <w:gridCol w:w="5383"/>
        <w:gridCol w:w="5383"/>
      </w:tblGrid>
      <w:tr w:rsidR="00A7019A" w14:paraId="6985084B" w14:textId="77777777">
        <w:trPr>
          <w:jc w:val="center"/>
        </w:trPr>
        <w:tc>
          <w:tcPr>
            <w:tcW w:w="5386" w:type="dxa"/>
            <w:shd w:val="clear" w:color="auto" w:fill="D6E4F0"/>
            <w:vAlign w:val="center"/>
          </w:tcPr>
          <w:p w14:paraId="0BA56D0D" w14:textId="77777777" w:rsidR="00A7019A" w:rsidRDefault="00000000">
            <w:r>
              <w:rPr>
                <w:b/>
                <w:sz w:val="16"/>
              </w:rPr>
              <w:t>소속</w:t>
            </w:r>
          </w:p>
        </w:tc>
        <w:tc>
          <w:tcPr>
            <w:tcW w:w="5386" w:type="dxa"/>
            <w:vAlign w:val="center"/>
          </w:tcPr>
          <w:p w14:paraId="64553C80" w14:textId="77777777" w:rsidR="00A7019A" w:rsidRDefault="00000000">
            <w:pPr>
              <w:rPr>
                <w:lang w:eastAsia="ko-KR"/>
              </w:rPr>
            </w:pPr>
            <w:r>
              <w:rPr>
                <w:sz w:val="16"/>
                <w:lang w:eastAsia="ko-KR"/>
              </w:rPr>
              <w:t>엠서클 하이닥사업부 하이닥팀</w:t>
            </w:r>
          </w:p>
        </w:tc>
        <w:tc>
          <w:tcPr>
            <w:tcW w:w="5386" w:type="dxa"/>
            <w:shd w:val="clear" w:color="auto" w:fill="D6E4F0"/>
            <w:vAlign w:val="center"/>
          </w:tcPr>
          <w:p w14:paraId="34FEDDDB" w14:textId="77777777" w:rsidR="00A7019A" w:rsidRDefault="00000000">
            <w:r>
              <w:rPr>
                <w:b/>
                <w:sz w:val="16"/>
              </w:rPr>
              <w:t>신청자 / 사번</w:t>
            </w:r>
          </w:p>
        </w:tc>
        <w:tc>
          <w:tcPr>
            <w:tcW w:w="5386" w:type="dxa"/>
            <w:vAlign w:val="center"/>
          </w:tcPr>
          <w:p w14:paraId="3091EEDB" w14:textId="77777777" w:rsidR="00A7019A" w:rsidRDefault="00000000">
            <w:r>
              <w:rPr>
                <w:sz w:val="16"/>
              </w:rPr>
              <w:t>김진우(정신영) / 01534</w:t>
            </w:r>
          </w:p>
        </w:tc>
      </w:tr>
      <w:tr w:rsidR="00A7019A" w14:paraId="2DA53AC7" w14:textId="77777777">
        <w:trPr>
          <w:jc w:val="center"/>
        </w:trPr>
        <w:tc>
          <w:tcPr>
            <w:tcW w:w="5386" w:type="dxa"/>
            <w:shd w:val="clear" w:color="auto" w:fill="D6E4F0"/>
            <w:vAlign w:val="center"/>
          </w:tcPr>
          <w:p w14:paraId="2F9C230D" w14:textId="77777777" w:rsidR="00A7019A" w:rsidRDefault="00000000">
            <w:r>
              <w:rPr>
                <w:b/>
                <w:sz w:val="16"/>
              </w:rPr>
              <w:t>접수일</w:t>
            </w:r>
          </w:p>
        </w:tc>
        <w:tc>
          <w:tcPr>
            <w:tcW w:w="5386" w:type="dxa"/>
            <w:vAlign w:val="center"/>
          </w:tcPr>
          <w:p w14:paraId="13F98297" w14:textId="77777777" w:rsidR="00A7019A" w:rsidRDefault="00000000">
            <w:r>
              <w:rPr>
                <w:sz w:val="16"/>
              </w:rPr>
              <w:t>2026.02.20</w:t>
            </w:r>
          </w:p>
        </w:tc>
        <w:tc>
          <w:tcPr>
            <w:tcW w:w="5386" w:type="dxa"/>
            <w:shd w:val="clear" w:color="auto" w:fill="D6E4F0"/>
            <w:vAlign w:val="center"/>
          </w:tcPr>
          <w:p w14:paraId="66139EAA" w14:textId="77777777" w:rsidR="00A7019A" w:rsidRDefault="00000000">
            <w:r>
              <w:rPr>
                <w:b/>
                <w:sz w:val="16"/>
              </w:rPr>
              <w:t>참여 가능 시간</w:t>
            </w:r>
          </w:p>
        </w:tc>
        <w:tc>
          <w:tcPr>
            <w:tcW w:w="5386" w:type="dxa"/>
            <w:vAlign w:val="center"/>
          </w:tcPr>
          <w:p w14:paraId="19BAC85C" w14:textId="77777777" w:rsidR="00A7019A" w:rsidRDefault="00000000">
            <w:pPr>
              <w:rPr>
                <w:lang w:eastAsia="ko-KR"/>
              </w:rPr>
            </w:pPr>
            <w:r>
              <w:rPr>
                <w:sz w:val="16"/>
                <w:lang w:eastAsia="ko-KR"/>
              </w:rPr>
              <w:t>진행 상황에 따라 팀장님과 논의 후 시간 조정 예정</w:t>
            </w:r>
          </w:p>
        </w:tc>
      </w:tr>
      <w:tr w:rsidR="00A7019A" w14:paraId="7550569D" w14:textId="77777777">
        <w:trPr>
          <w:jc w:val="center"/>
        </w:trPr>
        <w:tc>
          <w:tcPr>
            <w:tcW w:w="5386" w:type="dxa"/>
            <w:shd w:val="clear" w:color="auto" w:fill="D6E4F0"/>
            <w:vAlign w:val="center"/>
          </w:tcPr>
          <w:p w14:paraId="36CCB777" w14:textId="77777777" w:rsidR="00A7019A" w:rsidRDefault="00000000">
            <w:r>
              <w:rPr>
                <w:b/>
                <w:sz w:val="16"/>
              </w:rPr>
              <w:t>현재 업무 소요시간</w:t>
            </w:r>
          </w:p>
        </w:tc>
        <w:tc>
          <w:tcPr>
            <w:tcW w:w="5386" w:type="dxa"/>
            <w:vAlign w:val="center"/>
          </w:tcPr>
          <w:p w14:paraId="66A71B88" w14:textId="77777777" w:rsidR="00A7019A" w:rsidRDefault="00000000">
            <w:pPr>
              <w:rPr>
                <w:lang w:eastAsia="ko-KR"/>
              </w:rPr>
            </w:pPr>
            <w:r>
              <w:rPr>
                <w:sz w:val="16"/>
                <w:lang w:eastAsia="ko-KR"/>
              </w:rPr>
              <w:t>각 기자당 약 30분 (메일링 발송 시 5분 이내 기대)</w:t>
            </w:r>
          </w:p>
        </w:tc>
        <w:tc>
          <w:tcPr>
            <w:tcW w:w="5386" w:type="dxa"/>
            <w:shd w:val="clear" w:color="auto" w:fill="D6E4F0"/>
            <w:vAlign w:val="center"/>
          </w:tcPr>
          <w:p w14:paraId="33D81F4D" w14:textId="77777777" w:rsidR="00A7019A" w:rsidRDefault="00000000">
            <w:r>
              <w:rPr>
                <w:b/>
                <w:sz w:val="16"/>
              </w:rPr>
              <w:t>협업 부서</w:t>
            </w:r>
          </w:p>
        </w:tc>
        <w:tc>
          <w:tcPr>
            <w:tcW w:w="5386" w:type="dxa"/>
            <w:vAlign w:val="center"/>
          </w:tcPr>
          <w:p w14:paraId="0535A039" w14:textId="77777777" w:rsidR="00A7019A" w:rsidRDefault="00000000">
            <w:pPr>
              <w:rPr>
                <w:lang w:eastAsia="ko-KR"/>
              </w:rPr>
            </w:pPr>
            <w:r>
              <w:rPr>
                <w:sz w:val="16"/>
                <w:lang w:eastAsia="ko-KR"/>
              </w:rPr>
              <w:t>IT 추진팀 (기존 emma 개발팀)</w:t>
            </w:r>
          </w:p>
        </w:tc>
      </w:tr>
      <w:tr w:rsidR="00A7019A" w14:paraId="63D3953E" w14:textId="77777777">
        <w:trPr>
          <w:jc w:val="center"/>
        </w:trPr>
        <w:tc>
          <w:tcPr>
            <w:tcW w:w="5386" w:type="dxa"/>
            <w:shd w:val="clear" w:color="auto" w:fill="D6E4F0"/>
            <w:vAlign w:val="center"/>
          </w:tcPr>
          <w:p w14:paraId="2617AFCF" w14:textId="77777777" w:rsidR="00A7019A" w:rsidRDefault="00000000">
            <w:r>
              <w:rPr>
                <w:b/>
                <w:sz w:val="16"/>
              </w:rPr>
              <w:t>데이터 형태</w:t>
            </w:r>
          </w:p>
        </w:tc>
        <w:tc>
          <w:tcPr>
            <w:tcW w:w="5386" w:type="dxa"/>
            <w:vAlign w:val="center"/>
          </w:tcPr>
          <w:p w14:paraId="75C06BE4" w14:textId="77777777" w:rsidR="00A7019A" w:rsidRDefault="00000000">
            <w:r>
              <w:rPr>
                <w:sz w:val="16"/>
              </w:rPr>
              <w:t>Excel/CSV, 텍스트, 정형 DB</w:t>
            </w:r>
          </w:p>
        </w:tc>
        <w:tc>
          <w:tcPr>
            <w:tcW w:w="5386" w:type="dxa"/>
            <w:shd w:val="clear" w:color="auto" w:fill="D6E4F0"/>
            <w:vAlign w:val="center"/>
          </w:tcPr>
          <w:p w14:paraId="71F805E8" w14:textId="77777777" w:rsidR="00A7019A" w:rsidRDefault="00000000">
            <w:r>
              <w:rPr>
                <w:b/>
                <w:sz w:val="16"/>
              </w:rPr>
              <w:t>데이터 준비 상태</w:t>
            </w:r>
          </w:p>
        </w:tc>
        <w:tc>
          <w:tcPr>
            <w:tcW w:w="5386" w:type="dxa"/>
            <w:vAlign w:val="center"/>
          </w:tcPr>
          <w:p w14:paraId="53078DB1" w14:textId="77777777" w:rsidR="00A7019A" w:rsidRDefault="00000000">
            <w:pPr>
              <w:rPr>
                <w:lang w:eastAsia="ko-KR"/>
              </w:rPr>
            </w:pPr>
            <w:r>
              <w:rPr>
                <w:sz w:val="16"/>
                <w:lang w:eastAsia="ko-KR"/>
              </w:rPr>
              <w:t>예 (과제 선발 후 샘플 데이터 즉시 제공 가능)</w:t>
            </w:r>
          </w:p>
        </w:tc>
      </w:tr>
      <w:tr w:rsidR="00A7019A" w14:paraId="32699433" w14:textId="77777777">
        <w:trPr>
          <w:jc w:val="center"/>
        </w:trPr>
        <w:tc>
          <w:tcPr>
            <w:tcW w:w="5386" w:type="dxa"/>
            <w:shd w:val="clear" w:color="auto" w:fill="D6E4F0"/>
            <w:vAlign w:val="center"/>
          </w:tcPr>
          <w:p w14:paraId="4711527A" w14:textId="77777777" w:rsidR="00A7019A" w:rsidRDefault="00000000">
            <w:r>
              <w:rPr>
                <w:b/>
                <w:sz w:val="16"/>
              </w:rPr>
              <w:t>데이터 처리 규모</w:t>
            </w:r>
          </w:p>
        </w:tc>
        <w:tc>
          <w:tcPr>
            <w:tcW w:w="5386" w:type="dxa"/>
            <w:vAlign w:val="center"/>
          </w:tcPr>
          <w:p w14:paraId="7E95DBD2" w14:textId="77777777" w:rsidR="00A7019A" w:rsidRDefault="00000000">
            <w:pPr>
              <w:rPr>
                <w:lang w:eastAsia="ko-KR"/>
              </w:rPr>
            </w:pPr>
            <w:r>
              <w:rPr>
                <w:sz w:val="16"/>
                <w:lang w:eastAsia="ko-KR"/>
              </w:rPr>
              <w:t>기사 스크롤링 약 1,000여개 예상</w:t>
            </w:r>
          </w:p>
        </w:tc>
        <w:tc>
          <w:tcPr>
            <w:tcW w:w="5386" w:type="dxa"/>
            <w:shd w:val="clear" w:color="auto" w:fill="D6E4F0"/>
            <w:vAlign w:val="center"/>
          </w:tcPr>
          <w:p w14:paraId="561F0EC2" w14:textId="77777777" w:rsidR="00A7019A" w:rsidRDefault="00000000">
            <w:r>
              <w:rPr>
                <w:b/>
                <w:sz w:val="16"/>
              </w:rPr>
              <w:t>개인정보 포함</w:t>
            </w:r>
          </w:p>
        </w:tc>
        <w:tc>
          <w:tcPr>
            <w:tcW w:w="5386" w:type="dxa"/>
            <w:vAlign w:val="center"/>
          </w:tcPr>
          <w:p w14:paraId="008611E8" w14:textId="77777777" w:rsidR="00A7019A" w:rsidRDefault="00000000">
            <w:r>
              <w:rPr>
                <w:sz w:val="16"/>
              </w:rPr>
              <w:t>미포함</w:t>
            </w:r>
          </w:p>
        </w:tc>
      </w:tr>
    </w:tbl>
    <w:p w14:paraId="176734BC" w14:textId="77777777" w:rsidR="00A7019A" w:rsidRDefault="00A7019A"/>
    <w:tbl>
      <w:tblPr>
        <w:tblStyle w:val="af9"/>
        <w:tblW w:w="0" w:type="auto"/>
        <w:jc w:val="center"/>
        <w:tblLook w:val="04A0" w:firstRow="1" w:lastRow="0" w:firstColumn="1" w:lastColumn="0" w:noHBand="0" w:noVBand="1"/>
      </w:tblPr>
      <w:tblGrid>
        <w:gridCol w:w="7177"/>
        <w:gridCol w:w="7178"/>
        <w:gridCol w:w="7178"/>
      </w:tblGrid>
      <w:tr w:rsidR="00A7019A" w14:paraId="15FCD97A" w14:textId="77777777">
        <w:trPr>
          <w:jc w:val="center"/>
        </w:trPr>
        <w:tc>
          <w:tcPr>
            <w:tcW w:w="7181" w:type="dxa"/>
            <w:shd w:val="clear" w:color="auto" w:fill="2E75B6"/>
            <w:vAlign w:val="center"/>
          </w:tcPr>
          <w:p w14:paraId="6D5EC4DB" w14:textId="77777777" w:rsidR="00A7019A" w:rsidRDefault="00000000">
            <w:pPr>
              <w:jc w:val="center"/>
            </w:pPr>
            <w:r>
              <w:rPr>
                <w:b/>
                <w:color w:val="FFFFFF"/>
              </w:rPr>
              <w:t>As-Is : 현재 업무</w:t>
            </w:r>
          </w:p>
        </w:tc>
        <w:tc>
          <w:tcPr>
            <w:tcW w:w="7181" w:type="dxa"/>
            <w:shd w:val="clear" w:color="auto" w:fill="2E75B6"/>
            <w:vAlign w:val="center"/>
          </w:tcPr>
          <w:p w14:paraId="67B302B9" w14:textId="77777777" w:rsidR="00A7019A" w:rsidRDefault="00000000">
            <w:pPr>
              <w:jc w:val="center"/>
            </w:pPr>
            <w:r>
              <w:rPr>
                <w:b/>
                <w:color w:val="FFFFFF"/>
              </w:rPr>
              <w:t>Pain Point : 문제점</w:t>
            </w:r>
          </w:p>
        </w:tc>
        <w:tc>
          <w:tcPr>
            <w:tcW w:w="7181" w:type="dxa"/>
            <w:shd w:val="clear" w:color="auto" w:fill="2E75B6"/>
            <w:vAlign w:val="center"/>
          </w:tcPr>
          <w:p w14:paraId="597C70B6" w14:textId="77777777" w:rsidR="00A7019A" w:rsidRDefault="00000000">
            <w:pPr>
              <w:jc w:val="center"/>
            </w:pPr>
            <w:r>
              <w:rPr>
                <w:b/>
                <w:color w:val="FFFFFF"/>
              </w:rPr>
              <w:t>To-Be : 희망 결과</w:t>
            </w:r>
          </w:p>
        </w:tc>
      </w:tr>
      <w:tr w:rsidR="00A7019A" w14:paraId="06508095" w14:textId="77777777">
        <w:trPr>
          <w:jc w:val="center"/>
        </w:trPr>
        <w:tc>
          <w:tcPr>
            <w:tcW w:w="7181" w:type="dxa"/>
          </w:tcPr>
          <w:p w14:paraId="202FCB41" w14:textId="77777777" w:rsidR="00A7019A" w:rsidRDefault="00000000">
            <w:pPr>
              <w:rPr>
                <w:lang w:eastAsia="ko-KR"/>
              </w:rPr>
            </w:pPr>
            <w:r>
              <w:rPr>
                <w:sz w:val="16"/>
                <w:lang w:eastAsia="ko-KR"/>
              </w:rPr>
              <w:t>Emma 메일링 시스템을 통해 해외 매체 약 20여개 기사를 솔팅 후 이메일 발송하는 업무.</w:t>
            </w:r>
          </w:p>
        </w:tc>
        <w:tc>
          <w:tcPr>
            <w:tcW w:w="7181" w:type="dxa"/>
          </w:tcPr>
          <w:p w14:paraId="64953D59" w14:textId="77777777" w:rsidR="00A7019A" w:rsidRDefault="00000000">
            <w:pPr>
              <w:rPr>
                <w:lang w:eastAsia="ko-KR"/>
              </w:rPr>
            </w:pPr>
            <w:r>
              <w:rPr>
                <w:sz w:val="16"/>
                <w:lang w:eastAsia="ko-KR"/>
              </w:rPr>
              <w:t>① 주요 매체 추가 필요</w:t>
            </w:r>
            <w:r>
              <w:rPr>
                <w:sz w:val="16"/>
                <w:lang w:eastAsia="ko-KR"/>
              </w:rPr>
              <w:br/>
              <w:t>② 현재 단순 크롤링 방식 → 선정 기준에 따른 기사 선별·UI 개편·기사 요약 기능 부재</w:t>
            </w:r>
          </w:p>
        </w:tc>
        <w:tc>
          <w:tcPr>
            <w:tcW w:w="7181" w:type="dxa"/>
          </w:tcPr>
          <w:p w14:paraId="4C5F7D23" w14:textId="77777777" w:rsidR="00A7019A" w:rsidRDefault="00000000">
            <w:pPr>
              <w:rPr>
                <w:lang w:eastAsia="ko-KR"/>
              </w:rPr>
            </w:pPr>
            <w:r>
              <w:rPr>
                <w:sz w:val="16"/>
                <w:lang w:eastAsia="ko-KR"/>
              </w:rPr>
              <w:t>선정 기준에 따른 기사 선별 후 발송 / UI 개편 / 기사 요약 기능 추가.</w:t>
            </w:r>
            <w:r>
              <w:rPr>
                <w:sz w:val="16"/>
                <w:lang w:eastAsia="ko-KR"/>
              </w:rPr>
              <w:br/>
              <w:t>닥터빌 홈페이지 내 페이지 제작도 고려 중.</w:t>
            </w:r>
          </w:p>
        </w:tc>
      </w:tr>
    </w:tbl>
    <w:p w14:paraId="596197F0" w14:textId="77777777" w:rsidR="00A7019A" w:rsidRDefault="00A7019A">
      <w:pPr>
        <w:rPr>
          <w:lang w:eastAsia="ko-KR"/>
        </w:rPr>
      </w:pPr>
    </w:p>
    <w:p w14:paraId="100EBACA" w14:textId="77777777" w:rsidR="00A7019A" w:rsidRDefault="00000000">
      <w:pPr>
        <w:rPr>
          <w:lang w:eastAsia="ko-KR"/>
        </w:rPr>
      </w:pPr>
      <w:r>
        <w:rPr>
          <w:b/>
          <w:color w:val="2E75B6"/>
          <w:sz w:val="16"/>
          <w:lang w:eastAsia="ko-KR"/>
        </w:rPr>
        <w:t xml:space="preserve">결과 형태: </w:t>
      </w:r>
      <w:r>
        <w:rPr>
          <w:sz w:val="16"/>
          <w:lang w:eastAsia="ko-KR"/>
        </w:rPr>
        <w:t>파일 형태: Excel/CSV/Word, 메일링/닥터빌 내 페이지</w:t>
      </w:r>
    </w:p>
    <w:p w14:paraId="2020A0BD" w14:textId="77777777" w:rsidR="00A7019A" w:rsidRDefault="00A7019A">
      <w:pPr>
        <w:rPr>
          <w:lang w:eastAsia="ko-KR"/>
        </w:rPr>
      </w:pPr>
    </w:p>
    <w:p w14:paraId="1EC345D5" w14:textId="77777777" w:rsidR="00A7019A" w:rsidRDefault="00000000">
      <w:pPr>
        <w:rPr>
          <w:lang w:eastAsia="ko-KR"/>
        </w:rPr>
      </w:pPr>
      <w:r>
        <w:rPr>
          <w:b/>
          <w:color w:val="2E75B6"/>
          <w:sz w:val="24"/>
          <w:lang w:eastAsia="ko-KR"/>
        </w:rPr>
        <w:t xml:space="preserve">2.5.2 </w:t>
      </w:r>
      <w:r>
        <w:rPr>
          <w:b/>
          <w:color w:val="1B3A5C"/>
          <w:sz w:val="24"/>
          <w:lang w:eastAsia="ko-KR"/>
        </w:rPr>
        <w:t>과제 선정 기준 체크리스트 평가</w:t>
      </w:r>
    </w:p>
    <w:p w14:paraId="445AC7AF" w14:textId="77777777" w:rsidR="00A7019A" w:rsidRDefault="00A7019A">
      <w:pPr>
        <w:rPr>
          <w:lang w:eastAsia="ko-KR"/>
        </w:rPr>
      </w:pPr>
    </w:p>
    <w:tbl>
      <w:tblPr>
        <w:tblStyle w:val="af9"/>
        <w:tblW w:w="0" w:type="auto"/>
        <w:jc w:val="center"/>
        <w:tblLook w:val="04A0" w:firstRow="1" w:lastRow="0" w:firstColumn="1" w:lastColumn="0" w:noHBand="0" w:noVBand="1"/>
      </w:tblPr>
      <w:tblGrid>
        <w:gridCol w:w="7178"/>
        <w:gridCol w:w="7177"/>
        <w:gridCol w:w="7178"/>
      </w:tblGrid>
      <w:tr w:rsidR="00A7019A" w14:paraId="17CA84D6" w14:textId="77777777">
        <w:trPr>
          <w:jc w:val="center"/>
        </w:trPr>
        <w:tc>
          <w:tcPr>
            <w:tcW w:w="7181" w:type="dxa"/>
            <w:shd w:val="clear" w:color="auto" w:fill="2E75B6"/>
            <w:vAlign w:val="center"/>
          </w:tcPr>
          <w:p w14:paraId="69AB4D1A" w14:textId="77777777" w:rsidR="00A7019A" w:rsidRDefault="00000000">
            <w:pPr>
              <w:jc w:val="center"/>
            </w:pPr>
            <w:r>
              <w:rPr>
                <w:b/>
                <w:color w:val="FFFFFF"/>
              </w:rPr>
              <w:t>선정 기준</w:t>
            </w:r>
          </w:p>
        </w:tc>
        <w:tc>
          <w:tcPr>
            <w:tcW w:w="7181" w:type="dxa"/>
            <w:shd w:val="clear" w:color="auto" w:fill="2E75B6"/>
            <w:vAlign w:val="center"/>
          </w:tcPr>
          <w:p w14:paraId="6BB9D80D" w14:textId="77777777" w:rsidR="00A7019A" w:rsidRDefault="00000000">
            <w:pPr>
              <w:jc w:val="center"/>
            </w:pPr>
            <w:r>
              <w:rPr>
                <w:b/>
                <w:color w:val="FFFFFF"/>
              </w:rPr>
              <w:t>판정</w:t>
            </w:r>
          </w:p>
        </w:tc>
        <w:tc>
          <w:tcPr>
            <w:tcW w:w="7181" w:type="dxa"/>
            <w:shd w:val="clear" w:color="auto" w:fill="2E75B6"/>
            <w:vAlign w:val="center"/>
          </w:tcPr>
          <w:p w14:paraId="53A2635B" w14:textId="77777777" w:rsidR="00A7019A" w:rsidRDefault="00000000">
            <w:pPr>
              <w:jc w:val="center"/>
            </w:pPr>
            <w:r>
              <w:rPr>
                <w:b/>
                <w:color w:val="FFFFFF"/>
              </w:rPr>
              <w:t>평가 내용</w:t>
            </w:r>
          </w:p>
        </w:tc>
      </w:tr>
      <w:tr w:rsidR="00A7019A" w14:paraId="5AFC98DD" w14:textId="77777777">
        <w:trPr>
          <w:jc w:val="center"/>
        </w:trPr>
        <w:tc>
          <w:tcPr>
            <w:tcW w:w="7181" w:type="dxa"/>
            <w:vAlign w:val="center"/>
          </w:tcPr>
          <w:p w14:paraId="4F56B300" w14:textId="77777777" w:rsidR="00A7019A" w:rsidRDefault="00000000">
            <w:pPr>
              <w:rPr>
                <w:lang w:eastAsia="ko-KR"/>
              </w:rPr>
            </w:pPr>
            <w:r>
              <w:rPr>
                <w:b/>
                <w:sz w:val="16"/>
                <w:lang w:eastAsia="ko-KR"/>
              </w:rPr>
              <w:t>① 업무 규칙·요구사항 명확성</w:t>
            </w:r>
          </w:p>
        </w:tc>
        <w:tc>
          <w:tcPr>
            <w:tcW w:w="7181" w:type="dxa"/>
            <w:shd w:val="clear" w:color="auto" w:fill="FFF2CC"/>
            <w:vAlign w:val="center"/>
          </w:tcPr>
          <w:p w14:paraId="4C1DD5C0" w14:textId="77777777" w:rsidR="00A7019A" w:rsidRDefault="00000000">
            <w:pPr>
              <w:jc w:val="center"/>
            </w:pPr>
            <w:r>
              <w:rPr>
                <w:b/>
              </w:rPr>
              <w:t>△ 일부 애매</w:t>
            </w:r>
          </w:p>
        </w:tc>
        <w:tc>
          <w:tcPr>
            <w:tcW w:w="7181" w:type="dxa"/>
          </w:tcPr>
          <w:p w14:paraId="2F9DFCEB" w14:textId="77777777" w:rsidR="00A7019A" w:rsidRDefault="00000000">
            <w:pPr>
              <w:rPr>
                <w:lang w:eastAsia="ko-KR"/>
              </w:rPr>
            </w:pPr>
            <w:r>
              <w:rPr>
                <w:sz w:val="16"/>
                <w:lang w:eastAsia="ko-KR"/>
              </w:rPr>
              <w:t>기사 솔팅·발송이라는 큰 틀은 있으나, "선정 기준에 따른 기사 선별" 기준이 구체적이지 않음.</w:t>
            </w:r>
          </w:p>
        </w:tc>
      </w:tr>
      <w:tr w:rsidR="00A7019A" w14:paraId="5D209661" w14:textId="77777777">
        <w:trPr>
          <w:jc w:val="center"/>
        </w:trPr>
        <w:tc>
          <w:tcPr>
            <w:tcW w:w="7181" w:type="dxa"/>
            <w:vAlign w:val="center"/>
          </w:tcPr>
          <w:p w14:paraId="278139CB" w14:textId="77777777" w:rsidR="00A7019A" w:rsidRDefault="00000000">
            <w:r>
              <w:rPr>
                <w:b/>
                <w:sz w:val="16"/>
              </w:rPr>
              <w:t>② 현업 참여 의지</w:t>
            </w:r>
          </w:p>
        </w:tc>
        <w:tc>
          <w:tcPr>
            <w:tcW w:w="7181" w:type="dxa"/>
            <w:shd w:val="clear" w:color="auto" w:fill="FFF2CC"/>
            <w:vAlign w:val="center"/>
          </w:tcPr>
          <w:p w14:paraId="2392DC9E" w14:textId="77777777" w:rsidR="00A7019A" w:rsidRDefault="00000000">
            <w:pPr>
              <w:jc w:val="center"/>
            </w:pPr>
            <w:r>
              <w:rPr>
                <w:b/>
              </w:rPr>
              <w:t>△ 불확실</w:t>
            </w:r>
          </w:p>
        </w:tc>
        <w:tc>
          <w:tcPr>
            <w:tcW w:w="7181" w:type="dxa"/>
          </w:tcPr>
          <w:p w14:paraId="542651E5" w14:textId="77777777" w:rsidR="00A7019A" w:rsidRDefault="00000000">
            <w:pPr>
              <w:rPr>
                <w:lang w:eastAsia="ko-KR"/>
              </w:rPr>
            </w:pPr>
            <w:r>
              <w:rPr>
                <w:sz w:val="16"/>
                <w:lang w:eastAsia="ko-KR"/>
              </w:rPr>
              <w:t>"팀장님과 논의 후 시간 조정 예정" 기재. 선정 기준(매일 6시간) 충족 가능성 불확실.</w:t>
            </w:r>
          </w:p>
        </w:tc>
      </w:tr>
      <w:tr w:rsidR="00A7019A" w14:paraId="7849231C" w14:textId="77777777">
        <w:trPr>
          <w:jc w:val="center"/>
        </w:trPr>
        <w:tc>
          <w:tcPr>
            <w:tcW w:w="7181" w:type="dxa"/>
            <w:vAlign w:val="center"/>
          </w:tcPr>
          <w:p w14:paraId="4635FF6C" w14:textId="77777777" w:rsidR="00A7019A" w:rsidRDefault="00000000">
            <w:r>
              <w:rPr>
                <w:b/>
                <w:sz w:val="16"/>
              </w:rPr>
              <w:t>③ 데이터 디지털화</w:t>
            </w:r>
          </w:p>
        </w:tc>
        <w:tc>
          <w:tcPr>
            <w:tcW w:w="7181" w:type="dxa"/>
            <w:shd w:val="clear" w:color="auto" w:fill="E2EFDA"/>
            <w:vAlign w:val="center"/>
          </w:tcPr>
          <w:p w14:paraId="2094B990" w14:textId="77777777" w:rsidR="00A7019A" w:rsidRDefault="00000000">
            <w:pPr>
              <w:jc w:val="center"/>
            </w:pPr>
            <w:r>
              <w:rPr>
                <w:b/>
              </w:rPr>
              <w:t>✓ 즉시 가능</w:t>
            </w:r>
          </w:p>
        </w:tc>
        <w:tc>
          <w:tcPr>
            <w:tcW w:w="7181" w:type="dxa"/>
          </w:tcPr>
          <w:p w14:paraId="049F8F4D" w14:textId="77777777" w:rsidR="00A7019A" w:rsidRDefault="00000000">
            <w:pPr>
              <w:rPr>
                <w:lang w:eastAsia="ko-KR"/>
              </w:rPr>
            </w:pPr>
            <w:r>
              <w:rPr>
                <w:sz w:val="16"/>
                <w:lang w:eastAsia="ko-KR"/>
              </w:rPr>
              <w:t>Excel/CSV, 텍스트, 정형 DB 형태. 즉시 제공 가능.</w:t>
            </w:r>
          </w:p>
        </w:tc>
      </w:tr>
      <w:tr w:rsidR="00A7019A" w14:paraId="3A9D61E7" w14:textId="77777777">
        <w:trPr>
          <w:jc w:val="center"/>
        </w:trPr>
        <w:tc>
          <w:tcPr>
            <w:tcW w:w="7181" w:type="dxa"/>
            <w:vAlign w:val="center"/>
          </w:tcPr>
          <w:p w14:paraId="28D4D479" w14:textId="77777777" w:rsidR="00A7019A" w:rsidRDefault="00000000">
            <w:pPr>
              <w:rPr>
                <w:lang w:eastAsia="ko-KR"/>
              </w:rPr>
            </w:pPr>
            <w:r>
              <w:rPr>
                <w:b/>
                <w:sz w:val="16"/>
                <w:lang w:eastAsia="ko-KR"/>
              </w:rPr>
              <w:t>④ 예상 AI Tool·인프라</w:t>
            </w:r>
          </w:p>
        </w:tc>
        <w:tc>
          <w:tcPr>
            <w:tcW w:w="7181" w:type="dxa"/>
            <w:shd w:val="clear" w:color="auto" w:fill="FFF2CC"/>
            <w:vAlign w:val="center"/>
          </w:tcPr>
          <w:p w14:paraId="07E7DDA2" w14:textId="77777777" w:rsidR="00A7019A" w:rsidRDefault="00000000">
            <w:pPr>
              <w:jc w:val="center"/>
            </w:pPr>
            <w:r>
              <w:rPr>
                <w:b/>
              </w:rPr>
              <w:t>해당</w:t>
            </w:r>
          </w:p>
        </w:tc>
        <w:tc>
          <w:tcPr>
            <w:tcW w:w="7181" w:type="dxa"/>
          </w:tcPr>
          <w:p w14:paraId="652E41C0" w14:textId="77777777" w:rsidR="00A7019A" w:rsidRDefault="00000000">
            <w:pPr>
              <w:rPr>
                <w:lang w:eastAsia="ko-KR"/>
              </w:rPr>
            </w:pPr>
            <w:r>
              <w:rPr>
                <w:sz w:val="16"/>
                <w:lang w:eastAsia="ko-KR"/>
              </w:rPr>
              <w:t>☑ LLM (기사 선별·요약)  ☑ 노코드 워크플로우 n8n (크롤링·메일링)</w:t>
            </w:r>
            <w:r>
              <w:rPr>
                <w:sz w:val="16"/>
                <w:lang w:eastAsia="ko-KR"/>
              </w:rPr>
              <w:br/>
              <w:t>☑ 상용 API (크롤링, 이메일 발송)</w:t>
            </w:r>
          </w:p>
        </w:tc>
      </w:tr>
      <w:tr w:rsidR="00A7019A" w14:paraId="29567CBD" w14:textId="77777777">
        <w:trPr>
          <w:jc w:val="center"/>
        </w:trPr>
        <w:tc>
          <w:tcPr>
            <w:tcW w:w="7181" w:type="dxa"/>
            <w:vAlign w:val="center"/>
          </w:tcPr>
          <w:p w14:paraId="42C1BE20" w14:textId="77777777" w:rsidR="00A7019A" w:rsidRDefault="00000000">
            <w:r>
              <w:rPr>
                <w:b/>
                <w:sz w:val="16"/>
              </w:rPr>
              <w:t>⑤ 목표 달성 기준</w:t>
            </w:r>
          </w:p>
        </w:tc>
        <w:tc>
          <w:tcPr>
            <w:tcW w:w="7181" w:type="dxa"/>
            <w:shd w:val="clear" w:color="auto" w:fill="E2EFDA"/>
            <w:vAlign w:val="center"/>
          </w:tcPr>
          <w:p w14:paraId="1DA797FC" w14:textId="77777777" w:rsidR="00A7019A" w:rsidRDefault="00000000">
            <w:pPr>
              <w:jc w:val="center"/>
            </w:pPr>
            <w:r>
              <w:rPr>
                <w:b/>
              </w:rPr>
              <w:t>✓ 명확</w:t>
            </w:r>
          </w:p>
        </w:tc>
        <w:tc>
          <w:tcPr>
            <w:tcW w:w="7181" w:type="dxa"/>
          </w:tcPr>
          <w:p w14:paraId="417E6787" w14:textId="77777777" w:rsidR="00A7019A" w:rsidRDefault="00000000">
            <w:pPr>
              <w:rPr>
                <w:lang w:eastAsia="ko-KR"/>
              </w:rPr>
            </w:pPr>
            <w:r>
              <w:rPr>
                <w:sz w:val="16"/>
                <w:lang w:eastAsia="ko-KR"/>
              </w:rPr>
              <w:t>기자당 30분 → 5분 이내 (약 83% 단축), 기사 1,000여개 자동 처리</w:t>
            </w:r>
          </w:p>
        </w:tc>
      </w:tr>
      <w:tr w:rsidR="00A7019A" w14:paraId="34462E94" w14:textId="77777777">
        <w:trPr>
          <w:jc w:val="center"/>
        </w:trPr>
        <w:tc>
          <w:tcPr>
            <w:tcW w:w="7181" w:type="dxa"/>
            <w:vAlign w:val="center"/>
          </w:tcPr>
          <w:p w14:paraId="75FC1834" w14:textId="77777777" w:rsidR="00A7019A" w:rsidRDefault="00000000">
            <w:r>
              <w:rPr>
                <w:b/>
                <w:sz w:val="16"/>
              </w:rPr>
              <w:t>⑥ 예상 효과</w:t>
            </w:r>
          </w:p>
        </w:tc>
        <w:tc>
          <w:tcPr>
            <w:tcW w:w="7181" w:type="dxa"/>
            <w:shd w:val="clear" w:color="auto" w:fill="FFF2CC"/>
            <w:vAlign w:val="center"/>
          </w:tcPr>
          <w:p w14:paraId="63396FE9" w14:textId="77777777" w:rsidR="00A7019A" w:rsidRDefault="00000000">
            <w:pPr>
              <w:jc w:val="center"/>
            </w:pPr>
            <w:r>
              <w:rPr>
                <w:b/>
              </w:rPr>
              <w:t>중간</w:t>
            </w:r>
          </w:p>
        </w:tc>
        <w:tc>
          <w:tcPr>
            <w:tcW w:w="7181" w:type="dxa"/>
          </w:tcPr>
          <w:p w14:paraId="2D872293" w14:textId="77777777" w:rsidR="00A7019A" w:rsidRDefault="00000000">
            <w:pPr>
              <w:rPr>
                <w:lang w:eastAsia="ko-KR"/>
              </w:rPr>
            </w:pPr>
            <w:r>
              <w:rPr>
                <w:sz w:val="16"/>
                <w:lang w:eastAsia="ko-KR"/>
              </w:rPr>
              <w:t>[정량] 기자당 25분 절감, 1,000여개 기사 자동 스크리닝</w:t>
            </w:r>
            <w:r>
              <w:rPr>
                <w:sz w:val="16"/>
                <w:lang w:eastAsia="ko-KR"/>
              </w:rPr>
              <w:br/>
              <w:t>[정성] 기사 선별 품질 향상, UI 개편으로 사용자 경험 개선</w:t>
            </w:r>
          </w:p>
        </w:tc>
      </w:tr>
      <w:tr w:rsidR="00A7019A" w14:paraId="061270F5" w14:textId="77777777">
        <w:trPr>
          <w:jc w:val="center"/>
        </w:trPr>
        <w:tc>
          <w:tcPr>
            <w:tcW w:w="7181" w:type="dxa"/>
            <w:vAlign w:val="center"/>
          </w:tcPr>
          <w:p w14:paraId="0375C10E" w14:textId="77777777" w:rsidR="00A7019A" w:rsidRDefault="00000000">
            <w:r>
              <w:rPr>
                <w:b/>
                <w:sz w:val="16"/>
              </w:rPr>
              <w:t>⑦ 리스크·제약사항</w:t>
            </w:r>
          </w:p>
        </w:tc>
        <w:tc>
          <w:tcPr>
            <w:tcW w:w="7181" w:type="dxa"/>
            <w:shd w:val="clear" w:color="auto" w:fill="FFF2CC"/>
            <w:vAlign w:val="center"/>
          </w:tcPr>
          <w:p w14:paraId="577BEF08" w14:textId="77777777" w:rsidR="00A7019A" w:rsidRDefault="00000000">
            <w:pPr>
              <w:jc w:val="center"/>
            </w:pPr>
            <w:r>
              <w:rPr>
                <w:b/>
              </w:rPr>
              <w:t>△ 일부</w:t>
            </w:r>
          </w:p>
        </w:tc>
        <w:tc>
          <w:tcPr>
            <w:tcW w:w="7181" w:type="dxa"/>
          </w:tcPr>
          <w:p w14:paraId="488DE18B" w14:textId="77777777" w:rsidR="00A7019A" w:rsidRDefault="00000000">
            <w:pPr>
              <w:rPr>
                <w:lang w:eastAsia="ko-KR"/>
              </w:rPr>
            </w:pPr>
            <w:r>
              <w:rPr>
                <w:sz w:val="16"/>
                <w:lang w:eastAsia="ko-KR"/>
              </w:rPr>
              <w:t>☑ 외부 시스템 연동: 기존 emma 시스템(IT 추진팀) 연동·개편 필요</w:t>
            </w:r>
            <w:r>
              <w:rPr>
                <w:sz w:val="16"/>
                <w:lang w:eastAsia="ko-KR"/>
              </w:rPr>
              <w:br/>
              <w:t>☐ 기사 선별 기준 명확화 필요, 범위 확대 리스크</w:t>
            </w:r>
          </w:p>
        </w:tc>
      </w:tr>
    </w:tbl>
    <w:p w14:paraId="0C842A38" w14:textId="77777777" w:rsidR="00A7019A" w:rsidRDefault="00000000">
      <w:pPr>
        <w:rPr>
          <w:lang w:eastAsia="ko-KR"/>
        </w:rPr>
      </w:pPr>
      <w:r>
        <w:rPr>
          <w:lang w:eastAsia="ko-KR"/>
        </w:rPr>
        <w:br w:type="page"/>
      </w:r>
    </w:p>
    <w:p w14:paraId="45545732" w14:textId="77777777" w:rsidR="00A7019A" w:rsidRDefault="00000000">
      <w:pPr>
        <w:rPr>
          <w:lang w:eastAsia="ko-KR"/>
        </w:rPr>
      </w:pPr>
      <w:r>
        <w:rPr>
          <w:b/>
          <w:color w:val="2E75B6"/>
          <w:sz w:val="40"/>
          <w:lang w:eastAsia="ko-KR"/>
        </w:rPr>
        <w:lastRenderedPageBreak/>
        <w:t>2.6</w:t>
      </w:r>
      <w:r>
        <w:rPr>
          <w:b/>
          <w:color w:val="1B3A5C"/>
          <w:sz w:val="40"/>
          <w:lang w:eastAsia="ko-KR"/>
        </w:rPr>
        <w:t xml:space="preserve">  최신연구 논문 기사 제작 자동화</w:t>
      </w:r>
    </w:p>
    <w:p w14:paraId="4FA2037D" w14:textId="77777777" w:rsidR="00A7019A" w:rsidRDefault="00000000">
      <w:pPr>
        <w:rPr>
          <w:lang w:eastAsia="ko-KR"/>
        </w:rPr>
      </w:pPr>
      <w:r>
        <w:rPr>
          <w:b/>
          <w:color w:val="2E75B6"/>
          <w:sz w:val="24"/>
          <w:lang w:eastAsia="ko-KR"/>
        </w:rPr>
        <w:t xml:space="preserve">2.6.1 </w:t>
      </w:r>
      <w:r>
        <w:rPr>
          <w:b/>
          <w:color w:val="1B3A5C"/>
          <w:sz w:val="24"/>
          <w:lang w:eastAsia="ko-KR"/>
        </w:rPr>
        <w:t>과제 기본정보 · 현재 업무 · 희망 결과</w:t>
      </w:r>
    </w:p>
    <w:p w14:paraId="156CA296" w14:textId="77777777" w:rsidR="00A7019A" w:rsidRDefault="00A7019A">
      <w:pPr>
        <w:rPr>
          <w:lang w:eastAsia="ko-KR"/>
        </w:rPr>
      </w:pPr>
    </w:p>
    <w:tbl>
      <w:tblPr>
        <w:tblStyle w:val="af9"/>
        <w:tblW w:w="0" w:type="auto"/>
        <w:jc w:val="center"/>
        <w:tblLook w:val="04A0" w:firstRow="1" w:lastRow="0" w:firstColumn="1" w:lastColumn="0" w:noHBand="0" w:noVBand="1"/>
      </w:tblPr>
      <w:tblGrid>
        <w:gridCol w:w="5384"/>
        <w:gridCol w:w="5383"/>
        <w:gridCol w:w="5383"/>
        <w:gridCol w:w="5383"/>
      </w:tblGrid>
      <w:tr w:rsidR="00A7019A" w14:paraId="596EB553" w14:textId="77777777">
        <w:trPr>
          <w:jc w:val="center"/>
        </w:trPr>
        <w:tc>
          <w:tcPr>
            <w:tcW w:w="5386" w:type="dxa"/>
            <w:shd w:val="clear" w:color="auto" w:fill="D6E4F0"/>
            <w:vAlign w:val="center"/>
          </w:tcPr>
          <w:p w14:paraId="03A6159C" w14:textId="77777777" w:rsidR="00A7019A" w:rsidRDefault="00000000">
            <w:r>
              <w:rPr>
                <w:b/>
                <w:sz w:val="16"/>
              </w:rPr>
              <w:t>소속</w:t>
            </w:r>
          </w:p>
        </w:tc>
        <w:tc>
          <w:tcPr>
            <w:tcW w:w="5386" w:type="dxa"/>
            <w:vAlign w:val="center"/>
          </w:tcPr>
          <w:p w14:paraId="1597AF3B" w14:textId="77777777" w:rsidR="00A7019A" w:rsidRDefault="00000000">
            <w:pPr>
              <w:rPr>
                <w:lang w:eastAsia="ko-KR"/>
              </w:rPr>
            </w:pPr>
            <w:r>
              <w:rPr>
                <w:sz w:val="16"/>
                <w:lang w:eastAsia="ko-KR"/>
              </w:rPr>
              <w:t>엠서클 하이닥사업부 하이닥팀</w:t>
            </w:r>
          </w:p>
        </w:tc>
        <w:tc>
          <w:tcPr>
            <w:tcW w:w="5386" w:type="dxa"/>
            <w:shd w:val="clear" w:color="auto" w:fill="D6E4F0"/>
            <w:vAlign w:val="center"/>
          </w:tcPr>
          <w:p w14:paraId="772A2EB1" w14:textId="77777777" w:rsidR="00A7019A" w:rsidRDefault="00000000">
            <w:r>
              <w:rPr>
                <w:b/>
                <w:sz w:val="16"/>
              </w:rPr>
              <w:t>신청자 / 사번</w:t>
            </w:r>
          </w:p>
        </w:tc>
        <w:tc>
          <w:tcPr>
            <w:tcW w:w="5386" w:type="dxa"/>
            <w:vAlign w:val="center"/>
          </w:tcPr>
          <w:p w14:paraId="284E2859" w14:textId="77777777" w:rsidR="00A7019A" w:rsidRDefault="00000000">
            <w:r>
              <w:rPr>
                <w:sz w:val="16"/>
              </w:rPr>
              <w:t>김진우(정신영) / 01534</w:t>
            </w:r>
          </w:p>
        </w:tc>
      </w:tr>
      <w:tr w:rsidR="00A7019A" w14:paraId="12D6D75F" w14:textId="77777777">
        <w:trPr>
          <w:jc w:val="center"/>
        </w:trPr>
        <w:tc>
          <w:tcPr>
            <w:tcW w:w="5386" w:type="dxa"/>
            <w:shd w:val="clear" w:color="auto" w:fill="D6E4F0"/>
            <w:vAlign w:val="center"/>
          </w:tcPr>
          <w:p w14:paraId="072F0693" w14:textId="77777777" w:rsidR="00A7019A" w:rsidRDefault="00000000">
            <w:r>
              <w:rPr>
                <w:b/>
                <w:sz w:val="16"/>
              </w:rPr>
              <w:t>접수일</w:t>
            </w:r>
          </w:p>
        </w:tc>
        <w:tc>
          <w:tcPr>
            <w:tcW w:w="5386" w:type="dxa"/>
            <w:vAlign w:val="center"/>
          </w:tcPr>
          <w:p w14:paraId="321BEB94" w14:textId="77777777" w:rsidR="00A7019A" w:rsidRDefault="00000000">
            <w:r>
              <w:rPr>
                <w:sz w:val="16"/>
              </w:rPr>
              <w:t>2026.02.20</w:t>
            </w:r>
          </w:p>
        </w:tc>
        <w:tc>
          <w:tcPr>
            <w:tcW w:w="5386" w:type="dxa"/>
            <w:shd w:val="clear" w:color="auto" w:fill="D6E4F0"/>
            <w:vAlign w:val="center"/>
          </w:tcPr>
          <w:p w14:paraId="74294CC0" w14:textId="77777777" w:rsidR="00A7019A" w:rsidRDefault="00000000">
            <w:r>
              <w:rPr>
                <w:b/>
                <w:sz w:val="16"/>
              </w:rPr>
              <w:t>참여 가능 시간</w:t>
            </w:r>
          </w:p>
        </w:tc>
        <w:tc>
          <w:tcPr>
            <w:tcW w:w="5386" w:type="dxa"/>
            <w:vAlign w:val="center"/>
          </w:tcPr>
          <w:p w14:paraId="6F726698" w14:textId="77777777" w:rsidR="00A7019A" w:rsidRDefault="00000000">
            <w:pPr>
              <w:rPr>
                <w:lang w:eastAsia="ko-KR"/>
              </w:rPr>
            </w:pPr>
            <w:r>
              <w:rPr>
                <w:sz w:val="16"/>
                <w:lang w:eastAsia="ko-KR"/>
              </w:rPr>
              <w:t>진행사항 확인 후 팀장님과 논의하여 시간 조정 예정</w:t>
            </w:r>
          </w:p>
        </w:tc>
      </w:tr>
      <w:tr w:rsidR="00A7019A" w14:paraId="6F667CEC" w14:textId="77777777">
        <w:trPr>
          <w:jc w:val="center"/>
        </w:trPr>
        <w:tc>
          <w:tcPr>
            <w:tcW w:w="5386" w:type="dxa"/>
            <w:shd w:val="clear" w:color="auto" w:fill="D6E4F0"/>
            <w:vAlign w:val="center"/>
          </w:tcPr>
          <w:p w14:paraId="57111E9E" w14:textId="77777777" w:rsidR="00A7019A" w:rsidRDefault="00000000">
            <w:r>
              <w:rPr>
                <w:b/>
                <w:sz w:val="16"/>
              </w:rPr>
              <w:t>현재 업무 소요시간</w:t>
            </w:r>
          </w:p>
        </w:tc>
        <w:tc>
          <w:tcPr>
            <w:tcW w:w="5386" w:type="dxa"/>
            <w:vAlign w:val="center"/>
          </w:tcPr>
          <w:p w14:paraId="46D07BB3" w14:textId="77777777" w:rsidR="00A7019A" w:rsidRDefault="00000000">
            <w:pPr>
              <w:rPr>
                <w:lang w:eastAsia="ko-KR"/>
              </w:rPr>
            </w:pPr>
            <w:r>
              <w:rPr>
                <w:sz w:val="16"/>
                <w:lang w:eastAsia="ko-KR"/>
              </w:rPr>
              <w:t>기사 1건당 약 4시간 → AI 툴 시 1시간 이내 예상</w:t>
            </w:r>
          </w:p>
        </w:tc>
        <w:tc>
          <w:tcPr>
            <w:tcW w:w="5386" w:type="dxa"/>
            <w:shd w:val="clear" w:color="auto" w:fill="D6E4F0"/>
            <w:vAlign w:val="center"/>
          </w:tcPr>
          <w:p w14:paraId="472655DF" w14:textId="77777777" w:rsidR="00A7019A" w:rsidRDefault="00000000">
            <w:r>
              <w:rPr>
                <w:b/>
                <w:sz w:val="16"/>
              </w:rPr>
              <w:t>협업 부서</w:t>
            </w:r>
          </w:p>
        </w:tc>
        <w:tc>
          <w:tcPr>
            <w:tcW w:w="5386" w:type="dxa"/>
            <w:vAlign w:val="center"/>
          </w:tcPr>
          <w:p w14:paraId="24B92FAB" w14:textId="77777777" w:rsidR="00A7019A" w:rsidRDefault="00000000">
            <w:r>
              <w:rPr>
                <w:sz w:val="16"/>
              </w:rPr>
              <w:t>없음</w:t>
            </w:r>
          </w:p>
        </w:tc>
      </w:tr>
      <w:tr w:rsidR="00A7019A" w14:paraId="0E892EC6" w14:textId="77777777">
        <w:trPr>
          <w:jc w:val="center"/>
        </w:trPr>
        <w:tc>
          <w:tcPr>
            <w:tcW w:w="5386" w:type="dxa"/>
            <w:shd w:val="clear" w:color="auto" w:fill="D6E4F0"/>
            <w:vAlign w:val="center"/>
          </w:tcPr>
          <w:p w14:paraId="49D366B7" w14:textId="77777777" w:rsidR="00A7019A" w:rsidRDefault="00000000">
            <w:r>
              <w:rPr>
                <w:b/>
                <w:sz w:val="16"/>
              </w:rPr>
              <w:t>데이터 형태</w:t>
            </w:r>
          </w:p>
        </w:tc>
        <w:tc>
          <w:tcPr>
            <w:tcW w:w="5386" w:type="dxa"/>
            <w:vAlign w:val="center"/>
          </w:tcPr>
          <w:p w14:paraId="4E18536B" w14:textId="77777777" w:rsidR="00A7019A" w:rsidRDefault="00000000">
            <w:r>
              <w:rPr>
                <w:sz w:val="16"/>
              </w:rPr>
              <w:t>텍스트, 정형 DB</w:t>
            </w:r>
          </w:p>
        </w:tc>
        <w:tc>
          <w:tcPr>
            <w:tcW w:w="5386" w:type="dxa"/>
            <w:shd w:val="clear" w:color="auto" w:fill="D6E4F0"/>
            <w:vAlign w:val="center"/>
          </w:tcPr>
          <w:p w14:paraId="16452104" w14:textId="77777777" w:rsidR="00A7019A" w:rsidRDefault="00000000">
            <w:r>
              <w:rPr>
                <w:b/>
                <w:sz w:val="16"/>
              </w:rPr>
              <w:t>데이터 준비 상태</w:t>
            </w:r>
          </w:p>
        </w:tc>
        <w:tc>
          <w:tcPr>
            <w:tcW w:w="5386" w:type="dxa"/>
            <w:vAlign w:val="center"/>
          </w:tcPr>
          <w:p w14:paraId="75105491" w14:textId="77777777" w:rsidR="00A7019A" w:rsidRDefault="00000000">
            <w:pPr>
              <w:rPr>
                <w:lang w:eastAsia="ko-KR"/>
              </w:rPr>
            </w:pPr>
            <w:r>
              <w:rPr>
                <w:sz w:val="16"/>
                <w:lang w:eastAsia="ko-KR"/>
              </w:rPr>
              <w:t>예 (과제 선발 후 샘플 데이터 즉시 제공 가능)</w:t>
            </w:r>
          </w:p>
        </w:tc>
      </w:tr>
      <w:tr w:rsidR="00A7019A" w14:paraId="2CA4366C" w14:textId="77777777">
        <w:trPr>
          <w:jc w:val="center"/>
        </w:trPr>
        <w:tc>
          <w:tcPr>
            <w:tcW w:w="5386" w:type="dxa"/>
            <w:shd w:val="clear" w:color="auto" w:fill="D6E4F0"/>
            <w:vAlign w:val="center"/>
          </w:tcPr>
          <w:p w14:paraId="3FD40B37" w14:textId="77777777" w:rsidR="00A7019A" w:rsidRDefault="00000000">
            <w:r>
              <w:rPr>
                <w:b/>
                <w:sz w:val="16"/>
              </w:rPr>
              <w:t>데이터 처리 규모</w:t>
            </w:r>
          </w:p>
        </w:tc>
        <w:tc>
          <w:tcPr>
            <w:tcW w:w="5386" w:type="dxa"/>
            <w:vAlign w:val="center"/>
          </w:tcPr>
          <w:p w14:paraId="44BF1A0B" w14:textId="77777777" w:rsidR="00A7019A" w:rsidRDefault="00000000">
            <w:pPr>
              <w:rPr>
                <w:lang w:eastAsia="ko-KR"/>
              </w:rPr>
            </w:pPr>
            <w:r>
              <w:rPr>
                <w:sz w:val="16"/>
                <w:lang w:eastAsia="ko-KR"/>
              </w:rPr>
              <w:t>최신연구 논문 최근 1주일 내 100여개 이상 크롤링</w:t>
            </w:r>
          </w:p>
        </w:tc>
        <w:tc>
          <w:tcPr>
            <w:tcW w:w="5386" w:type="dxa"/>
            <w:shd w:val="clear" w:color="auto" w:fill="D6E4F0"/>
            <w:vAlign w:val="center"/>
          </w:tcPr>
          <w:p w14:paraId="7256E266" w14:textId="77777777" w:rsidR="00A7019A" w:rsidRDefault="00000000">
            <w:r>
              <w:rPr>
                <w:b/>
                <w:sz w:val="16"/>
              </w:rPr>
              <w:t>개인정보 포함</w:t>
            </w:r>
          </w:p>
        </w:tc>
        <w:tc>
          <w:tcPr>
            <w:tcW w:w="5386" w:type="dxa"/>
            <w:vAlign w:val="center"/>
          </w:tcPr>
          <w:p w14:paraId="0A384B0F" w14:textId="77777777" w:rsidR="00A7019A" w:rsidRDefault="00000000">
            <w:r>
              <w:rPr>
                <w:sz w:val="16"/>
              </w:rPr>
              <w:t>미포함</w:t>
            </w:r>
          </w:p>
        </w:tc>
      </w:tr>
    </w:tbl>
    <w:p w14:paraId="32C89B03" w14:textId="77777777" w:rsidR="00A7019A" w:rsidRDefault="00A7019A"/>
    <w:tbl>
      <w:tblPr>
        <w:tblStyle w:val="af9"/>
        <w:tblW w:w="0" w:type="auto"/>
        <w:jc w:val="center"/>
        <w:tblLook w:val="04A0" w:firstRow="1" w:lastRow="0" w:firstColumn="1" w:lastColumn="0" w:noHBand="0" w:noVBand="1"/>
      </w:tblPr>
      <w:tblGrid>
        <w:gridCol w:w="7177"/>
        <w:gridCol w:w="7178"/>
        <w:gridCol w:w="7178"/>
      </w:tblGrid>
      <w:tr w:rsidR="00A7019A" w14:paraId="5A15E7CD" w14:textId="77777777">
        <w:trPr>
          <w:jc w:val="center"/>
        </w:trPr>
        <w:tc>
          <w:tcPr>
            <w:tcW w:w="7181" w:type="dxa"/>
            <w:shd w:val="clear" w:color="auto" w:fill="2E75B6"/>
            <w:vAlign w:val="center"/>
          </w:tcPr>
          <w:p w14:paraId="54EF8A65" w14:textId="77777777" w:rsidR="00A7019A" w:rsidRDefault="00000000">
            <w:pPr>
              <w:jc w:val="center"/>
            </w:pPr>
            <w:r>
              <w:rPr>
                <w:b/>
                <w:color w:val="FFFFFF"/>
              </w:rPr>
              <w:t>As-Is : 현재 업무</w:t>
            </w:r>
          </w:p>
        </w:tc>
        <w:tc>
          <w:tcPr>
            <w:tcW w:w="7181" w:type="dxa"/>
            <w:shd w:val="clear" w:color="auto" w:fill="2E75B6"/>
            <w:vAlign w:val="center"/>
          </w:tcPr>
          <w:p w14:paraId="049D2966" w14:textId="77777777" w:rsidR="00A7019A" w:rsidRDefault="00000000">
            <w:pPr>
              <w:jc w:val="center"/>
            </w:pPr>
            <w:r>
              <w:rPr>
                <w:b/>
                <w:color w:val="FFFFFF"/>
              </w:rPr>
              <w:t>Pain Point : 문제점</w:t>
            </w:r>
          </w:p>
        </w:tc>
        <w:tc>
          <w:tcPr>
            <w:tcW w:w="7181" w:type="dxa"/>
            <w:shd w:val="clear" w:color="auto" w:fill="2E75B6"/>
            <w:vAlign w:val="center"/>
          </w:tcPr>
          <w:p w14:paraId="1C49E654" w14:textId="77777777" w:rsidR="00A7019A" w:rsidRDefault="00000000">
            <w:pPr>
              <w:jc w:val="center"/>
            </w:pPr>
            <w:r>
              <w:rPr>
                <w:b/>
                <w:color w:val="FFFFFF"/>
              </w:rPr>
              <w:t>To-Be : 희망 결과</w:t>
            </w:r>
          </w:p>
        </w:tc>
      </w:tr>
      <w:tr w:rsidR="00A7019A" w14:paraId="3B6259EC" w14:textId="77777777">
        <w:trPr>
          <w:jc w:val="center"/>
        </w:trPr>
        <w:tc>
          <w:tcPr>
            <w:tcW w:w="7181" w:type="dxa"/>
          </w:tcPr>
          <w:p w14:paraId="156A81A9" w14:textId="77777777" w:rsidR="00A7019A" w:rsidRDefault="00000000">
            <w:pPr>
              <w:rPr>
                <w:lang w:eastAsia="ko-KR"/>
              </w:rPr>
            </w:pPr>
            <w:r>
              <w:rPr>
                <w:sz w:val="16"/>
                <w:lang w:eastAsia="ko-KR"/>
              </w:rPr>
              <w:t>최신연구 논문을 기반으로 기사를 제작하는 업무.</w:t>
            </w:r>
            <w:r>
              <w:rPr>
                <w:sz w:val="16"/>
                <w:lang w:eastAsia="ko-KR"/>
              </w:rPr>
              <w:br/>
              <w:t>과거 1차 제작 후 사용하다가 업그레이드 추진 중 관련 AI 추진팀 담당자 퇴사로 홀딩 상태.</w:t>
            </w:r>
          </w:p>
        </w:tc>
        <w:tc>
          <w:tcPr>
            <w:tcW w:w="7181" w:type="dxa"/>
          </w:tcPr>
          <w:p w14:paraId="31FCF03C" w14:textId="77777777" w:rsidR="00A7019A" w:rsidRDefault="00000000">
            <w:pPr>
              <w:rPr>
                <w:lang w:eastAsia="ko-KR"/>
              </w:rPr>
            </w:pPr>
            <w:r>
              <w:rPr>
                <w:sz w:val="16"/>
                <w:lang w:eastAsia="ko-KR"/>
              </w:rPr>
              <w:t>기사 한 건 당 약 4시간 소요.</w:t>
            </w:r>
            <w:r>
              <w:rPr>
                <w:sz w:val="16"/>
                <w:lang w:eastAsia="ko-KR"/>
              </w:rPr>
              <w:br/>
              <w:t>기존 시스템 담당자 퇴사로 업그레이드가 중단된 상태.</w:t>
            </w:r>
          </w:p>
        </w:tc>
        <w:tc>
          <w:tcPr>
            <w:tcW w:w="7181" w:type="dxa"/>
          </w:tcPr>
          <w:p w14:paraId="4F98FE58" w14:textId="77777777" w:rsidR="00A7019A" w:rsidRDefault="00000000">
            <w:pPr>
              <w:rPr>
                <w:lang w:eastAsia="ko-KR"/>
              </w:rPr>
            </w:pPr>
            <w:r>
              <w:rPr>
                <w:sz w:val="16"/>
                <w:lang w:eastAsia="ko-KR"/>
              </w:rPr>
              <w:t>최신연구 논문 기사 발행 자동화.</w:t>
            </w:r>
            <w:r>
              <w:rPr>
                <w:sz w:val="16"/>
                <w:lang w:eastAsia="ko-KR"/>
              </w:rPr>
              <w:br/>
              <w:t>하이닥 CMS 내 기사 발행 연동.</w:t>
            </w:r>
          </w:p>
        </w:tc>
      </w:tr>
    </w:tbl>
    <w:p w14:paraId="47209869" w14:textId="77777777" w:rsidR="00A7019A" w:rsidRDefault="00A7019A">
      <w:pPr>
        <w:rPr>
          <w:lang w:eastAsia="ko-KR"/>
        </w:rPr>
      </w:pPr>
    </w:p>
    <w:p w14:paraId="4883E0A4" w14:textId="77777777" w:rsidR="00A7019A" w:rsidRDefault="00000000">
      <w:pPr>
        <w:rPr>
          <w:lang w:eastAsia="ko-KR"/>
        </w:rPr>
      </w:pPr>
      <w:r>
        <w:rPr>
          <w:b/>
          <w:color w:val="2E75B6"/>
          <w:sz w:val="16"/>
          <w:lang w:eastAsia="ko-KR"/>
        </w:rPr>
        <w:t xml:space="preserve">결과 형태: </w:t>
      </w:r>
      <w:r>
        <w:rPr>
          <w:sz w:val="16"/>
          <w:lang w:eastAsia="ko-KR"/>
        </w:rPr>
        <w:t>대시보드, 하이닥 CMS 내 기사 발행</w:t>
      </w:r>
    </w:p>
    <w:p w14:paraId="064DCE05" w14:textId="77777777" w:rsidR="00A7019A" w:rsidRDefault="00A7019A">
      <w:pPr>
        <w:rPr>
          <w:lang w:eastAsia="ko-KR"/>
        </w:rPr>
      </w:pPr>
    </w:p>
    <w:p w14:paraId="71E55281" w14:textId="77777777" w:rsidR="00A7019A" w:rsidRDefault="00000000">
      <w:pPr>
        <w:rPr>
          <w:lang w:eastAsia="ko-KR"/>
        </w:rPr>
      </w:pPr>
      <w:r>
        <w:rPr>
          <w:b/>
          <w:color w:val="2E75B6"/>
          <w:sz w:val="24"/>
          <w:lang w:eastAsia="ko-KR"/>
        </w:rPr>
        <w:t xml:space="preserve">2.6.2 </w:t>
      </w:r>
      <w:r>
        <w:rPr>
          <w:b/>
          <w:color w:val="1B3A5C"/>
          <w:sz w:val="24"/>
          <w:lang w:eastAsia="ko-KR"/>
        </w:rPr>
        <w:t>과제 선정 기준 체크리스트 평가</w:t>
      </w:r>
    </w:p>
    <w:p w14:paraId="059B2404" w14:textId="77777777" w:rsidR="00A7019A" w:rsidRDefault="00A7019A">
      <w:pPr>
        <w:rPr>
          <w:lang w:eastAsia="ko-KR"/>
        </w:rPr>
      </w:pPr>
    </w:p>
    <w:tbl>
      <w:tblPr>
        <w:tblStyle w:val="af9"/>
        <w:tblW w:w="0" w:type="auto"/>
        <w:jc w:val="center"/>
        <w:tblLook w:val="04A0" w:firstRow="1" w:lastRow="0" w:firstColumn="1" w:lastColumn="0" w:noHBand="0" w:noVBand="1"/>
      </w:tblPr>
      <w:tblGrid>
        <w:gridCol w:w="7177"/>
        <w:gridCol w:w="7178"/>
        <w:gridCol w:w="7178"/>
      </w:tblGrid>
      <w:tr w:rsidR="00A7019A" w14:paraId="58DC5922" w14:textId="77777777">
        <w:trPr>
          <w:jc w:val="center"/>
        </w:trPr>
        <w:tc>
          <w:tcPr>
            <w:tcW w:w="7181" w:type="dxa"/>
            <w:shd w:val="clear" w:color="auto" w:fill="2E75B6"/>
            <w:vAlign w:val="center"/>
          </w:tcPr>
          <w:p w14:paraId="2BC15863" w14:textId="77777777" w:rsidR="00A7019A" w:rsidRDefault="00000000">
            <w:pPr>
              <w:jc w:val="center"/>
            </w:pPr>
            <w:r>
              <w:rPr>
                <w:b/>
                <w:color w:val="FFFFFF"/>
              </w:rPr>
              <w:t>선정 기준</w:t>
            </w:r>
          </w:p>
        </w:tc>
        <w:tc>
          <w:tcPr>
            <w:tcW w:w="7181" w:type="dxa"/>
            <w:shd w:val="clear" w:color="auto" w:fill="2E75B6"/>
            <w:vAlign w:val="center"/>
          </w:tcPr>
          <w:p w14:paraId="3368AAE1" w14:textId="77777777" w:rsidR="00A7019A" w:rsidRDefault="00000000">
            <w:pPr>
              <w:jc w:val="center"/>
            </w:pPr>
            <w:r>
              <w:rPr>
                <w:b/>
                <w:color w:val="FFFFFF"/>
              </w:rPr>
              <w:t>판정</w:t>
            </w:r>
          </w:p>
        </w:tc>
        <w:tc>
          <w:tcPr>
            <w:tcW w:w="7181" w:type="dxa"/>
            <w:shd w:val="clear" w:color="auto" w:fill="2E75B6"/>
            <w:vAlign w:val="center"/>
          </w:tcPr>
          <w:p w14:paraId="51703634" w14:textId="77777777" w:rsidR="00A7019A" w:rsidRDefault="00000000">
            <w:pPr>
              <w:jc w:val="center"/>
            </w:pPr>
            <w:r>
              <w:rPr>
                <w:b/>
                <w:color w:val="FFFFFF"/>
              </w:rPr>
              <w:t>평가 내용</w:t>
            </w:r>
          </w:p>
        </w:tc>
      </w:tr>
      <w:tr w:rsidR="00A7019A" w14:paraId="45BB91C5" w14:textId="77777777">
        <w:trPr>
          <w:jc w:val="center"/>
        </w:trPr>
        <w:tc>
          <w:tcPr>
            <w:tcW w:w="7181" w:type="dxa"/>
            <w:vAlign w:val="center"/>
          </w:tcPr>
          <w:p w14:paraId="18544AF1" w14:textId="77777777" w:rsidR="00A7019A" w:rsidRDefault="00000000">
            <w:pPr>
              <w:rPr>
                <w:lang w:eastAsia="ko-KR"/>
              </w:rPr>
            </w:pPr>
            <w:r>
              <w:rPr>
                <w:b/>
                <w:sz w:val="16"/>
                <w:lang w:eastAsia="ko-KR"/>
              </w:rPr>
              <w:t>① 업무 규칙·요구사항 명확성</w:t>
            </w:r>
          </w:p>
        </w:tc>
        <w:tc>
          <w:tcPr>
            <w:tcW w:w="7181" w:type="dxa"/>
            <w:shd w:val="clear" w:color="auto" w:fill="FFF2CC"/>
            <w:vAlign w:val="center"/>
          </w:tcPr>
          <w:p w14:paraId="74CBAE01" w14:textId="77777777" w:rsidR="00A7019A" w:rsidRDefault="00000000">
            <w:pPr>
              <w:jc w:val="center"/>
            </w:pPr>
            <w:r>
              <w:rPr>
                <w:b/>
              </w:rPr>
              <w:t>△ 일부 애매</w:t>
            </w:r>
          </w:p>
        </w:tc>
        <w:tc>
          <w:tcPr>
            <w:tcW w:w="7181" w:type="dxa"/>
          </w:tcPr>
          <w:p w14:paraId="44DF4DE1" w14:textId="77777777" w:rsidR="00A7019A" w:rsidRDefault="00000000">
            <w:pPr>
              <w:rPr>
                <w:lang w:eastAsia="ko-KR"/>
              </w:rPr>
            </w:pPr>
            <w:r>
              <w:rPr>
                <w:sz w:val="16"/>
                <w:lang w:eastAsia="ko-KR"/>
              </w:rPr>
              <w:t>과거 1차 제작 경험이 있으나 담당자 퇴사로 홀딩. 업그레이드 요건이 구체적이지 않음.</w:t>
            </w:r>
          </w:p>
        </w:tc>
      </w:tr>
      <w:tr w:rsidR="00A7019A" w14:paraId="7C02C0F2" w14:textId="77777777">
        <w:trPr>
          <w:jc w:val="center"/>
        </w:trPr>
        <w:tc>
          <w:tcPr>
            <w:tcW w:w="7181" w:type="dxa"/>
            <w:vAlign w:val="center"/>
          </w:tcPr>
          <w:p w14:paraId="47D41506" w14:textId="77777777" w:rsidR="00A7019A" w:rsidRDefault="00000000">
            <w:r>
              <w:rPr>
                <w:b/>
                <w:sz w:val="16"/>
              </w:rPr>
              <w:t>② 현업 참여 의지</w:t>
            </w:r>
          </w:p>
        </w:tc>
        <w:tc>
          <w:tcPr>
            <w:tcW w:w="7181" w:type="dxa"/>
            <w:shd w:val="clear" w:color="auto" w:fill="FFF2CC"/>
            <w:vAlign w:val="center"/>
          </w:tcPr>
          <w:p w14:paraId="2E375495" w14:textId="77777777" w:rsidR="00A7019A" w:rsidRDefault="00000000">
            <w:pPr>
              <w:jc w:val="center"/>
            </w:pPr>
            <w:r>
              <w:rPr>
                <w:b/>
              </w:rPr>
              <w:t>△ 불확실</w:t>
            </w:r>
          </w:p>
        </w:tc>
        <w:tc>
          <w:tcPr>
            <w:tcW w:w="7181" w:type="dxa"/>
          </w:tcPr>
          <w:p w14:paraId="1BB4A3F5" w14:textId="77777777" w:rsidR="00A7019A" w:rsidRDefault="00000000">
            <w:pPr>
              <w:rPr>
                <w:lang w:eastAsia="ko-KR"/>
              </w:rPr>
            </w:pPr>
            <w:r>
              <w:rPr>
                <w:sz w:val="16"/>
                <w:lang w:eastAsia="ko-KR"/>
              </w:rPr>
              <w:t>"팀장님과 논의하여 시간 조정 예정" 기재. 선정 기준(매일 6시간) 충족 가능성 불확실.</w:t>
            </w:r>
          </w:p>
        </w:tc>
      </w:tr>
      <w:tr w:rsidR="00A7019A" w14:paraId="4233F818" w14:textId="77777777">
        <w:trPr>
          <w:jc w:val="center"/>
        </w:trPr>
        <w:tc>
          <w:tcPr>
            <w:tcW w:w="7181" w:type="dxa"/>
            <w:vAlign w:val="center"/>
          </w:tcPr>
          <w:p w14:paraId="10B1070B" w14:textId="77777777" w:rsidR="00A7019A" w:rsidRDefault="00000000">
            <w:r>
              <w:rPr>
                <w:b/>
                <w:sz w:val="16"/>
              </w:rPr>
              <w:t>③ 데이터 디지털화</w:t>
            </w:r>
          </w:p>
        </w:tc>
        <w:tc>
          <w:tcPr>
            <w:tcW w:w="7181" w:type="dxa"/>
            <w:shd w:val="clear" w:color="auto" w:fill="E2EFDA"/>
            <w:vAlign w:val="center"/>
          </w:tcPr>
          <w:p w14:paraId="7267DF86" w14:textId="77777777" w:rsidR="00A7019A" w:rsidRDefault="00000000">
            <w:pPr>
              <w:jc w:val="center"/>
            </w:pPr>
            <w:r>
              <w:rPr>
                <w:b/>
              </w:rPr>
              <w:t>✓ 즉시 가능</w:t>
            </w:r>
          </w:p>
        </w:tc>
        <w:tc>
          <w:tcPr>
            <w:tcW w:w="7181" w:type="dxa"/>
          </w:tcPr>
          <w:p w14:paraId="15F7102B" w14:textId="77777777" w:rsidR="00A7019A" w:rsidRDefault="00000000">
            <w:pPr>
              <w:rPr>
                <w:lang w:eastAsia="ko-KR"/>
              </w:rPr>
            </w:pPr>
            <w:r>
              <w:rPr>
                <w:sz w:val="16"/>
                <w:lang w:eastAsia="ko-KR"/>
              </w:rPr>
              <w:t>텍스트, 정형 DB 형태. 논문 크롤링 데이터 100여개 이상. 즉시 제공 가능.</w:t>
            </w:r>
          </w:p>
        </w:tc>
      </w:tr>
      <w:tr w:rsidR="00A7019A" w14:paraId="251E1DDF" w14:textId="77777777">
        <w:trPr>
          <w:jc w:val="center"/>
        </w:trPr>
        <w:tc>
          <w:tcPr>
            <w:tcW w:w="7181" w:type="dxa"/>
            <w:vAlign w:val="center"/>
          </w:tcPr>
          <w:p w14:paraId="5EC18C94" w14:textId="77777777" w:rsidR="00A7019A" w:rsidRDefault="00000000">
            <w:pPr>
              <w:rPr>
                <w:lang w:eastAsia="ko-KR"/>
              </w:rPr>
            </w:pPr>
            <w:r>
              <w:rPr>
                <w:b/>
                <w:sz w:val="16"/>
                <w:lang w:eastAsia="ko-KR"/>
              </w:rPr>
              <w:t>④ 예상 AI Tool·인프라</w:t>
            </w:r>
          </w:p>
        </w:tc>
        <w:tc>
          <w:tcPr>
            <w:tcW w:w="7181" w:type="dxa"/>
            <w:shd w:val="clear" w:color="auto" w:fill="FFF2CC"/>
            <w:vAlign w:val="center"/>
          </w:tcPr>
          <w:p w14:paraId="423AFE21" w14:textId="77777777" w:rsidR="00A7019A" w:rsidRDefault="00000000">
            <w:pPr>
              <w:jc w:val="center"/>
            </w:pPr>
            <w:r>
              <w:rPr>
                <w:b/>
              </w:rPr>
              <w:t>해당</w:t>
            </w:r>
          </w:p>
        </w:tc>
        <w:tc>
          <w:tcPr>
            <w:tcW w:w="7181" w:type="dxa"/>
          </w:tcPr>
          <w:p w14:paraId="6C341532" w14:textId="77777777" w:rsidR="00A7019A" w:rsidRDefault="00000000">
            <w:pPr>
              <w:rPr>
                <w:lang w:eastAsia="ko-KR"/>
              </w:rPr>
            </w:pPr>
            <w:r>
              <w:rPr>
                <w:sz w:val="16"/>
                <w:lang w:eastAsia="ko-KR"/>
              </w:rPr>
              <w:t>☑ LLM (논문 요약·기사 작성)  ☑ 상용 API (논문 크롤링)</w:t>
            </w:r>
          </w:p>
        </w:tc>
      </w:tr>
      <w:tr w:rsidR="00A7019A" w14:paraId="76063943" w14:textId="77777777">
        <w:trPr>
          <w:jc w:val="center"/>
        </w:trPr>
        <w:tc>
          <w:tcPr>
            <w:tcW w:w="7181" w:type="dxa"/>
            <w:vAlign w:val="center"/>
          </w:tcPr>
          <w:p w14:paraId="0F6CAD7C" w14:textId="77777777" w:rsidR="00A7019A" w:rsidRDefault="00000000">
            <w:r>
              <w:rPr>
                <w:b/>
                <w:sz w:val="16"/>
              </w:rPr>
              <w:t>⑤ 목표 달성 기준</w:t>
            </w:r>
          </w:p>
        </w:tc>
        <w:tc>
          <w:tcPr>
            <w:tcW w:w="7181" w:type="dxa"/>
            <w:shd w:val="clear" w:color="auto" w:fill="E2EFDA"/>
            <w:vAlign w:val="center"/>
          </w:tcPr>
          <w:p w14:paraId="57482DBC" w14:textId="77777777" w:rsidR="00A7019A" w:rsidRDefault="00000000">
            <w:pPr>
              <w:jc w:val="center"/>
            </w:pPr>
            <w:r>
              <w:rPr>
                <w:b/>
              </w:rPr>
              <w:t>✓ 명확</w:t>
            </w:r>
          </w:p>
        </w:tc>
        <w:tc>
          <w:tcPr>
            <w:tcW w:w="7181" w:type="dxa"/>
          </w:tcPr>
          <w:p w14:paraId="070F6E46" w14:textId="77777777" w:rsidR="00A7019A" w:rsidRDefault="00000000">
            <w:pPr>
              <w:rPr>
                <w:lang w:eastAsia="ko-KR"/>
              </w:rPr>
            </w:pPr>
            <w:r>
              <w:rPr>
                <w:sz w:val="16"/>
                <w:lang w:eastAsia="ko-KR"/>
              </w:rPr>
              <w:t>기사 1건당 4시간 → 1시간 이내 (75% 단축), 1주일 내 100여개 논문 자동 크롤링·선별</w:t>
            </w:r>
          </w:p>
        </w:tc>
      </w:tr>
      <w:tr w:rsidR="00A7019A" w14:paraId="4C35F166" w14:textId="77777777">
        <w:trPr>
          <w:jc w:val="center"/>
        </w:trPr>
        <w:tc>
          <w:tcPr>
            <w:tcW w:w="7181" w:type="dxa"/>
            <w:vAlign w:val="center"/>
          </w:tcPr>
          <w:p w14:paraId="67CFA444" w14:textId="77777777" w:rsidR="00A7019A" w:rsidRDefault="00000000">
            <w:r>
              <w:rPr>
                <w:b/>
                <w:sz w:val="16"/>
              </w:rPr>
              <w:t>⑥ 예상 효과</w:t>
            </w:r>
          </w:p>
        </w:tc>
        <w:tc>
          <w:tcPr>
            <w:tcW w:w="7181" w:type="dxa"/>
            <w:shd w:val="clear" w:color="auto" w:fill="FFF2CC"/>
            <w:vAlign w:val="center"/>
          </w:tcPr>
          <w:p w14:paraId="23DDB852" w14:textId="77777777" w:rsidR="00A7019A" w:rsidRDefault="00000000">
            <w:pPr>
              <w:jc w:val="center"/>
            </w:pPr>
            <w:r>
              <w:rPr>
                <w:b/>
              </w:rPr>
              <w:t>중간</w:t>
            </w:r>
          </w:p>
        </w:tc>
        <w:tc>
          <w:tcPr>
            <w:tcW w:w="7181" w:type="dxa"/>
          </w:tcPr>
          <w:p w14:paraId="0BF4DFAF" w14:textId="77777777" w:rsidR="00A7019A" w:rsidRDefault="00000000">
            <w:pPr>
              <w:rPr>
                <w:lang w:eastAsia="ko-KR"/>
              </w:rPr>
            </w:pPr>
            <w:r>
              <w:rPr>
                <w:sz w:val="16"/>
                <w:lang w:eastAsia="ko-KR"/>
              </w:rPr>
              <w:t>[정량] 건당 3시간 절감, 기사 발행 속도·발행량 증가</w:t>
            </w:r>
            <w:r>
              <w:rPr>
                <w:sz w:val="16"/>
                <w:lang w:eastAsia="ko-KR"/>
              </w:rPr>
              <w:br/>
              <w:t>[정성] 최신 연구 트렌드 신속 반영, 기사 품질 일관성 확보</w:t>
            </w:r>
          </w:p>
        </w:tc>
      </w:tr>
      <w:tr w:rsidR="00A7019A" w14:paraId="4361A8F4" w14:textId="77777777">
        <w:trPr>
          <w:jc w:val="center"/>
        </w:trPr>
        <w:tc>
          <w:tcPr>
            <w:tcW w:w="7181" w:type="dxa"/>
            <w:vAlign w:val="center"/>
          </w:tcPr>
          <w:p w14:paraId="4C7AB211" w14:textId="77777777" w:rsidR="00A7019A" w:rsidRDefault="00000000">
            <w:r>
              <w:rPr>
                <w:b/>
                <w:sz w:val="16"/>
              </w:rPr>
              <w:t>⑦ 리스크·제약사항</w:t>
            </w:r>
          </w:p>
        </w:tc>
        <w:tc>
          <w:tcPr>
            <w:tcW w:w="7181" w:type="dxa"/>
            <w:shd w:val="clear" w:color="auto" w:fill="FFF2CC"/>
            <w:vAlign w:val="center"/>
          </w:tcPr>
          <w:p w14:paraId="1A0E121E" w14:textId="77777777" w:rsidR="00A7019A" w:rsidRDefault="00000000">
            <w:pPr>
              <w:jc w:val="center"/>
            </w:pPr>
            <w:r>
              <w:rPr>
                <w:b/>
              </w:rPr>
              <w:t>△ 일부</w:t>
            </w:r>
          </w:p>
        </w:tc>
        <w:tc>
          <w:tcPr>
            <w:tcW w:w="7181" w:type="dxa"/>
          </w:tcPr>
          <w:p w14:paraId="28D9B781" w14:textId="77777777" w:rsidR="00A7019A" w:rsidRDefault="00000000">
            <w:pPr>
              <w:rPr>
                <w:lang w:eastAsia="ko-KR"/>
              </w:rPr>
            </w:pPr>
            <w:r>
              <w:rPr>
                <w:sz w:val="16"/>
                <w:lang w:eastAsia="ko-KR"/>
              </w:rPr>
              <w:t>☑ 기존 담당자 퇴사로 기술 인수인계 이슈</w:t>
            </w:r>
            <w:r>
              <w:rPr>
                <w:sz w:val="16"/>
                <w:lang w:eastAsia="ko-KR"/>
              </w:rPr>
              <w:br/>
              <w:t>☑ 하이닥 CMS 연동 필요</w:t>
            </w:r>
            <w:r>
              <w:rPr>
                <w:sz w:val="16"/>
                <w:lang w:eastAsia="ko-KR"/>
              </w:rPr>
              <w:br/>
              <w:t>☐ AI 생성 기사의 의료정보 정확성 검증 체계 필요</w:t>
            </w:r>
          </w:p>
        </w:tc>
      </w:tr>
    </w:tbl>
    <w:p w14:paraId="149B715C" w14:textId="77777777" w:rsidR="00A7019A" w:rsidRDefault="00000000">
      <w:pPr>
        <w:rPr>
          <w:lang w:eastAsia="ko-KR"/>
        </w:rPr>
      </w:pPr>
      <w:r>
        <w:rPr>
          <w:lang w:eastAsia="ko-KR"/>
        </w:rPr>
        <w:br w:type="page"/>
      </w:r>
    </w:p>
    <w:p w14:paraId="2A588C4C" w14:textId="77777777" w:rsidR="00A7019A" w:rsidRDefault="00000000">
      <w:pPr>
        <w:rPr>
          <w:lang w:eastAsia="ko-KR"/>
        </w:rPr>
      </w:pPr>
      <w:r>
        <w:rPr>
          <w:b/>
          <w:color w:val="2E75B6"/>
          <w:sz w:val="40"/>
          <w:lang w:eastAsia="ko-KR"/>
        </w:rPr>
        <w:lastRenderedPageBreak/>
        <w:t>2.7</w:t>
      </w:r>
      <w:r>
        <w:rPr>
          <w:b/>
          <w:color w:val="1B3A5C"/>
          <w:sz w:val="40"/>
          <w:lang w:eastAsia="ko-KR"/>
        </w:rPr>
        <w:t xml:space="preserve">  처방마감자료 생성 및 메일 발송 자동화</w:t>
      </w:r>
    </w:p>
    <w:p w14:paraId="220B0A17" w14:textId="77777777" w:rsidR="00A7019A" w:rsidRDefault="00000000">
      <w:pPr>
        <w:rPr>
          <w:lang w:eastAsia="ko-KR"/>
        </w:rPr>
      </w:pPr>
      <w:r>
        <w:rPr>
          <w:b/>
          <w:color w:val="2E75B6"/>
          <w:sz w:val="24"/>
          <w:lang w:eastAsia="ko-KR"/>
        </w:rPr>
        <w:t xml:space="preserve">2.7.1 </w:t>
      </w:r>
      <w:r>
        <w:rPr>
          <w:b/>
          <w:color w:val="1B3A5C"/>
          <w:sz w:val="24"/>
          <w:lang w:eastAsia="ko-KR"/>
        </w:rPr>
        <w:t>과제 기본정보 · 현재 업무 · 희망 결과</w:t>
      </w:r>
    </w:p>
    <w:p w14:paraId="1C8EDCF7" w14:textId="77777777" w:rsidR="00A7019A" w:rsidRDefault="00A7019A">
      <w:pPr>
        <w:rPr>
          <w:lang w:eastAsia="ko-KR"/>
        </w:rPr>
      </w:pPr>
    </w:p>
    <w:tbl>
      <w:tblPr>
        <w:tblStyle w:val="af9"/>
        <w:tblW w:w="0" w:type="auto"/>
        <w:jc w:val="center"/>
        <w:tblLook w:val="04A0" w:firstRow="1" w:lastRow="0" w:firstColumn="1" w:lastColumn="0" w:noHBand="0" w:noVBand="1"/>
      </w:tblPr>
      <w:tblGrid>
        <w:gridCol w:w="5384"/>
        <w:gridCol w:w="5383"/>
        <w:gridCol w:w="5383"/>
        <w:gridCol w:w="5383"/>
      </w:tblGrid>
      <w:tr w:rsidR="00A7019A" w14:paraId="50B714D0" w14:textId="77777777">
        <w:trPr>
          <w:jc w:val="center"/>
        </w:trPr>
        <w:tc>
          <w:tcPr>
            <w:tcW w:w="5386" w:type="dxa"/>
            <w:shd w:val="clear" w:color="auto" w:fill="D6E4F0"/>
            <w:vAlign w:val="center"/>
          </w:tcPr>
          <w:p w14:paraId="2FBFA395" w14:textId="77777777" w:rsidR="00A7019A" w:rsidRDefault="00000000">
            <w:r>
              <w:rPr>
                <w:b/>
                <w:sz w:val="16"/>
              </w:rPr>
              <w:t>소속</w:t>
            </w:r>
          </w:p>
        </w:tc>
        <w:tc>
          <w:tcPr>
            <w:tcW w:w="5386" w:type="dxa"/>
            <w:vAlign w:val="center"/>
          </w:tcPr>
          <w:p w14:paraId="65F35947" w14:textId="77777777" w:rsidR="00A7019A" w:rsidRDefault="00000000">
            <w:pPr>
              <w:rPr>
                <w:lang w:eastAsia="ko-KR"/>
              </w:rPr>
            </w:pPr>
            <w:r>
              <w:rPr>
                <w:sz w:val="16"/>
                <w:lang w:eastAsia="ko-KR"/>
              </w:rPr>
              <w:t>대웅제약 영업기획실 영업지원팀</w:t>
            </w:r>
          </w:p>
        </w:tc>
        <w:tc>
          <w:tcPr>
            <w:tcW w:w="5386" w:type="dxa"/>
            <w:shd w:val="clear" w:color="auto" w:fill="D6E4F0"/>
            <w:vAlign w:val="center"/>
          </w:tcPr>
          <w:p w14:paraId="43B4E3F1" w14:textId="77777777" w:rsidR="00A7019A" w:rsidRDefault="00000000">
            <w:r>
              <w:rPr>
                <w:b/>
                <w:sz w:val="16"/>
              </w:rPr>
              <w:t>신청자 / 사번</w:t>
            </w:r>
          </w:p>
        </w:tc>
        <w:tc>
          <w:tcPr>
            <w:tcW w:w="5386" w:type="dxa"/>
            <w:vAlign w:val="center"/>
          </w:tcPr>
          <w:p w14:paraId="0D9964A7" w14:textId="77777777" w:rsidR="00A7019A" w:rsidRDefault="00000000">
            <w:r>
              <w:rPr>
                <w:sz w:val="16"/>
              </w:rPr>
              <w:t>이승민 / 2240556</w:t>
            </w:r>
          </w:p>
        </w:tc>
      </w:tr>
      <w:tr w:rsidR="00A7019A" w14:paraId="32ED5BE1" w14:textId="77777777">
        <w:trPr>
          <w:jc w:val="center"/>
        </w:trPr>
        <w:tc>
          <w:tcPr>
            <w:tcW w:w="5386" w:type="dxa"/>
            <w:shd w:val="clear" w:color="auto" w:fill="D6E4F0"/>
            <w:vAlign w:val="center"/>
          </w:tcPr>
          <w:p w14:paraId="1AA6479B" w14:textId="77777777" w:rsidR="00A7019A" w:rsidRDefault="00000000">
            <w:r>
              <w:rPr>
                <w:b/>
                <w:sz w:val="16"/>
              </w:rPr>
              <w:t>접수일</w:t>
            </w:r>
          </w:p>
        </w:tc>
        <w:tc>
          <w:tcPr>
            <w:tcW w:w="5386" w:type="dxa"/>
            <w:vAlign w:val="center"/>
          </w:tcPr>
          <w:p w14:paraId="7815C931" w14:textId="77777777" w:rsidR="00A7019A" w:rsidRDefault="00000000">
            <w:r>
              <w:rPr>
                <w:sz w:val="16"/>
              </w:rPr>
              <w:t>2026.02.20</w:t>
            </w:r>
          </w:p>
        </w:tc>
        <w:tc>
          <w:tcPr>
            <w:tcW w:w="5386" w:type="dxa"/>
            <w:shd w:val="clear" w:color="auto" w:fill="D6E4F0"/>
            <w:vAlign w:val="center"/>
          </w:tcPr>
          <w:p w14:paraId="76D44C5E" w14:textId="77777777" w:rsidR="00A7019A" w:rsidRDefault="00000000">
            <w:r>
              <w:rPr>
                <w:b/>
                <w:sz w:val="16"/>
              </w:rPr>
              <w:t>참여 가능 시간</w:t>
            </w:r>
          </w:p>
        </w:tc>
        <w:tc>
          <w:tcPr>
            <w:tcW w:w="5386" w:type="dxa"/>
            <w:vAlign w:val="center"/>
          </w:tcPr>
          <w:p w14:paraId="49829DD2" w14:textId="77777777" w:rsidR="00A7019A" w:rsidRDefault="00000000">
            <w:pPr>
              <w:rPr>
                <w:lang w:eastAsia="ko-KR"/>
              </w:rPr>
            </w:pPr>
            <w:r>
              <w:rPr>
                <w:sz w:val="16"/>
                <w:lang w:eastAsia="ko-KR"/>
              </w:rPr>
              <w:t>하루 2~3시간 (다른 업무 병행, 제한적 참여)</w:t>
            </w:r>
          </w:p>
        </w:tc>
      </w:tr>
      <w:tr w:rsidR="00A7019A" w14:paraId="77722B9E" w14:textId="77777777">
        <w:trPr>
          <w:jc w:val="center"/>
        </w:trPr>
        <w:tc>
          <w:tcPr>
            <w:tcW w:w="5386" w:type="dxa"/>
            <w:shd w:val="clear" w:color="auto" w:fill="D6E4F0"/>
            <w:vAlign w:val="center"/>
          </w:tcPr>
          <w:p w14:paraId="56EA915E" w14:textId="77777777" w:rsidR="00A7019A" w:rsidRDefault="00000000">
            <w:r>
              <w:rPr>
                <w:b/>
                <w:sz w:val="16"/>
              </w:rPr>
              <w:t>현재 업무 소요시간</w:t>
            </w:r>
          </w:p>
        </w:tc>
        <w:tc>
          <w:tcPr>
            <w:tcW w:w="5386" w:type="dxa"/>
            <w:vAlign w:val="center"/>
          </w:tcPr>
          <w:p w14:paraId="7FD799B0" w14:textId="77777777" w:rsidR="00A7019A" w:rsidRDefault="00000000">
            <w:r>
              <w:rPr>
                <w:sz w:val="16"/>
              </w:rPr>
              <w:t>월 1회, 약 4시간 이상</w:t>
            </w:r>
          </w:p>
        </w:tc>
        <w:tc>
          <w:tcPr>
            <w:tcW w:w="5386" w:type="dxa"/>
            <w:shd w:val="clear" w:color="auto" w:fill="D6E4F0"/>
            <w:vAlign w:val="center"/>
          </w:tcPr>
          <w:p w14:paraId="0D2FED47" w14:textId="77777777" w:rsidR="00A7019A" w:rsidRDefault="00000000">
            <w:r>
              <w:rPr>
                <w:b/>
                <w:sz w:val="16"/>
              </w:rPr>
              <w:t>협업 부서</w:t>
            </w:r>
          </w:p>
        </w:tc>
        <w:tc>
          <w:tcPr>
            <w:tcW w:w="5386" w:type="dxa"/>
            <w:vAlign w:val="center"/>
          </w:tcPr>
          <w:p w14:paraId="02AE6555" w14:textId="77777777" w:rsidR="00A7019A" w:rsidRDefault="00000000">
            <w:r>
              <w:rPr>
                <w:sz w:val="16"/>
              </w:rPr>
              <w:t>없음</w:t>
            </w:r>
          </w:p>
        </w:tc>
      </w:tr>
      <w:tr w:rsidR="00A7019A" w14:paraId="2AE21093" w14:textId="77777777">
        <w:trPr>
          <w:jc w:val="center"/>
        </w:trPr>
        <w:tc>
          <w:tcPr>
            <w:tcW w:w="5386" w:type="dxa"/>
            <w:shd w:val="clear" w:color="auto" w:fill="D6E4F0"/>
            <w:vAlign w:val="center"/>
          </w:tcPr>
          <w:p w14:paraId="72004003" w14:textId="77777777" w:rsidR="00A7019A" w:rsidRDefault="00000000">
            <w:r>
              <w:rPr>
                <w:b/>
                <w:sz w:val="16"/>
              </w:rPr>
              <w:t>데이터 형태</w:t>
            </w:r>
          </w:p>
        </w:tc>
        <w:tc>
          <w:tcPr>
            <w:tcW w:w="5386" w:type="dxa"/>
            <w:vAlign w:val="center"/>
          </w:tcPr>
          <w:p w14:paraId="0EA4AE5A" w14:textId="77777777" w:rsidR="00A7019A" w:rsidRDefault="00000000">
            <w:r>
              <w:rPr>
                <w:sz w:val="16"/>
              </w:rPr>
              <w:t>Excel / CSV, 사내 시스템</w:t>
            </w:r>
          </w:p>
        </w:tc>
        <w:tc>
          <w:tcPr>
            <w:tcW w:w="5386" w:type="dxa"/>
            <w:shd w:val="clear" w:color="auto" w:fill="D6E4F0"/>
            <w:vAlign w:val="center"/>
          </w:tcPr>
          <w:p w14:paraId="5EC15E87" w14:textId="77777777" w:rsidR="00A7019A" w:rsidRDefault="00000000">
            <w:r>
              <w:rPr>
                <w:b/>
                <w:sz w:val="16"/>
              </w:rPr>
              <w:t>데이터 준비 상태</w:t>
            </w:r>
          </w:p>
        </w:tc>
        <w:tc>
          <w:tcPr>
            <w:tcW w:w="5386" w:type="dxa"/>
            <w:vAlign w:val="center"/>
          </w:tcPr>
          <w:p w14:paraId="3B5444D9" w14:textId="77777777" w:rsidR="00A7019A" w:rsidRDefault="00000000">
            <w:pPr>
              <w:rPr>
                <w:lang w:eastAsia="ko-KR"/>
              </w:rPr>
            </w:pPr>
            <w:r>
              <w:rPr>
                <w:sz w:val="16"/>
                <w:lang w:eastAsia="ko-KR"/>
              </w:rPr>
              <w:t>예 (과제 선발 후 샘플 데이터 즉시 제공 가능)</w:t>
            </w:r>
          </w:p>
        </w:tc>
      </w:tr>
      <w:tr w:rsidR="00A7019A" w14:paraId="08163CDD" w14:textId="77777777">
        <w:trPr>
          <w:jc w:val="center"/>
        </w:trPr>
        <w:tc>
          <w:tcPr>
            <w:tcW w:w="5386" w:type="dxa"/>
            <w:shd w:val="clear" w:color="auto" w:fill="D6E4F0"/>
            <w:vAlign w:val="center"/>
          </w:tcPr>
          <w:p w14:paraId="3DA2A5C7" w14:textId="77777777" w:rsidR="00A7019A" w:rsidRDefault="00000000">
            <w:r>
              <w:rPr>
                <w:b/>
                <w:sz w:val="16"/>
              </w:rPr>
              <w:t>데이터 처리 규모</w:t>
            </w:r>
          </w:p>
        </w:tc>
        <w:tc>
          <w:tcPr>
            <w:tcW w:w="5386" w:type="dxa"/>
            <w:vAlign w:val="center"/>
          </w:tcPr>
          <w:p w14:paraId="23BE9CFC" w14:textId="77777777" w:rsidR="00A7019A" w:rsidRDefault="00000000">
            <w:pPr>
              <w:rPr>
                <w:lang w:eastAsia="ko-KR"/>
              </w:rPr>
            </w:pPr>
            <w:r>
              <w:rPr>
                <w:sz w:val="16"/>
                <w:lang w:eastAsia="ko-KR"/>
              </w:rPr>
              <w:t>처방마감자료 25만행+, 회전관리장 20만행 이하</w:t>
            </w:r>
          </w:p>
        </w:tc>
        <w:tc>
          <w:tcPr>
            <w:tcW w:w="5386" w:type="dxa"/>
            <w:shd w:val="clear" w:color="auto" w:fill="D6E4F0"/>
            <w:vAlign w:val="center"/>
          </w:tcPr>
          <w:p w14:paraId="62993348" w14:textId="77777777" w:rsidR="00A7019A" w:rsidRDefault="00000000">
            <w:r>
              <w:rPr>
                <w:b/>
                <w:sz w:val="16"/>
              </w:rPr>
              <w:t>개인정보 포함</w:t>
            </w:r>
          </w:p>
        </w:tc>
        <w:tc>
          <w:tcPr>
            <w:tcW w:w="5386" w:type="dxa"/>
            <w:vAlign w:val="center"/>
          </w:tcPr>
          <w:p w14:paraId="2A5132CA" w14:textId="77777777" w:rsidR="00A7019A" w:rsidRDefault="00000000">
            <w:pPr>
              <w:rPr>
                <w:lang w:eastAsia="ko-KR"/>
              </w:rPr>
            </w:pPr>
            <w:r>
              <w:rPr>
                <w:sz w:val="16"/>
                <w:lang w:eastAsia="ko-KR"/>
              </w:rPr>
              <w:t>개인정보 포함 (MR 사번)</w:t>
            </w:r>
          </w:p>
        </w:tc>
      </w:tr>
    </w:tbl>
    <w:p w14:paraId="582996B7" w14:textId="77777777" w:rsidR="00A7019A" w:rsidRDefault="00A7019A">
      <w:pPr>
        <w:rPr>
          <w:lang w:eastAsia="ko-KR"/>
        </w:rPr>
      </w:pPr>
    </w:p>
    <w:tbl>
      <w:tblPr>
        <w:tblStyle w:val="af9"/>
        <w:tblW w:w="0" w:type="auto"/>
        <w:jc w:val="center"/>
        <w:tblLook w:val="04A0" w:firstRow="1" w:lastRow="0" w:firstColumn="1" w:lastColumn="0" w:noHBand="0" w:noVBand="1"/>
      </w:tblPr>
      <w:tblGrid>
        <w:gridCol w:w="7177"/>
        <w:gridCol w:w="7178"/>
        <w:gridCol w:w="7178"/>
      </w:tblGrid>
      <w:tr w:rsidR="00A7019A" w14:paraId="4B987B36" w14:textId="77777777">
        <w:trPr>
          <w:jc w:val="center"/>
        </w:trPr>
        <w:tc>
          <w:tcPr>
            <w:tcW w:w="7181" w:type="dxa"/>
            <w:shd w:val="clear" w:color="auto" w:fill="2E75B6"/>
            <w:vAlign w:val="center"/>
          </w:tcPr>
          <w:p w14:paraId="4E87DFAB" w14:textId="77777777" w:rsidR="00A7019A" w:rsidRDefault="00000000">
            <w:pPr>
              <w:jc w:val="center"/>
            </w:pPr>
            <w:r>
              <w:rPr>
                <w:b/>
                <w:color w:val="FFFFFF"/>
              </w:rPr>
              <w:t>As-</w:t>
            </w:r>
            <w:proofErr w:type="gramStart"/>
            <w:r>
              <w:rPr>
                <w:b/>
                <w:color w:val="FFFFFF"/>
              </w:rPr>
              <w:t>Is :</w:t>
            </w:r>
            <w:proofErr w:type="gramEnd"/>
            <w:r>
              <w:rPr>
                <w:b/>
                <w:color w:val="FFFFFF"/>
              </w:rPr>
              <w:t xml:space="preserve"> 현재 업무</w:t>
            </w:r>
          </w:p>
        </w:tc>
        <w:tc>
          <w:tcPr>
            <w:tcW w:w="7181" w:type="dxa"/>
            <w:shd w:val="clear" w:color="auto" w:fill="2E75B6"/>
            <w:vAlign w:val="center"/>
          </w:tcPr>
          <w:p w14:paraId="4D9C8042" w14:textId="77777777" w:rsidR="00A7019A" w:rsidRDefault="00000000">
            <w:pPr>
              <w:jc w:val="center"/>
            </w:pPr>
            <w:r>
              <w:rPr>
                <w:b/>
                <w:color w:val="FFFFFF"/>
              </w:rPr>
              <w:t>Pain Point : 문제점</w:t>
            </w:r>
          </w:p>
        </w:tc>
        <w:tc>
          <w:tcPr>
            <w:tcW w:w="7181" w:type="dxa"/>
            <w:shd w:val="clear" w:color="auto" w:fill="2E75B6"/>
            <w:vAlign w:val="center"/>
          </w:tcPr>
          <w:p w14:paraId="07F1355A" w14:textId="77777777" w:rsidR="00A7019A" w:rsidRDefault="00000000">
            <w:pPr>
              <w:jc w:val="center"/>
            </w:pPr>
            <w:r>
              <w:rPr>
                <w:b/>
                <w:color w:val="FFFFFF"/>
              </w:rPr>
              <w:t>To-Be : 희망 결과</w:t>
            </w:r>
          </w:p>
        </w:tc>
      </w:tr>
      <w:tr w:rsidR="00A7019A" w14:paraId="01022312" w14:textId="77777777">
        <w:trPr>
          <w:jc w:val="center"/>
        </w:trPr>
        <w:tc>
          <w:tcPr>
            <w:tcW w:w="7181" w:type="dxa"/>
          </w:tcPr>
          <w:p w14:paraId="33BBA554" w14:textId="77777777" w:rsidR="00A7019A" w:rsidRDefault="00000000">
            <w:pPr>
              <w:rPr>
                <w:lang w:eastAsia="ko-KR"/>
              </w:rPr>
            </w:pPr>
            <w:r>
              <w:rPr>
                <w:sz w:val="16"/>
                <w:lang w:eastAsia="ko-KR"/>
              </w:rPr>
              <w:t>[처방마감자료 생성] ①영업 DCM 데이터 다운로드·검증 → ②처방약호 기준 약가목록집 VLOOKUP(3단계) → ③KEY 기준 회전관리장 조직 VLOOKUP → ④N/A 건 정리·신규처 요청 메일 → ⑤재매핑 → ⑥자동 메일 발송</w:t>
            </w:r>
            <w:r>
              <w:rPr>
                <w:sz w:val="16"/>
                <w:lang w:eastAsia="ko-KR"/>
              </w:rPr>
              <w:br/>
              <w:t>[BIO 중복제외리스트] 처방마감자료 완성 후 특정 품목 파일 생성 → BIO 담당자 메일 발송</w:t>
            </w:r>
          </w:p>
        </w:tc>
        <w:tc>
          <w:tcPr>
            <w:tcW w:w="7181" w:type="dxa"/>
          </w:tcPr>
          <w:p w14:paraId="40C251C5" w14:textId="77777777" w:rsidR="00A7019A" w:rsidRDefault="00000000">
            <w:pPr>
              <w:rPr>
                <w:lang w:eastAsia="ko-KR"/>
              </w:rPr>
            </w:pPr>
            <w:r>
              <w:rPr>
                <w:sz w:val="16"/>
                <w:lang w:eastAsia="ko-KR"/>
              </w:rPr>
              <w:t>① 대용량 VLOOKUP 매핑에 최소 1시간+, PC 자원 점유로 다른 업무 병행 불가</w:t>
            </w:r>
            <w:r>
              <w:rPr>
                <w:sz w:val="16"/>
                <w:lang w:eastAsia="ko-KR"/>
              </w:rPr>
              <w:br/>
              <w:t>② 신규 거래처 반영 후 재매핑 포함 시 2시간+ 소요</w:t>
            </w:r>
            <w:r>
              <w:rPr>
                <w:sz w:val="16"/>
                <w:lang w:eastAsia="ko-KR"/>
              </w:rPr>
              <w:br/>
              <w:t>③ 처방마감·DCM 마감 동시 시 병목 발생, 양쪽 일정 지연 가능</w:t>
            </w:r>
          </w:p>
        </w:tc>
        <w:tc>
          <w:tcPr>
            <w:tcW w:w="7181" w:type="dxa"/>
          </w:tcPr>
          <w:p w14:paraId="79C7CCA1" w14:textId="77777777" w:rsidR="00A7019A" w:rsidRDefault="00000000">
            <w:pPr>
              <w:rPr>
                <w:lang w:eastAsia="ko-KR"/>
              </w:rPr>
            </w:pPr>
            <w:r>
              <w:rPr>
                <w:sz w:val="16"/>
                <w:lang w:eastAsia="ko-KR"/>
              </w:rPr>
              <w:t>처방마감자료에 영업부 조직·기준품명·단가를 자동 매핑하고, 담당자들에게 자동 메일 발송</w:t>
            </w:r>
          </w:p>
        </w:tc>
      </w:tr>
    </w:tbl>
    <w:p w14:paraId="4A081047" w14:textId="77777777" w:rsidR="00A7019A" w:rsidRDefault="00A7019A">
      <w:pPr>
        <w:rPr>
          <w:lang w:eastAsia="ko-KR"/>
        </w:rPr>
      </w:pPr>
    </w:p>
    <w:p w14:paraId="32654A1D" w14:textId="77777777" w:rsidR="00A7019A" w:rsidRDefault="00000000">
      <w:pPr>
        <w:rPr>
          <w:lang w:eastAsia="ko-KR"/>
        </w:rPr>
      </w:pPr>
      <w:r>
        <w:rPr>
          <w:b/>
          <w:color w:val="2E75B6"/>
          <w:sz w:val="16"/>
          <w:lang w:eastAsia="ko-KR"/>
        </w:rPr>
        <w:t xml:space="preserve">결과 형태: </w:t>
      </w:r>
      <w:r>
        <w:rPr>
          <w:sz w:val="16"/>
          <w:lang w:eastAsia="ko-KR"/>
        </w:rPr>
        <w:t>파일 형태: Excel, CSV, Word 등</w:t>
      </w:r>
    </w:p>
    <w:p w14:paraId="72D90310" w14:textId="77777777" w:rsidR="00A7019A" w:rsidRDefault="00A7019A">
      <w:pPr>
        <w:rPr>
          <w:lang w:eastAsia="ko-KR"/>
        </w:rPr>
      </w:pPr>
    </w:p>
    <w:p w14:paraId="0A57766D" w14:textId="77777777" w:rsidR="00A7019A" w:rsidRDefault="00000000">
      <w:pPr>
        <w:rPr>
          <w:lang w:eastAsia="ko-KR"/>
        </w:rPr>
      </w:pPr>
      <w:r>
        <w:rPr>
          <w:b/>
          <w:color w:val="2E75B6"/>
          <w:sz w:val="24"/>
          <w:lang w:eastAsia="ko-KR"/>
        </w:rPr>
        <w:t xml:space="preserve">2.7.2 </w:t>
      </w:r>
      <w:r>
        <w:rPr>
          <w:b/>
          <w:color w:val="1B3A5C"/>
          <w:sz w:val="24"/>
          <w:lang w:eastAsia="ko-KR"/>
        </w:rPr>
        <w:t>과제 선정 기준 체크리스트 평가</w:t>
      </w:r>
    </w:p>
    <w:p w14:paraId="5866DF94" w14:textId="77777777" w:rsidR="00A7019A" w:rsidRDefault="00A7019A">
      <w:pPr>
        <w:rPr>
          <w:lang w:eastAsia="ko-KR"/>
        </w:rPr>
      </w:pPr>
    </w:p>
    <w:tbl>
      <w:tblPr>
        <w:tblStyle w:val="af9"/>
        <w:tblW w:w="0" w:type="auto"/>
        <w:jc w:val="center"/>
        <w:tblLook w:val="04A0" w:firstRow="1" w:lastRow="0" w:firstColumn="1" w:lastColumn="0" w:noHBand="0" w:noVBand="1"/>
      </w:tblPr>
      <w:tblGrid>
        <w:gridCol w:w="7178"/>
        <w:gridCol w:w="7177"/>
        <w:gridCol w:w="7178"/>
      </w:tblGrid>
      <w:tr w:rsidR="00A7019A" w14:paraId="505E592E" w14:textId="77777777">
        <w:trPr>
          <w:jc w:val="center"/>
        </w:trPr>
        <w:tc>
          <w:tcPr>
            <w:tcW w:w="7181" w:type="dxa"/>
            <w:shd w:val="clear" w:color="auto" w:fill="2E75B6"/>
            <w:vAlign w:val="center"/>
          </w:tcPr>
          <w:p w14:paraId="7D9C2281" w14:textId="77777777" w:rsidR="00A7019A" w:rsidRDefault="00000000">
            <w:pPr>
              <w:jc w:val="center"/>
            </w:pPr>
            <w:r>
              <w:rPr>
                <w:b/>
                <w:color w:val="FFFFFF"/>
              </w:rPr>
              <w:t>선정 기준</w:t>
            </w:r>
          </w:p>
        </w:tc>
        <w:tc>
          <w:tcPr>
            <w:tcW w:w="7181" w:type="dxa"/>
            <w:shd w:val="clear" w:color="auto" w:fill="2E75B6"/>
            <w:vAlign w:val="center"/>
          </w:tcPr>
          <w:p w14:paraId="69E4A4B9" w14:textId="77777777" w:rsidR="00A7019A" w:rsidRDefault="00000000">
            <w:pPr>
              <w:jc w:val="center"/>
            </w:pPr>
            <w:r>
              <w:rPr>
                <w:b/>
                <w:color w:val="FFFFFF"/>
              </w:rPr>
              <w:t>판정</w:t>
            </w:r>
          </w:p>
        </w:tc>
        <w:tc>
          <w:tcPr>
            <w:tcW w:w="7181" w:type="dxa"/>
            <w:shd w:val="clear" w:color="auto" w:fill="2E75B6"/>
            <w:vAlign w:val="center"/>
          </w:tcPr>
          <w:p w14:paraId="039042C6" w14:textId="77777777" w:rsidR="00A7019A" w:rsidRDefault="00000000">
            <w:pPr>
              <w:jc w:val="center"/>
            </w:pPr>
            <w:r>
              <w:rPr>
                <w:b/>
                <w:color w:val="FFFFFF"/>
              </w:rPr>
              <w:t>평가 내용</w:t>
            </w:r>
          </w:p>
        </w:tc>
      </w:tr>
      <w:tr w:rsidR="00A7019A" w14:paraId="40719E7F" w14:textId="77777777">
        <w:trPr>
          <w:jc w:val="center"/>
        </w:trPr>
        <w:tc>
          <w:tcPr>
            <w:tcW w:w="7181" w:type="dxa"/>
            <w:vAlign w:val="center"/>
          </w:tcPr>
          <w:p w14:paraId="4E901CD7" w14:textId="77777777" w:rsidR="00A7019A" w:rsidRDefault="00000000">
            <w:pPr>
              <w:rPr>
                <w:lang w:eastAsia="ko-KR"/>
              </w:rPr>
            </w:pPr>
            <w:r>
              <w:rPr>
                <w:b/>
                <w:sz w:val="16"/>
                <w:lang w:eastAsia="ko-KR"/>
              </w:rPr>
              <w:t>① 업무 규칙·요구사항 명확성</w:t>
            </w:r>
          </w:p>
        </w:tc>
        <w:tc>
          <w:tcPr>
            <w:tcW w:w="7181" w:type="dxa"/>
            <w:shd w:val="clear" w:color="auto" w:fill="E2EFDA"/>
            <w:vAlign w:val="center"/>
          </w:tcPr>
          <w:p w14:paraId="09AF49DD" w14:textId="77777777" w:rsidR="00A7019A" w:rsidRDefault="00000000">
            <w:pPr>
              <w:jc w:val="center"/>
            </w:pPr>
            <w:r>
              <w:rPr>
                <w:b/>
              </w:rPr>
              <w:t>✓ 매우 명확</w:t>
            </w:r>
          </w:p>
        </w:tc>
        <w:tc>
          <w:tcPr>
            <w:tcW w:w="7181" w:type="dxa"/>
          </w:tcPr>
          <w:p w14:paraId="24B14A06" w14:textId="77777777" w:rsidR="00A7019A" w:rsidRDefault="00000000">
            <w:pPr>
              <w:rPr>
                <w:lang w:eastAsia="ko-KR"/>
              </w:rPr>
            </w:pPr>
            <w:r>
              <w:rPr>
                <w:sz w:val="16"/>
                <w:lang w:eastAsia="ko-KR"/>
              </w:rPr>
              <w:t>6단계 프로세스가 상세하게 기술됨. VLOOKUP 3단계, KEY 기준 매핑, 메일 발송까지 모두 명확.</w:t>
            </w:r>
          </w:p>
        </w:tc>
      </w:tr>
      <w:tr w:rsidR="00A7019A" w14:paraId="78E20D6F" w14:textId="77777777">
        <w:trPr>
          <w:jc w:val="center"/>
        </w:trPr>
        <w:tc>
          <w:tcPr>
            <w:tcW w:w="7181" w:type="dxa"/>
            <w:vAlign w:val="center"/>
          </w:tcPr>
          <w:p w14:paraId="61DA5191" w14:textId="77777777" w:rsidR="00A7019A" w:rsidRDefault="00000000">
            <w:r>
              <w:rPr>
                <w:b/>
                <w:sz w:val="16"/>
              </w:rPr>
              <w:t>② 현업 참여 의지</w:t>
            </w:r>
          </w:p>
        </w:tc>
        <w:tc>
          <w:tcPr>
            <w:tcW w:w="7181" w:type="dxa"/>
            <w:shd w:val="clear" w:color="auto" w:fill="FFF2CC"/>
            <w:vAlign w:val="center"/>
          </w:tcPr>
          <w:p w14:paraId="0F7802F1" w14:textId="77777777" w:rsidR="00A7019A" w:rsidRDefault="00000000">
            <w:pPr>
              <w:jc w:val="center"/>
            </w:pPr>
            <w:r>
              <w:rPr>
                <w:b/>
              </w:rPr>
              <w:t>△ 제한적</w:t>
            </w:r>
          </w:p>
        </w:tc>
        <w:tc>
          <w:tcPr>
            <w:tcW w:w="7181" w:type="dxa"/>
          </w:tcPr>
          <w:p w14:paraId="0A15942C" w14:textId="77777777" w:rsidR="00A7019A" w:rsidRDefault="00000000">
            <w:pPr>
              <w:rPr>
                <w:lang w:eastAsia="ko-KR"/>
              </w:rPr>
            </w:pPr>
            <w:r>
              <w:rPr>
                <w:sz w:val="16"/>
                <w:lang w:eastAsia="ko-KR"/>
              </w:rPr>
              <w:t>하루 2~3시간, 제한적 참여. 월 1회 업무이므로 집중 기간 조율 가능성은 있음.</w:t>
            </w:r>
          </w:p>
        </w:tc>
      </w:tr>
      <w:tr w:rsidR="00A7019A" w14:paraId="3A2B1AF6" w14:textId="77777777">
        <w:trPr>
          <w:jc w:val="center"/>
        </w:trPr>
        <w:tc>
          <w:tcPr>
            <w:tcW w:w="7181" w:type="dxa"/>
            <w:vAlign w:val="center"/>
          </w:tcPr>
          <w:p w14:paraId="132A5709" w14:textId="77777777" w:rsidR="00A7019A" w:rsidRDefault="00000000">
            <w:r>
              <w:rPr>
                <w:b/>
                <w:sz w:val="16"/>
              </w:rPr>
              <w:t>③ 데이터 디지털화</w:t>
            </w:r>
          </w:p>
        </w:tc>
        <w:tc>
          <w:tcPr>
            <w:tcW w:w="7181" w:type="dxa"/>
            <w:shd w:val="clear" w:color="auto" w:fill="E2EFDA"/>
            <w:vAlign w:val="center"/>
          </w:tcPr>
          <w:p w14:paraId="5A59A38C" w14:textId="77777777" w:rsidR="00A7019A" w:rsidRDefault="00000000">
            <w:pPr>
              <w:jc w:val="center"/>
            </w:pPr>
            <w:r>
              <w:rPr>
                <w:b/>
              </w:rPr>
              <w:t>✓ 즉시 가능</w:t>
            </w:r>
          </w:p>
        </w:tc>
        <w:tc>
          <w:tcPr>
            <w:tcW w:w="7181" w:type="dxa"/>
          </w:tcPr>
          <w:p w14:paraId="3BE4234D" w14:textId="77777777" w:rsidR="00A7019A" w:rsidRDefault="00000000">
            <w:pPr>
              <w:rPr>
                <w:lang w:eastAsia="ko-KR"/>
              </w:rPr>
            </w:pPr>
            <w:r>
              <w:rPr>
                <w:sz w:val="16"/>
                <w:lang w:eastAsia="ko-KR"/>
              </w:rPr>
              <w:t>Excel/CSV, 사내 시스템 데이터. 25만행+ 대용량. 즉시 제공 가능.</w:t>
            </w:r>
          </w:p>
        </w:tc>
      </w:tr>
      <w:tr w:rsidR="00A7019A" w14:paraId="44909140" w14:textId="77777777">
        <w:trPr>
          <w:jc w:val="center"/>
        </w:trPr>
        <w:tc>
          <w:tcPr>
            <w:tcW w:w="7181" w:type="dxa"/>
            <w:vAlign w:val="center"/>
          </w:tcPr>
          <w:p w14:paraId="22B62EFA" w14:textId="77777777" w:rsidR="00A7019A" w:rsidRDefault="00000000">
            <w:pPr>
              <w:rPr>
                <w:lang w:eastAsia="ko-KR"/>
              </w:rPr>
            </w:pPr>
            <w:r>
              <w:rPr>
                <w:b/>
                <w:sz w:val="16"/>
                <w:lang w:eastAsia="ko-KR"/>
              </w:rPr>
              <w:t>④ 예상 AI Tool·인프라</w:t>
            </w:r>
          </w:p>
        </w:tc>
        <w:tc>
          <w:tcPr>
            <w:tcW w:w="7181" w:type="dxa"/>
            <w:shd w:val="clear" w:color="auto" w:fill="FFF2CC"/>
            <w:vAlign w:val="center"/>
          </w:tcPr>
          <w:p w14:paraId="4234FDF8" w14:textId="77777777" w:rsidR="00A7019A" w:rsidRDefault="00000000">
            <w:pPr>
              <w:jc w:val="center"/>
            </w:pPr>
            <w:r>
              <w:rPr>
                <w:b/>
              </w:rPr>
              <w:t>해당</w:t>
            </w:r>
          </w:p>
        </w:tc>
        <w:tc>
          <w:tcPr>
            <w:tcW w:w="7181" w:type="dxa"/>
          </w:tcPr>
          <w:p w14:paraId="05FFE212" w14:textId="77777777" w:rsidR="00A7019A" w:rsidRDefault="00000000">
            <w:pPr>
              <w:rPr>
                <w:lang w:eastAsia="ko-KR"/>
              </w:rPr>
            </w:pPr>
            <w:r>
              <w:rPr>
                <w:sz w:val="16"/>
                <w:lang w:eastAsia="ko-KR"/>
              </w:rPr>
              <w:t>☑ 노코드 워크플로우 n8n (데이터 매핑·메일 발송)</w:t>
            </w:r>
            <w:r>
              <w:rPr>
                <w:sz w:val="16"/>
                <w:lang w:eastAsia="ko-KR"/>
              </w:rPr>
              <w:br/>
              <w:t>※ AI보다 RPA/자동화 성격이 강함, 대용량 처리 서버 필요 가능</w:t>
            </w:r>
          </w:p>
        </w:tc>
      </w:tr>
      <w:tr w:rsidR="00A7019A" w14:paraId="14D2CCB5" w14:textId="77777777">
        <w:trPr>
          <w:jc w:val="center"/>
        </w:trPr>
        <w:tc>
          <w:tcPr>
            <w:tcW w:w="7181" w:type="dxa"/>
            <w:vAlign w:val="center"/>
          </w:tcPr>
          <w:p w14:paraId="79210D60" w14:textId="77777777" w:rsidR="00A7019A" w:rsidRDefault="00000000">
            <w:r>
              <w:rPr>
                <w:b/>
                <w:sz w:val="16"/>
              </w:rPr>
              <w:t>⑤ 목표 달성 기준</w:t>
            </w:r>
          </w:p>
        </w:tc>
        <w:tc>
          <w:tcPr>
            <w:tcW w:w="7181" w:type="dxa"/>
            <w:shd w:val="clear" w:color="auto" w:fill="E2EFDA"/>
            <w:vAlign w:val="center"/>
          </w:tcPr>
          <w:p w14:paraId="040B26DF" w14:textId="77777777" w:rsidR="00A7019A" w:rsidRDefault="00000000">
            <w:pPr>
              <w:jc w:val="center"/>
            </w:pPr>
            <w:r>
              <w:rPr>
                <w:b/>
              </w:rPr>
              <w:t>✓ 명확</w:t>
            </w:r>
          </w:p>
        </w:tc>
        <w:tc>
          <w:tcPr>
            <w:tcW w:w="7181" w:type="dxa"/>
          </w:tcPr>
          <w:p w14:paraId="3ADEEA64" w14:textId="77777777" w:rsidR="00A7019A" w:rsidRDefault="00000000">
            <w:pPr>
              <w:rPr>
                <w:lang w:eastAsia="ko-KR"/>
              </w:rPr>
            </w:pPr>
            <w:r>
              <w:rPr>
                <w:sz w:val="16"/>
                <w:lang w:eastAsia="ko-KR"/>
              </w:rPr>
              <w:t>월 4시간+ → 자동 매핑·메일 발송 단축, VLOOKUP 1시간+ → 수분 이내</w:t>
            </w:r>
          </w:p>
        </w:tc>
      </w:tr>
      <w:tr w:rsidR="00A7019A" w14:paraId="222F5F59" w14:textId="77777777">
        <w:trPr>
          <w:jc w:val="center"/>
        </w:trPr>
        <w:tc>
          <w:tcPr>
            <w:tcW w:w="7181" w:type="dxa"/>
            <w:vAlign w:val="center"/>
          </w:tcPr>
          <w:p w14:paraId="7603EF14" w14:textId="77777777" w:rsidR="00A7019A" w:rsidRDefault="00000000">
            <w:r>
              <w:rPr>
                <w:b/>
                <w:sz w:val="16"/>
              </w:rPr>
              <w:t>⑥ 예상 효과</w:t>
            </w:r>
          </w:p>
        </w:tc>
        <w:tc>
          <w:tcPr>
            <w:tcW w:w="7181" w:type="dxa"/>
            <w:shd w:val="clear" w:color="auto" w:fill="E2EFDA"/>
            <w:vAlign w:val="center"/>
          </w:tcPr>
          <w:p w14:paraId="0FF7BC5E" w14:textId="77777777" w:rsidR="00A7019A" w:rsidRDefault="00000000">
            <w:pPr>
              <w:jc w:val="center"/>
            </w:pPr>
            <w:r>
              <w:rPr>
                <w:b/>
              </w:rPr>
              <w:t>높음</w:t>
            </w:r>
          </w:p>
        </w:tc>
        <w:tc>
          <w:tcPr>
            <w:tcW w:w="7181" w:type="dxa"/>
          </w:tcPr>
          <w:p w14:paraId="2E021D6B" w14:textId="77777777" w:rsidR="00A7019A" w:rsidRDefault="00000000">
            <w:pPr>
              <w:rPr>
                <w:lang w:eastAsia="ko-KR"/>
              </w:rPr>
            </w:pPr>
            <w:r>
              <w:rPr>
                <w:sz w:val="16"/>
                <w:lang w:eastAsia="ko-KR"/>
              </w:rPr>
              <w:t>[정량] 월 4시간+ 절감, 매핑 시간 90%+ 단축, PC 자원 점유 해소</w:t>
            </w:r>
            <w:r>
              <w:rPr>
                <w:sz w:val="16"/>
                <w:lang w:eastAsia="ko-KR"/>
              </w:rPr>
              <w:br/>
              <w:t>[정성] 처방마감 정확성 확보, 마감 병목 해소, 재작업 최소화</w:t>
            </w:r>
          </w:p>
        </w:tc>
      </w:tr>
      <w:tr w:rsidR="00A7019A" w14:paraId="3976A866" w14:textId="77777777">
        <w:trPr>
          <w:jc w:val="center"/>
        </w:trPr>
        <w:tc>
          <w:tcPr>
            <w:tcW w:w="7181" w:type="dxa"/>
            <w:vAlign w:val="center"/>
          </w:tcPr>
          <w:p w14:paraId="0E69AC22" w14:textId="77777777" w:rsidR="00A7019A" w:rsidRDefault="00000000">
            <w:r>
              <w:rPr>
                <w:b/>
                <w:sz w:val="16"/>
              </w:rPr>
              <w:t>⑦ 리스크·제약사항</w:t>
            </w:r>
          </w:p>
        </w:tc>
        <w:tc>
          <w:tcPr>
            <w:tcW w:w="7181" w:type="dxa"/>
            <w:shd w:val="clear" w:color="auto" w:fill="FFF2CC"/>
            <w:vAlign w:val="center"/>
          </w:tcPr>
          <w:p w14:paraId="06FD3CD1" w14:textId="77777777" w:rsidR="00A7019A" w:rsidRDefault="00000000">
            <w:pPr>
              <w:jc w:val="center"/>
            </w:pPr>
            <w:r>
              <w:rPr>
                <w:b/>
              </w:rPr>
              <w:t>△ 일부</w:t>
            </w:r>
          </w:p>
        </w:tc>
        <w:tc>
          <w:tcPr>
            <w:tcW w:w="7181" w:type="dxa"/>
          </w:tcPr>
          <w:p w14:paraId="3C12D4B3" w14:textId="77777777" w:rsidR="00A7019A" w:rsidRDefault="00000000">
            <w:pPr>
              <w:rPr>
                <w:lang w:eastAsia="ko-KR"/>
              </w:rPr>
            </w:pPr>
            <w:r>
              <w:rPr>
                <w:sz w:val="16"/>
                <w:lang w:eastAsia="ko-KR"/>
              </w:rPr>
              <w:t>☑ 개인정보 규제: MR 사번 포함</w:t>
            </w:r>
            <w:r>
              <w:rPr>
                <w:sz w:val="16"/>
                <w:lang w:eastAsia="ko-KR"/>
              </w:rPr>
              <w:br/>
              <w:t>☑ 사내 시스템 연동: DCM, 약가목록집, 회전관리장 접근 필요</w:t>
            </w:r>
            <w:r>
              <w:rPr>
                <w:sz w:val="16"/>
                <w:lang w:eastAsia="ko-KR"/>
              </w:rPr>
              <w:br/>
              <w:t>☐ 참여 시간 제한(2~3시간) 일정 지연 가능</w:t>
            </w:r>
          </w:p>
        </w:tc>
      </w:tr>
    </w:tbl>
    <w:p w14:paraId="182734F0" w14:textId="77777777" w:rsidR="00A7019A" w:rsidRDefault="00000000">
      <w:pPr>
        <w:rPr>
          <w:lang w:eastAsia="ko-KR"/>
        </w:rPr>
      </w:pPr>
      <w:r>
        <w:rPr>
          <w:lang w:eastAsia="ko-KR"/>
        </w:rPr>
        <w:br w:type="page"/>
      </w:r>
    </w:p>
    <w:p w14:paraId="33269389" w14:textId="77777777" w:rsidR="00A7019A" w:rsidRDefault="00000000">
      <w:pPr>
        <w:rPr>
          <w:lang w:eastAsia="ko-KR"/>
        </w:rPr>
      </w:pPr>
      <w:r>
        <w:rPr>
          <w:b/>
          <w:color w:val="2E75B6"/>
          <w:sz w:val="40"/>
          <w:lang w:eastAsia="ko-KR"/>
        </w:rPr>
        <w:lastRenderedPageBreak/>
        <w:t>2.8</w:t>
      </w:r>
      <w:r>
        <w:rPr>
          <w:b/>
          <w:color w:val="1B3A5C"/>
          <w:sz w:val="40"/>
          <w:lang w:eastAsia="ko-KR"/>
        </w:rPr>
        <w:t xml:space="preserve">  매출 대시보드 제작 (통합 데이터 시각화)</w:t>
      </w:r>
    </w:p>
    <w:p w14:paraId="69F6B905" w14:textId="77777777" w:rsidR="00A7019A" w:rsidRDefault="00000000">
      <w:pPr>
        <w:rPr>
          <w:lang w:eastAsia="ko-KR"/>
        </w:rPr>
      </w:pPr>
      <w:r>
        <w:rPr>
          <w:b/>
          <w:color w:val="2E75B6"/>
          <w:sz w:val="24"/>
          <w:lang w:eastAsia="ko-KR"/>
        </w:rPr>
        <w:t xml:space="preserve">2.8.1 </w:t>
      </w:r>
      <w:r>
        <w:rPr>
          <w:b/>
          <w:color w:val="1B3A5C"/>
          <w:sz w:val="24"/>
          <w:lang w:eastAsia="ko-KR"/>
        </w:rPr>
        <w:t>과제 기본정보 · 현재 업무 · 희망 결과</w:t>
      </w:r>
    </w:p>
    <w:p w14:paraId="3924F53F" w14:textId="77777777" w:rsidR="00A7019A" w:rsidRDefault="00A7019A">
      <w:pPr>
        <w:rPr>
          <w:lang w:eastAsia="ko-KR"/>
        </w:rPr>
      </w:pPr>
    </w:p>
    <w:tbl>
      <w:tblPr>
        <w:tblStyle w:val="af9"/>
        <w:tblW w:w="0" w:type="auto"/>
        <w:jc w:val="center"/>
        <w:tblLook w:val="04A0" w:firstRow="1" w:lastRow="0" w:firstColumn="1" w:lastColumn="0" w:noHBand="0" w:noVBand="1"/>
      </w:tblPr>
      <w:tblGrid>
        <w:gridCol w:w="5384"/>
        <w:gridCol w:w="5383"/>
        <w:gridCol w:w="5383"/>
        <w:gridCol w:w="5383"/>
      </w:tblGrid>
      <w:tr w:rsidR="00A7019A" w14:paraId="101B3F5B" w14:textId="77777777">
        <w:trPr>
          <w:jc w:val="center"/>
        </w:trPr>
        <w:tc>
          <w:tcPr>
            <w:tcW w:w="5386" w:type="dxa"/>
            <w:shd w:val="clear" w:color="auto" w:fill="D6E4F0"/>
            <w:vAlign w:val="center"/>
          </w:tcPr>
          <w:p w14:paraId="59E13219" w14:textId="77777777" w:rsidR="00A7019A" w:rsidRDefault="00000000">
            <w:r>
              <w:rPr>
                <w:b/>
                <w:sz w:val="16"/>
              </w:rPr>
              <w:t>소속</w:t>
            </w:r>
          </w:p>
        </w:tc>
        <w:tc>
          <w:tcPr>
            <w:tcW w:w="5386" w:type="dxa"/>
            <w:vAlign w:val="center"/>
          </w:tcPr>
          <w:p w14:paraId="2F4BDC79" w14:textId="77777777" w:rsidR="00A7019A" w:rsidRDefault="00000000">
            <w:pPr>
              <w:rPr>
                <w:lang w:eastAsia="ko-KR"/>
              </w:rPr>
            </w:pPr>
            <w:r>
              <w:rPr>
                <w:sz w:val="16"/>
                <w:lang w:eastAsia="ko-KR"/>
              </w:rPr>
              <w:t>디엔컴퍼니 재무기획실 전략기획팀</w:t>
            </w:r>
          </w:p>
        </w:tc>
        <w:tc>
          <w:tcPr>
            <w:tcW w:w="5386" w:type="dxa"/>
            <w:shd w:val="clear" w:color="auto" w:fill="D6E4F0"/>
            <w:vAlign w:val="center"/>
          </w:tcPr>
          <w:p w14:paraId="0C55DD4F" w14:textId="77777777" w:rsidR="00A7019A" w:rsidRDefault="00000000">
            <w:r>
              <w:rPr>
                <w:b/>
                <w:sz w:val="16"/>
              </w:rPr>
              <w:t>신청자 / 사번</w:t>
            </w:r>
          </w:p>
        </w:tc>
        <w:tc>
          <w:tcPr>
            <w:tcW w:w="5386" w:type="dxa"/>
            <w:vAlign w:val="center"/>
          </w:tcPr>
          <w:p w14:paraId="5517E0E3" w14:textId="77777777" w:rsidR="00A7019A" w:rsidRDefault="00000000">
            <w:r>
              <w:rPr>
                <w:sz w:val="16"/>
              </w:rPr>
              <w:t>백송이 / 2500685</w:t>
            </w:r>
          </w:p>
        </w:tc>
      </w:tr>
      <w:tr w:rsidR="00A7019A" w14:paraId="67197B13" w14:textId="77777777">
        <w:trPr>
          <w:jc w:val="center"/>
        </w:trPr>
        <w:tc>
          <w:tcPr>
            <w:tcW w:w="5386" w:type="dxa"/>
            <w:shd w:val="clear" w:color="auto" w:fill="D6E4F0"/>
            <w:vAlign w:val="center"/>
          </w:tcPr>
          <w:p w14:paraId="005A4634" w14:textId="77777777" w:rsidR="00A7019A" w:rsidRDefault="00000000">
            <w:r>
              <w:rPr>
                <w:b/>
                <w:sz w:val="16"/>
              </w:rPr>
              <w:t>접수일</w:t>
            </w:r>
          </w:p>
        </w:tc>
        <w:tc>
          <w:tcPr>
            <w:tcW w:w="5386" w:type="dxa"/>
            <w:vAlign w:val="center"/>
          </w:tcPr>
          <w:p w14:paraId="2243D896" w14:textId="77777777" w:rsidR="00A7019A" w:rsidRDefault="00000000">
            <w:r>
              <w:rPr>
                <w:sz w:val="16"/>
              </w:rPr>
              <w:t>2026.02.20</w:t>
            </w:r>
          </w:p>
        </w:tc>
        <w:tc>
          <w:tcPr>
            <w:tcW w:w="5386" w:type="dxa"/>
            <w:shd w:val="clear" w:color="auto" w:fill="D6E4F0"/>
            <w:vAlign w:val="center"/>
          </w:tcPr>
          <w:p w14:paraId="1FD8C5F7" w14:textId="77777777" w:rsidR="00A7019A" w:rsidRDefault="00000000">
            <w:r>
              <w:rPr>
                <w:b/>
                <w:sz w:val="16"/>
              </w:rPr>
              <w:t>참여 가능 시간</w:t>
            </w:r>
          </w:p>
        </w:tc>
        <w:tc>
          <w:tcPr>
            <w:tcW w:w="5386" w:type="dxa"/>
            <w:vAlign w:val="center"/>
          </w:tcPr>
          <w:p w14:paraId="5A2F63EE" w14:textId="77777777" w:rsidR="00A7019A" w:rsidRDefault="00000000">
            <w:pPr>
              <w:rPr>
                <w:lang w:eastAsia="ko-KR"/>
              </w:rPr>
            </w:pPr>
            <w:r>
              <w:rPr>
                <w:sz w:val="16"/>
                <w:lang w:eastAsia="ko-KR"/>
              </w:rPr>
              <w:t>하루 4시간 이상 (적극 참여)</w:t>
            </w:r>
          </w:p>
        </w:tc>
      </w:tr>
      <w:tr w:rsidR="00A7019A" w14:paraId="08A2DE93" w14:textId="77777777">
        <w:trPr>
          <w:jc w:val="center"/>
        </w:trPr>
        <w:tc>
          <w:tcPr>
            <w:tcW w:w="5386" w:type="dxa"/>
            <w:shd w:val="clear" w:color="auto" w:fill="D6E4F0"/>
            <w:vAlign w:val="center"/>
          </w:tcPr>
          <w:p w14:paraId="57936B08" w14:textId="77777777" w:rsidR="00A7019A" w:rsidRDefault="00000000">
            <w:r>
              <w:rPr>
                <w:b/>
                <w:sz w:val="16"/>
              </w:rPr>
              <w:t>현재 업무 소요시간</w:t>
            </w:r>
          </w:p>
        </w:tc>
        <w:tc>
          <w:tcPr>
            <w:tcW w:w="5386" w:type="dxa"/>
            <w:vAlign w:val="center"/>
          </w:tcPr>
          <w:p w14:paraId="4D7DF7A9" w14:textId="77777777" w:rsidR="00A7019A" w:rsidRDefault="00000000">
            <w:r>
              <w:rPr>
                <w:sz w:val="16"/>
              </w:rPr>
              <w:t>주 약 12시간, 일 평균 2.5시간</w:t>
            </w:r>
          </w:p>
        </w:tc>
        <w:tc>
          <w:tcPr>
            <w:tcW w:w="5386" w:type="dxa"/>
            <w:shd w:val="clear" w:color="auto" w:fill="D6E4F0"/>
            <w:vAlign w:val="center"/>
          </w:tcPr>
          <w:p w14:paraId="7492DB7E" w14:textId="77777777" w:rsidR="00A7019A" w:rsidRDefault="00000000">
            <w:r>
              <w:rPr>
                <w:b/>
                <w:sz w:val="16"/>
              </w:rPr>
              <w:t>협업 부서</w:t>
            </w:r>
          </w:p>
        </w:tc>
        <w:tc>
          <w:tcPr>
            <w:tcW w:w="5386" w:type="dxa"/>
            <w:vAlign w:val="center"/>
          </w:tcPr>
          <w:p w14:paraId="40FB6D74" w14:textId="77777777" w:rsidR="00A7019A" w:rsidRDefault="00000000">
            <w:pPr>
              <w:rPr>
                <w:lang w:eastAsia="ko-KR"/>
              </w:rPr>
            </w:pPr>
            <w:r>
              <w:rPr>
                <w:sz w:val="16"/>
                <w:lang w:eastAsia="ko-KR"/>
              </w:rPr>
              <w:t>영업부, ME팀 등 다부서</w:t>
            </w:r>
          </w:p>
        </w:tc>
      </w:tr>
      <w:tr w:rsidR="00A7019A" w14:paraId="0F85534B" w14:textId="77777777">
        <w:trPr>
          <w:jc w:val="center"/>
        </w:trPr>
        <w:tc>
          <w:tcPr>
            <w:tcW w:w="5386" w:type="dxa"/>
            <w:shd w:val="clear" w:color="auto" w:fill="D6E4F0"/>
            <w:vAlign w:val="center"/>
          </w:tcPr>
          <w:p w14:paraId="6B41624D" w14:textId="77777777" w:rsidR="00A7019A" w:rsidRDefault="00000000">
            <w:r>
              <w:rPr>
                <w:b/>
                <w:sz w:val="16"/>
              </w:rPr>
              <w:t>데이터 형태</w:t>
            </w:r>
          </w:p>
        </w:tc>
        <w:tc>
          <w:tcPr>
            <w:tcW w:w="5386" w:type="dxa"/>
            <w:vAlign w:val="center"/>
          </w:tcPr>
          <w:p w14:paraId="466506F4" w14:textId="77777777" w:rsidR="00A7019A" w:rsidRDefault="00000000">
            <w:r>
              <w:rPr>
                <w:sz w:val="16"/>
              </w:rPr>
              <w:t>Excel / CSV</w:t>
            </w:r>
          </w:p>
        </w:tc>
        <w:tc>
          <w:tcPr>
            <w:tcW w:w="5386" w:type="dxa"/>
            <w:shd w:val="clear" w:color="auto" w:fill="D6E4F0"/>
            <w:vAlign w:val="center"/>
          </w:tcPr>
          <w:p w14:paraId="2CC89688" w14:textId="77777777" w:rsidR="00A7019A" w:rsidRDefault="00000000">
            <w:r>
              <w:rPr>
                <w:b/>
                <w:sz w:val="16"/>
              </w:rPr>
              <w:t>데이터 준비 상태</w:t>
            </w:r>
          </w:p>
        </w:tc>
        <w:tc>
          <w:tcPr>
            <w:tcW w:w="5386" w:type="dxa"/>
            <w:vAlign w:val="center"/>
          </w:tcPr>
          <w:p w14:paraId="2643BBB8" w14:textId="77777777" w:rsidR="00A7019A" w:rsidRDefault="00000000">
            <w:pPr>
              <w:rPr>
                <w:lang w:eastAsia="ko-KR"/>
              </w:rPr>
            </w:pPr>
            <w:r>
              <w:rPr>
                <w:sz w:val="16"/>
                <w:lang w:eastAsia="ko-KR"/>
              </w:rPr>
              <w:t>예 (과제 선발 후 샘플 데이터 즉시 제공 가능)</w:t>
            </w:r>
          </w:p>
        </w:tc>
      </w:tr>
      <w:tr w:rsidR="00A7019A" w14:paraId="3E5B147F" w14:textId="77777777">
        <w:trPr>
          <w:jc w:val="center"/>
        </w:trPr>
        <w:tc>
          <w:tcPr>
            <w:tcW w:w="5386" w:type="dxa"/>
            <w:shd w:val="clear" w:color="auto" w:fill="D6E4F0"/>
            <w:vAlign w:val="center"/>
          </w:tcPr>
          <w:p w14:paraId="08D928BC" w14:textId="77777777" w:rsidR="00A7019A" w:rsidRDefault="00000000">
            <w:r>
              <w:rPr>
                <w:b/>
                <w:sz w:val="16"/>
              </w:rPr>
              <w:t>데이터 처리 규모</w:t>
            </w:r>
          </w:p>
        </w:tc>
        <w:tc>
          <w:tcPr>
            <w:tcW w:w="5386" w:type="dxa"/>
            <w:vAlign w:val="center"/>
          </w:tcPr>
          <w:p w14:paraId="0DFC6886" w14:textId="77777777" w:rsidR="00A7019A" w:rsidRDefault="00000000">
            <w:r>
              <w:rPr>
                <w:sz w:val="16"/>
              </w:rPr>
              <w:t>다부서 데이터 통합</w:t>
            </w:r>
          </w:p>
        </w:tc>
        <w:tc>
          <w:tcPr>
            <w:tcW w:w="5386" w:type="dxa"/>
            <w:shd w:val="clear" w:color="auto" w:fill="D6E4F0"/>
            <w:vAlign w:val="center"/>
          </w:tcPr>
          <w:p w14:paraId="2742A74F" w14:textId="77777777" w:rsidR="00A7019A" w:rsidRDefault="00000000">
            <w:r>
              <w:rPr>
                <w:b/>
                <w:sz w:val="16"/>
              </w:rPr>
              <w:t>개인정보 포함</w:t>
            </w:r>
          </w:p>
        </w:tc>
        <w:tc>
          <w:tcPr>
            <w:tcW w:w="5386" w:type="dxa"/>
            <w:vAlign w:val="center"/>
          </w:tcPr>
          <w:p w14:paraId="4319583E" w14:textId="77777777" w:rsidR="00A7019A" w:rsidRDefault="00000000">
            <w:r>
              <w:rPr>
                <w:sz w:val="16"/>
              </w:rPr>
              <w:t>미포함</w:t>
            </w:r>
          </w:p>
        </w:tc>
      </w:tr>
    </w:tbl>
    <w:p w14:paraId="472E1B09" w14:textId="77777777" w:rsidR="00A7019A" w:rsidRDefault="00A7019A"/>
    <w:tbl>
      <w:tblPr>
        <w:tblStyle w:val="af9"/>
        <w:tblW w:w="0" w:type="auto"/>
        <w:jc w:val="center"/>
        <w:tblLook w:val="04A0" w:firstRow="1" w:lastRow="0" w:firstColumn="1" w:lastColumn="0" w:noHBand="0" w:noVBand="1"/>
      </w:tblPr>
      <w:tblGrid>
        <w:gridCol w:w="7177"/>
        <w:gridCol w:w="7178"/>
        <w:gridCol w:w="7178"/>
      </w:tblGrid>
      <w:tr w:rsidR="00A7019A" w14:paraId="32CE11ED" w14:textId="77777777">
        <w:trPr>
          <w:jc w:val="center"/>
        </w:trPr>
        <w:tc>
          <w:tcPr>
            <w:tcW w:w="7181" w:type="dxa"/>
            <w:shd w:val="clear" w:color="auto" w:fill="2E75B6"/>
            <w:vAlign w:val="center"/>
          </w:tcPr>
          <w:p w14:paraId="4ED00C60" w14:textId="77777777" w:rsidR="00A7019A" w:rsidRDefault="00000000">
            <w:pPr>
              <w:jc w:val="center"/>
            </w:pPr>
            <w:r>
              <w:rPr>
                <w:b/>
                <w:color w:val="FFFFFF"/>
              </w:rPr>
              <w:t>As-Is : 현재 업무</w:t>
            </w:r>
          </w:p>
        </w:tc>
        <w:tc>
          <w:tcPr>
            <w:tcW w:w="7181" w:type="dxa"/>
            <w:shd w:val="clear" w:color="auto" w:fill="2E75B6"/>
            <w:vAlign w:val="center"/>
          </w:tcPr>
          <w:p w14:paraId="1E778C21" w14:textId="77777777" w:rsidR="00A7019A" w:rsidRDefault="00000000">
            <w:pPr>
              <w:jc w:val="center"/>
            </w:pPr>
            <w:r>
              <w:rPr>
                <w:b/>
                <w:color w:val="FFFFFF"/>
              </w:rPr>
              <w:t>Pain Point : 문제점</w:t>
            </w:r>
          </w:p>
        </w:tc>
        <w:tc>
          <w:tcPr>
            <w:tcW w:w="7181" w:type="dxa"/>
            <w:shd w:val="clear" w:color="auto" w:fill="2E75B6"/>
            <w:vAlign w:val="center"/>
          </w:tcPr>
          <w:p w14:paraId="6B478BE0" w14:textId="77777777" w:rsidR="00A7019A" w:rsidRDefault="00000000">
            <w:pPr>
              <w:jc w:val="center"/>
            </w:pPr>
            <w:r>
              <w:rPr>
                <w:b/>
                <w:color w:val="FFFFFF"/>
              </w:rPr>
              <w:t>To-Be : 희망 결과</w:t>
            </w:r>
          </w:p>
        </w:tc>
      </w:tr>
      <w:tr w:rsidR="00A7019A" w14:paraId="3A56D85F" w14:textId="77777777">
        <w:trPr>
          <w:jc w:val="center"/>
        </w:trPr>
        <w:tc>
          <w:tcPr>
            <w:tcW w:w="7181" w:type="dxa"/>
          </w:tcPr>
          <w:p w14:paraId="26928D30" w14:textId="77777777" w:rsidR="00A7019A" w:rsidRDefault="00000000">
            <w:pPr>
              <w:rPr>
                <w:lang w:eastAsia="ko-KR"/>
              </w:rPr>
            </w:pPr>
            <w:r>
              <w:rPr>
                <w:sz w:val="16"/>
                <w:lang w:eastAsia="ko-KR"/>
              </w:rPr>
              <w:t>매출·마케팅 관련 자료를 영업부, ME팀, 전략기획팀에서 개별 관리 중.</w:t>
            </w:r>
            <w:r>
              <w:rPr>
                <w:sz w:val="16"/>
                <w:lang w:eastAsia="ko-KR"/>
              </w:rPr>
              <w:br/>
              <w:t>조직별 관리 목적·포맷이 상이하여 통합 대시보드 구조가 없는 상태.</w:t>
            </w:r>
            <w:r>
              <w:rPr>
                <w:sz w:val="16"/>
                <w:lang w:eastAsia="ko-KR"/>
              </w:rPr>
              <w:br/>
              <w:t>각 팀 자료 개별 수령 후 매월 재정렬·재가공하여 차트·테이블 생성.</w:t>
            </w:r>
          </w:p>
        </w:tc>
        <w:tc>
          <w:tcPr>
            <w:tcW w:w="7181" w:type="dxa"/>
          </w:tcPr>
          <w:p w14:paraId="5F3F26FA" w14:textId="77777777" w:rsidR="00A7019A" w:rsidRDefault="00000000">
            <w:pPr>
              <w:rPr>
                <w:lang w:eastAsia="ko-KR"/>
              </w:rPr>
            </w:pPr>
            <w:r>
              <w:rPr>
                <w:sz w:val="16"/>
                <w:lang w:eastAsia="ko-KR"/>
              </w:rPr>
              <w:t>① 데이터 취합·정합성 검증에 과도한 시간: 조직별 포맷·기준 상이, 매월 수작업 재가공</w:t>
            </w:r>
            <w:r>
              <w:rPr>
                <w:sz w:val="16"/>
                <w:lang w:eastAsia="ko-KR"/>
              </w:rPr>
              <w:br/>
              <w:t>② 지표 정의 일관성 부족: 네트워크 진입률, 신규처 기준, D2D 성장률 등 매월 재정의 필요</w:t>
            </w:r>
            <w:r>
              <w:rPr>
                <w:sz w:val="16"/>
                <w:lang w:eastAsia="ko-KR"/>
              </w:rPr>
              <w:br/>
              <w:t>③ 반복 업무 구조적 고착화: 동일 취합·정리·차트 작성 반복, 담당자 의존적</w:t>
            </w:r>
          </w:p>
        </w:tc>
        <w:tc>
          <w:tcPr>
            <w:tcW w:w="7181" w:type="dxa"/>
          </w:tcPr>
          <w:p w14:paraId="14C73C09" w14:textId="77777777" w:rsidR="00A7019A" w:rsidRDefault="00000000">
            <w:pPr>
              <w:rPr>
                <w:lang w:eastAsia="ko-KR"/>
              </w:rPr>
            </w:pPr>
            <w:r>
              <w:rPr>
                <w:sz w:val="16"/>
                <w:lang w:eastAsia="ko-KR"/>
              </w:rPr>
              <w:t>AI가 자동으로 취합·정합성 검증·지표 산출·시각화까지 수행하는 통합 매출 대시보드 체계 구축</w:t>
            </w:r>
          </w:p>
        </w:tc>
      </w:tr>
    </w:tbl>
    <w:p w14:paraId="30B789B5" w14:textId="77777777" w:rsidR="00A7019A" w:rsidRDefault="00A7019A">
      <w:pPr>
        <w:rPr>
          <w:lang w:eastAsia="ko-KR"/>
        </w:rPr>
      </w:pPr>
    </w:p>
    <w:p w14:paraId="0C2AAC64" w14:textId="77777777" w:rsidR="00A7019A" w:rsidRDefault="00000000">
      <w:pPr>
        <w:rPr>
          <w:lang w:eastAsia="ko-KR"/>
        </w:rPr>
      </w:pPr>
      <w:r>
        <w:rPr>
          <w:b/>
          <w:color w:val="2E75B6"/>
          <w:sz w:val="16"/>
          <w:lang w:eastAsia="ko-KR"/>
        </w:rPr>
        <w:t xml:space="preserve">결과 형태: </w:t>
      </w:r>
      <w:r>
        <w:rPr>
          <w:sz w:val="16"/>
          <w:lang w:eastAsia="ko-KR"/>
        </w:rPr>
        <w:t>파일 형태: Excel/CSV/Word, 대시보드</w:t>
      </w:r>
    </w:p>
    <w:p w14:paraId="5C241E51" w14:textId="77777777" w:rsidR="00A7019A" w:rsidRDefault="00A7019A">
      <w:pPr>
        <w:rPr>
          <w:lang w:eastAsia="ko-KR"/>
        </w:rPr>
      </w:pPr>
    </w:p>
    <w:p w14:paraId="70ABE6C9" w14:textId="77777777" w:rsidR="00A7019A" w:rsidRDefault="00000000">
      <w:pPr>
        <w:rPr>
          <w:lang w:eastAsia="ko-KR"/>
        </w:rPr>
      </w:pPr>
      <w:r>
        <w:rPr>
          <w:b/>
          <w:color w:val="2E75B6"/>
          <w:sz w:val="24"/>
          <w:lang w:eastAsia="ko-KR"/>
        </w:rPr>
        <w:t xml:space="preserve">2.8.2 </w:t>
      </w:r>
      <w:r>
        <w:rPr>
          <w:b/>
          <w:color w:val="1B3A5C"/>
          <w:sz w:val="24"/>
          <w:lang w:eastAsia="ko-KR"/>
        </w:rPr>
        <w:t>과제 선정 기준 체크리스트 평가</w:t>
      </w:r>
    </w:p>
    <w:p w14:paraId="0DC1934D" w14:textId="77777777" w:rsidR="00A7019A" w:rsidRDefault="00A7019A">
      <w:pPr>
        <w:rPr>
          <w:lang w:eastAsia="ko-KR"/>
        </w:rPr>
      </w:pPr>
    </w:p>
    <w:tbl>
      <w:tblPr>
        <w:tblStyle w:val="af9"/>
        <w:tblW w:w="0" w:type="auto"/>
        <w:jc w:val="center"/>
        <w:tblLook w:val="04A0" w:firstRow="1" w:lastRow="0" w:firstColumn="1" w:lastColumn="0" w:noHBand="0" w:noVBand="1"/>
      </w:tblPr>
      <w:tblGrid>
        <w:gridCol w:w="7177"/>
        <w:gridCol w:w="7178"/>
        <w:gridCol w:w="7178"/>
      </w:tblGrid>
      <w:tr w:rsidR="00A7019A" w14:paraId="71ADE3D6" w14:textId="77777777">
        <w:trPr>
          <w:jc w:val="center"/>
        </w:trPr>
        <w:tc>
          <w:tcPr>
            <w:tcW w:w="7181" w:type="dxa"/>
            <w:shd w:val="clear" w:color="auto" w:fill="2E75B6"/>
            <w:vAlign w:val="center"/>
          </w:tcPr>
          <w:p w14:paraId="563CA233" w14:textId="77777777" w:rsidR="00A7019A" w:rsidRDefault="00000000">
            <w:pPr>
              <w:jc w:val="center"/>
            </w:pPr>
            <w:r>
              <w:rPr>
                <w:b/>
                <w:color w:val="FFFFFF"/>
              </w:rPr>
              <w:t>선정 기준</w:t>
            </w:r>
          </w:p>
        </w:tc>
        <w:tc>
          <w:tcPr>
            <w:tcW w:w="7181" w:type="dxa"/>
            <w:shd w:val="clear" w:color="auto" w:fill="2E75B6"/>
            <w:vAlign w:val="center"/>
          </w:tcPr>
          <w:p w14:paraId="6F276554" w14:textId="77777777" w:rsidR="00A7019A" w:rsidRDefault="00000000">
            <w:pPr>
              <w:jc w:val="center"/>
            </w:pPr>
            <w:r>
              <w:rPr>
                <w:b/>
                <w:color w:val="FFFFFF"/>
              </w:rPr>
              <w:t>판정</w:t>
            </w:r>
          </w:p>
        </w:tc>
        <w:tc>
          <w:tcPr>
            <w:tcW w:w="7181" w:type="dxa"/>
            <w:shd w:val="clear" w:color="auto" w:fill="2E75B6"/>
            <w:vAlign w:val="center"/>
          </w:tcPr>
          <w:p w14:paraId="55672972" w14:textId="77777777" w:rsidR="00A7019A" w:rsidRDefault="00000000">
            <w:pPr>
              <w:jc w:val="center"/>
            </w:pPr>
            <w:r>
              <w:rPr>
                <w:b/>
                <w:color w:val="FFFFFF"/>
              </w:rPr>
              <w:t>평가 내용</w:t>
            </w:r>
          </w:p>
        </w:tc>
      </w:tr>
      <w:tr w:rsidR="00A7019A" w14:paraId="02F3BB85" w14:textId="77777777">
        <w:trPr>
          <w:jc w:val="center"/>
        </w:trPr>
        <w:tc>
          <w:tcPr>
            <w:tcW w:w="7181" w:type="dxa"/>
            <w:vAlign w:val="center"/>
          </w:tcPr>
          <w:p w14:paraId="370A7863" w14:textId="77777777" w:rsidR="00A7019A" w:rsidRDefault="00000000">
            <w:pPr>
              <w:rPr>
                <w:lang w:eastAsia="ko-KR"/>
              </w:rPr>
            </w:pPr>
            <w:r>
              <w:rPr>
                <w:b/>
                <w:sz w:val="16"/>
                <w:lang w:eastAsia="ko-KR"/>
              </w:rPr>
              <w:t>① 업무 규칙·요구사항 명확성</w:t>
            </w:r>
          </w:p>
        </w:tc>
        <w:tc>
          <w:tcPr>
            <w:tcW w:w="7181" w:type="dxa"/>
            <w:shd w:val="clear" w:color="auto" w:fill="FFF2CC"/>
            <w:vAlign w:val="center"/>
          </w:tcPr>
          <w:p w14:paraId="27B93A2B" w14:textId="77777777" w:rsidR="00A7019A" w:rsidRDefault="00000000">
            <w:pPr>
              <w:jc w:val="center"/>
            </w:pPr>
            <w:r>
              <w:rPr>
                <w:b/>
              </w:rPr>
              <w:t>△ 일부 애매</w:t>
            </w:r>
          </w:p>
        </w:tc>
        <w:tc>
          <w:tcPr>
            <w:tcW w:w="7181" w:type="dxa"/>
          </w:tcPr>
          <w:p w14:paraId="07F9530D" w14:textId="77777777" w:rsidR="00A7019A" w:rsidRDefault="00000000">
            <w:pPr>
              <w:rPr>
                <w:lang w:eastAsia="ko-KR"/>
              </w:rPr>
            </w:pPr>
            <w:r>
              <w:rPr>
                <w:sz w:val="16"/>
                <w:lang w:eastAsia="ko-KR"/>
              </w:rPr>
              <w:t>"아직 정형화된 틀이 없는 상태, 신규 구축 계획". 방향성은 있으나 지표 정의·구조 등 구체화 필요.</w:t>
            </w:r>
          </w:p>
        </w:tc>
      </w:tr>
      <w:tr w:rsidR="00A7019A" w14:paraId="0FFA478D" w14:textId="77777777">
        <w:trPr>
          <w:jc w:val="center"/>
        </w:trPr>
        <w:tc>
          <w:tcPr>
            <w:tcW w:w="7181" w:type="dxa"/>
            <w:vAlign w:val="center"/>
          </w:tcPr>
          <w:p w14:paraId="5B6D8DB8" w14:textId="77777777" w:rsidR="00A7019A" w:rsidRDefault="00000000">
            <w:r>
              <w:rPr>
                <w:b/>
                <w:sz w:val="16"/>
              </w:rPr>
              <w:t>② 현업 참여 의지</w:t>
            </w:r>
          </w:p>
        </w:tc>
        <w:tc>
          <w:tcPr>
            <w:tcW w:w="7181" w:type="dxa"/>
            <w:shd w:val="clear" w:color="auto" w:fill="E2EFDA"/>
            <w:vAlign w:val="center"/>
          </w:tcPr>
          <w:p w14:paraId="14E2B2BA" w14:textId="77777777" w:rsidR="00A7019A" w:rsidRDefault="00000000">
            <w:pPr>
              <w:jc w:val="center"/>
            </w:pPr>
            <w:r>
              <w:rPr>
                <w:b/>
              </w:rPr>
              <w:t>✓ 적극 참여</w:t>
            </w:r>
          </w:p>
        </w:tc>
        <w:tc>
          <w:tcPr>
            <w:tcW w:w="7181" w:type="dxa"/>
          </w:tcPr>
          <w:p w14:paraId="57EF3CBF" w14:textId="77777777" w:rsidR="00A7019A" w:rsidRDefault="00000000">
            <w:pPr>
              <w:rPr>
                <w:lang w:eastAsia="ko-KR"/>
              </w:rPr>
            </w:pPr>
            <w:r>
              <w:rPr>
                <w:sz w:val="16"/>
                <w:lang w:eastAsia="ko-KR"/>
              </w:rPr>
              <w:t>하루 4시간 이상 적극 참여 가능. 주 12시간 업무 투입 중으로 높은 참여 동기.</w:t>
            </w:r>
          </w:p>
        </w:tc>
      </w:tr>
      <w:tr w:rsidR="00A7019A" w14:paraId="5F3B3D7D" w14:textId="77777777">
        <w:trPr>
          <w:jc w:val="center"/>
        </w:trPr>
        <w:tc>
          <w:tcPr>
            <w:tcW w:w="7181" w:type="dxa"/>
            <w:vAlign w:val="center"/>
          </w:tcPr>
          <w:p w14:paraId="0F97AFBD" w14:textId="77777777" w:rsidR="00A7019A" w:rsidRDefault="00000000">
            <w:r>
              <w:rPr>
                <w:b/>
                <w:sz w:val="16"/>
              </w:rPr>
              <w:t>③ 데이터 디지털화</w:t>
            </w:r>
          </w:p>
        </w:tc>
        <w:tc>
          <w:tcPr>
            <w:tcW w:w="7181" w:type="dxa"/>
            <w:shd w:val="clear" w:color="auto" w:fill="E2EFDA"/>
            <w:vAlign w:val="center"/>
          </w:tcPr>
          <w:p w14:paraId="493D8C06" w14:textId="77777777" w:rsidR="00A7019A" w:rsidRDefault="00000000">
            <w:pPr>
              <w:jc w:val="center"/>
            </w:pPr>
            <w:r>
              <w:rPr>
                <w:b/>
              </w:rPr>
              <w:t>✓ 즉시 가능</w:t>
            </w:r>
          </w:p>
        </w:tc>
        <w:tc>
          <w:tcPr>
            <w:tcW w:w="7181" w:type="dxa"/>
          </w:tcPr>
          <w:p w14:paraId="59319C04" w14:textId="77777777" w:rsidR="00A7019A" w:rsidRDefault="00000000">
            <w:pPr>
              <w:rPr>
                <w:lang w:eastAsia="ko-KR"/>
              </w:rPr>
            </w:pPr>
            <w:r>
              <w:rPr>
                <w:sz w:val="16"/>
                <w:lang w:eastAsia="ko-KR"/>
              </w:rPr>
              <w:t>Excel/CSV 형태. 제공 가능. 다만 조직별 포맷 상이로 데이터 표준화 선행 필요.</w:t>
            </w:r>
          </w:p>
        </w:tc>
      </w:tr>
      <w:tr w:rsidR="00A7019A" w14:paraId="2F4311A3" w14:textId="77777777">
        <w:trPr>
          <w:jc w:val="center"/>
        </w:trPr>
        <w:tc>
          <w:tcPr>
            <w:tcW w:w="7181" w:type="dxa"/>
            <w:vAlign w:val="center"/>
          </w:tcPr>
          <w:p w14:paraId="7EB2BDCC" w14:textId="77777777" w:rsidR="00A7019A" w:rsidRDefault="00000000">
            <w:pPr>
              <w:rPr>
                <w:lang w:eastAsia="ko-KR"/>
              </w:rPr>
            </w:pPr>
            <w:r>
              <w:rPr>
                <w:b/>
                <w:sz w:val="16"/>
                <w:lang w:eastAsia="ko-KR"/>
              </w:rPr>
              <w:t>④ 예상 AI Tool·인프라</w:t>
            </w:r>
          </w:p>
        </w:tc>
        <w:tc>
          <w:tcPr>
            <w:tcW w:w="7181" w:type="dxa"/>
            <w:shd w:val="clear" w:color="auto" w:fill="FFF2CC"/>
            <w:vAlign w:val="center"/>
          </w:tcPr>
          <w:p w14:paraId="2A282FB3" w14:textId="77777777" w:rsidR="00A7019A" w:rsidRDefault="00000000">
            <w:pPr>
              <w:jc w:val="center"/>
            </w:pPr>
            <w:r>
              <w:rPr>
                <w:b/>
              </w:rPr>
              <w:t>해당</w:t>
            </w:r>
          </w:p>
        </w:tc>
        <w:tc>
          <w:tcPr>
            <w:tcW w:w="7181" w:type="dxa"/>
          </w:tcPr>
          <w:p w14:paraId="62BAB1C7" w14:textId="77777777" w:rsidR="00A7019A" w:rsidRDefault="00000000">
            <w:pPr>
              <w:rPr>
                <w:lang w:eastAsia="ko-KR"/>
              </w:rPr>
            </w:pPr>
            <w:r>
              <w:rPr>
                <w:sz w:val="16"/>
                <w:lang w:eastAsia="ko-KR"/>
              </w:rPr>
              <w:t>☑ BI 대시보드 (매출 시각화)  ☑ LLM (정합성 검증·지표 산출)</w:t>
            </w:r>
            <w:r>
              <w:rPr>
                <w:sz w:val="16"/>
                <w:lang w:eastAsia="ko-KR"/>
              </w:rPr>
              <w:br/>
              <w:t>☑ 노코드 워크플로우 n8n (데이터 자동 취합·가공)</w:t>
            </w:r>
          </w:p>
        </w:tc>
      </w:tr>
      <w:tr w:rsidR="00A7019A" w14:paraId="04F17B1F" w14:textId="77777777">
        <w:trPr>
          <w:jc w:val="center"/>
        </w:trPr>
        <w:tc>
          <w:tcPr>
            <w:tcW w:w="7181" w:type="dxa"/>
            <w:vAlign w:val="center"/>
          </w:tcPr>
          <w:p w14:paraId="3B0854BC" w14:textId="77777777" w:rsidR="00A7019A" w:rsidRDefault="00000000">
            <w:r>
              <w:rPr>
                <w:b/>
                <w:sz w:val="16"/>
              </w:rPr>
              <w:t>⑤ 목표 달성 기준</w:t>
            </w:r>
          </w:p>
        </w:tc>
        <w:tc>
          <w:tcPr>
            <w:tcW w:w="7181" w:type="dxa"/>
            <w:shd w:val="clear" w:color="auto" w:fill="FFF2CC"/>
            <w:vAlign w:val="center"/>
          </w:tcPr>
          <w:p w14:paraId="49A784D1" w14:textId="77777777" w:rsidR="00A7019A" w:rsidRDefault="00000000">
            <w:pPr>
              <w:jc w:val="center"/>
            </w:pPr>
            <w:r>
              <w:rPr>
                <w:b/>
              </w:rPr>
              <w:t>△ 구체화 필요</w:t>
            </w:r>
          </w:p>
        </w:tc>
        <w:tc>
          <w:tcPr>
            <w:tcW w:w="7181" w:type="dxa"/>
          </w:tcPr>
          <w:p w14:paraId="3A9F1B92" w14:textId="77777777" w:rsidR="00A7019A" w:rsidRDefault="00000000">
            <w:pPr>
              <w:rPr>
                <w:lang w:eastAsia="ko-KR"/>
              </w:rPr>
            </w:pPr>
            <w:r>
              <w:rPr>
                <w:sz w:val="16"/>
                <w:lang w:eastAsia="ko-KR"/>
              </w:rPr>
              <w:t>주 12시간 → 자동화 단축 (구체적 목표 수치 미기재). 신규 구축으로 단계적 목표 설정 필요.</w:t>
            </w:r>
          </w:p>
        </w:tc>
      </w:tr>
      <w:tr w:rsidR="00A7019A" w14:paraId="02D9AAC7" w14:textId="77777777">
        <w:trPr>
          <w:jc w:val="center"/>
        </w:trPr>
        <w:tc>
          <w:tcPr>
            <w:tcW w:w="7181" w:type="dxa"/>
            <w:vAlign w:val="center"/>
          </w:tcPr>
          <w:p w14:paraId="3F0D07E3" w14:textId="77777777" w:rsidR="00A7019A" w:rsidRDefault="00000000">
            <w:r>
              <w:rPr>
                <w:b/>
                <w:sz w:val="16"/>
              </w:rPr>
              <w:t>⑥ 예상 효과</w:t>
            </w:r>
          </w:p>
        </w:tc>
        <w:tc>
          <w:tcPr>
            <w:tcW w:w="7181" w:type="dxa"/>
            <w:shd w:val="clear" w:color="auto" w:fill="E2EFDA"/>
            <w:vAlign w:val="center"/>
          </w:tcPr>
          <w:p w14:paraId="71F46F12" w14:textId="77777777" w:rsidR="00A7019A" w:rsidRDefault="00000000">
            <w:pPr>
              <w:jc w:val="center"/>
            </w:pPr>
            <w:r>
              <w:rPr>
                <w:b/>
              </w:rPr>
              <w:t>높음</w:t>
            </w:r>
          </w:p>
        </w:tc>
        <w:tc>
          <w:tcPr>
            <w:tcW w:w="7181" w:type="dxa"/>
          </w:tcPr>
          <w:p w14:paraId="4955FD0D" w14:textId="77777777" w:rsidR="00A7019A" w:rsidRDefault="00000000">
            <w:pPr>
              <w:rPr>
                <w:lang w:eastAsia="ko-KR"/>
              </w:rPr>
            </w:pPr>
            <w:r>
              <w:rPr>
                <w:sz w:val="16"/>
                <w:lang w:eastAsia="ko-KR"/>
              </w:rPr>
              <w:t>[정량] 주 12시간 취합·가공 시간 절감, 보고 속도 단축</w:t>
            </w:r>
            <w:r>
              <w:rPr>
                <w:sz w:val="16"/>
                <w:lang w:eastAsia="ko-KR"/>
              </w:rPr>
              <w:br/>
              <w:t>[정성] 지표 일관성 확보, 담당자 의존도 감소, 통합 데이터 의사결정 체계</w:t>
            </w:r>
          </w:p>
        </w:tc>
      </w:tr>
      <w:tr w:rsidR="00A7019A" w14:paraId="4F17CC6C" w14:textId="77777777">
        <w:trPr>
          <w:jc w:val="center"/>
        </w:trPr>
        <w:tc>
          <w:tcPr>
            <w:tcW w:w="7181" w:type="dxa"/>
            <w:vAlign w:val="center"/>
          </w:tcPr>
          <w:p w14:paraId="7379399B" w14:textId="77777777" w:rsidR="00A7019A" w:rsidRDefault="00000000">
            <w:r>
              <w:rPr>
                <w:b/>
                <w:sz w:val="16"/>
              </w:rPr>
              <w:t>⑦ 리스크·제약사항</w:t>
            </w:r>
          </w:p>
        </w:tc>
        <w:tc>
          <w:tcPr>
            <w:tcW w:w="7181" w:type="dxa"/>
            <w:shd w:val="clear" w:color="auto" w:fill="FFF2CC"/>
            <w:vAlign w:val="center"/>
          </w:tcPr>
          <w:p w14:paraId="0CA3DAB0" w14:textId="77777777" w:rsidR="00A7019A" w:rsidRDefault="00000000">
            <w:pPr>
              <w:jc w:val="center"/>
            </w:pPr>
            <w:r>
              <w:rPr>
                <w:b/>
              </w:rPr>
              <w:t>△ 일부</w:t>
            </w:r>
          </w:p>
        </w:tc>
        <w:tc>
          <w:tcPr>
            <w:tcW w:w="7181" w:type="dxa"/>
          </w:tcPr>
          <w:p w14:paraId="05094139" w14:textId="77777777" w:rsidR="00A7019A" w:rsidRDefault="00000000">
            <w:pPr>
              <w:rPr>
                <w:lang w:eastAsia="ko-KR"/>
              </w:rPr>
            </w:pPr>
            <w:r>
              <w:rPr>
                <w:sz w:val="16"/>
                <w:lang w:eastAsia="ko-KR"/>
              </w:rPr>
              <w:t>☐ 다부서 데이터 통합 필요 (조직별 포맷 상이)</w:t>
            </w:r>
            <w:r>
              <w:rPr>
                <w:sz w:val="16"/>
                <w:lang w:eastAsia="ko-KR"/>
              </w:rPr>
              <w:br/>
              <w:t>☐ 요구사항 미확정 → 범위 확대(scope creep) 리스크</w:t>
            </w:r>
            <w:r>
              <w:rPr>
                <w:sz w:val="16"/>
                <w:lang w:eastAsia="ko-KR"/>
              </w:rPr>
              <w:br/>
              <w:t>☐ 신규 구축으로 기대 수준 조율 필요</w:t>
            </w:r>
          </w:p>
        </w:tc>
      </w:tr>
    </w:tbl>
    <w:p w14:paraId="5F0A2539" w14:textId="77777777" w:rsidR="00A7019A" w:rsidRDefault="00000000">
      <w:pPr>
        <w:rPr>
          <w:lang w:eastAsia="ko-KR"/>
        </w:rPr>
      </w:pPr>
      <w:r>
        <w:rPr>
          <w:lang w:eastAsia="ko-KR"/>
        </w:rPr>
        <w:br w:type="page"/>
      </w:r>
    </w:p>
    <w:p w14:paraId="2342DB51" w14:textId="77777777" w:rsidR="00A7019A" w:rsidRDefault="00000000">
      <w:pPr>
        <w:rPr>
          <w:lang w:eastAsia="ko-KR"/>
        </w:rPr>
      </w:pPr>
      <w:r>
        <w:rPr>
          <w:b/>
          <w:color w:val="2E75B6"/>
          <w:sz w:val="40"/>
          <w:lang w:eastAsia="ko-KR"/>
        </w:rPr>
        <w:lastRenderedPageBreak/>
        <w:t>2.9</w:t>
      </w:r>
      <w:r>
        <w:rPr>
          <w:b/>
          <w:color w:val="1B3A5C"/>
          <w:sz w:val="40"/>
          <w:lang w:eastAsia="ko-KR"/>
        </w:rPr>
        <w:t xml:space="preserve">  ETC병원본부 영업 데이터 자동 취합·인사이트 리포트 생성</w:t>
      </w:r>
    </w:p>
    <w:p w14:paraId="56E48392" w14:textId="77777777" w:rsidR="00A7019A" w:rsidRDefault="00000000">
      <w:pPr>
        <w:rPr>
          <w:lang w:eastAsia="ko-KR"/>
        </w:rPr>
      </w:pPr>
      <w:r>
        <w:rPr>
          <w:b/>
          <w:color w:val="2E75B6"/>
          <w:sz w:val="24"/>
          <w:lang w:eastAsia="ko-KR"/>
        </w:rPr>
        <w:t xml:space="preserve">2.9.1 </w:t>
      </w:r>
      <w:r>
        <w:rPr>
          <w:b/>
          <w:color w:val="1B3A5C"/>
          <w:sz w:val="24"/>
          <w:lang w:eastAsia="ko-KR"/>
        </w:rPr>
        <w:t>과제 기본정보 · 현재 업무 · 희망 결과</w:t>
      </w:r>
    </w:p>
    <w:p w14:paraId="17986D61" w14:textId="77777777" w:rsidR="00A7019A" w:rsidRDefault="00A7019A">
      <w:pPr>
        <w:rPr>
          <w:lang w:eastAsia="ko-KR"/>
        </w:rPr>
      </w:pPr>
    </w:p>
    <w:tbl>
      <w:tblPr>
        <w:tblStyle w:val="af9"/>
        <w:tblW w:w="0" w:type="auto"/>
        <w:jc w:val="center"/>
        <w:tblLook w:val="04A0" w:firstRow="1" w:lastRow="0" w:firstColumn="1" w:lastColumn="0" w:noHBand="0" w:noVBand="1"/>
      </w:tblPr>
      <w:tblGrid>
        <w:gridCol w:w="5384"/>
        <w:gridCol w:w="5383"/>
        <w:gridCol w:w="5383"/>
        <w:gridCol w:w="5383"/>
      </w:tblGrid>
      <w:tr w:rsidR="00A7019A" w14:paraId="2408E8F9" w14:textId="77777777">
        <w:trPr>
          <w:jc w:val="center"/>
        </w:trPr>
        <w:tc>
          <w:tcPr>
            <w:tcW w:w="5386" w:type="dxa"/>
            <w:shd w:val="clear" w:color="auto" w:fill="D6E4F0"/>
            <w:vAlign w:val="center"/>
          </w:tcPr>
          <w:p w14:paraId="4DA8E6F2" w14:textId="77777777" w:rsidR="00A7019A" w:rsidRDefault="00000000">
            <w:r>
              <w:rPr>
                <w:b/>
                <w:sz w:val="16"/>
              </w:rPr>
              <w:t>소속</w:t>
            </w:r>
          </w:p>
        </w:tc>
        <w:tc>
          <w:tcPr>
            <w:tcW w:w="5386" w:type="dxa"/>
            <w:vAlign w:val="center"/>
          </w:tcPr>
          <w:p w14:paraId="63B0C168" w14:textId="77777777" w:rsidR="00A7019A" w:rsidRDefault="00000000">
            <w:r>
              <w:rPr>
                <w:sz w:val="16"/>
              </w:rPr>
              <w:t>대웅 ETC병원본부</w:t>
            </w:r>
          </w:p>
        </w:tc>
        <w:tc>
          <w:tcPr>
            <w:tcW w:w="5386" w:type="dxa"/>
            <w:shd w:val="clear" w:color="auto" w:fill="D6E4F0"/>
            <w:vAlign w:val="center"/>
          </w:tcPr>
          <w:p w14:paraId="0EF8976A" w14:textId="77777777" w:rsidR="00A7019A" w:rsidRDefault="00000000">
            <w:r>
              <w:rPr>
                <w:b/>
                <w:sz w:val="16"/>
              </w:rPr>
              <w:t>신청자 / 사번</w:t>
            </w:r>
          </w:p>
        </w:tc>
        <w:tc>
          <w:tcPr>
            <w:tcW w:w="5386" w:type="dxa"/>
            <w:vAlign w:val="center"/>
          </w:tcPr>
          <w:p w14:paraId="71D56ECF" w14:textId="77777777" w:rsidR="00A7019A" w:rsidRDefault="00000000">
            <w:r>
              <w:rPr>
                <w:sz w:val="16"/>
              </w:rPr>
              <w:t>금예빈 / 2025013</w:t>
            </w:r>
          </w:p>
        </w:tc>
      </w:tr>
      <w:tr w:rsidR="00A7019A" w14:paraId="4DAAE3BF" w14:textId="77777777">
        <w:trPr>
          <w:jc w:val="center"/>
        </w:trPr>
        <w:tc>
          <w:tcPr>
            <w:tcW w:w="5386" w:type="dxa"/>
            <w:shd w:val="clear" w:color="auto" w:fill="D6E4F0"/>
            <w:vAlign w:val="center"/>
          </w:tcPr>
          <w:p w14:paraId="04DE4FFC" w14:textId="77777777" w:rsidR="00A7019A" w:rsidRDefault="00000000">
            <w:r>
              <w:rPr>
                <w:b/>
                <w:sz w:val="16"/>
              </w:rPr>
              <w:t>접수일</w:t>
            </w:r>
          </w:p>
        </w:tc>
        <w:tc>
          <w:tcPr>
            <w:tcW w:w="5386" w:type="dxa"/>
            <w:vAlign w:val="center"/>
          </w:tcPr>
          <w:p w14:paraId="5FAF1A83" w14:textId="77777777" w:rsidR="00A7019A" w:rsidRDefault="00000000">
            <w:r>
              <w:rPr>
                <w:sz w:val="16"/>
              </w:rPr>
              <w:t>2026.02.23</w:t>
            </w:r>
          </w:p>
        </w:tc>
        <w:tc>
          <w:tcPr>
            <w:tcW w:w="5386" w:type="dxa"/>
            <w:shd w:val="clear" w:color="auto" w:fill="D6E4F0"/>
            <w:vAlign w:val="center"/>
          </w:tcPr>
          <w:p w14:paraId="5B98F49F" w14:textId="77777777" w:rsidR="00A7019A" w:rsidRDefault="00000000">
            <w:r>
              <w:rPr>
                <w:b/>
                <w:sz w:val="16"/>
              </w:rPr>
              <w:t>참여 가능 시간</w:t>
            </w:r>
          </w:p>
        </w:tc>
        <w:tc>
          <w:tcPr>
            <w:tcW w:w="5386" w:type="dxa"/>
            <w:vAlign w:val="center"/>
          </w:tcPr>
          <w:p w14:paraId="15ED5A38" w14:textId="77777777" w:rsidR="00A7019A" w:rsidRDefault="00000000">
            <w:r>
              <w:rPr>
                <w:sz w:val="16"/>
              </w:rPr>
              <w:t>대리 신청 건</w:t>
            </w:r>
          </w:p>
        </w:tc>
      </w:tr>
      <w:tr w:rsidR="00A7019A" w14:paraId="09A17220" w14:textId="77777777">
        <w:trPr>
          <w:jc w:val="center"/>
        </w:trPr>
        <w:tc>
          <w:tcPr>
            <w:tcW w:w="5386" w:type="dxa"/>
            <w:shd w:val="clear" w:color="auto" w:fill="D6E4F0"/>
            <w:vAlign w:val="center"/>
          </w:tcPr>
          <w:p w14:paraId="2FEFE237" w14:textId="77777777" w:rsidR="00A7019A" w:rsidRDefault="00000000">
            <w:r>
              <w:rPr>
                <w:b/>
                <w:sz w:val="16"/>
              </w:rPr>
              <w:t>현재 업무 소요시간</w:t>
            </w:r>
          </w:p>
        </w:tc>
        <w:tc>
          <w:tcPr>
            <w:tcW w:w="5386" w:type="dxa"/>
            <w:vAlign w:val="center"/>
          </w:tcPr>
          <w:p w14:paraId="20C62AEE" w14:textId="77777777" w:rsidR="00A7019A" w:rsidRDefault="00000000">
            <w:pPr>
              <w:rPr>
                <w:lang w:eastAsia="ko-KR"/>
              </w:rPr>
            </w:pPr>
            <w:r>
              <w:rPr>
                <w:sz w:val="16"/>
                <w:lang w:eastAsia="ko-KR"/>
              </w:rPr>
              <w:t>구체적 시간 정보 미제공</w:t>
            </w:r>
          </w:p>
        </w:tc>
        <w:tc>
          <w:tcPr>
            <w:tcW w:w="5386" w:type="dxa"/>
            <w:shd w:val="clear" w:color="auto" w:fill="D6E4F0"/>
            <w:vAlign w:val="center"/>
          </w:tcPr>
          <w:p w14:paraId="6D69A2DB" w14:textId="77777777" w:rsidR="00A7019A" w:rsidRDefault="00000000">
            <w:r>
              <w:rPr>
                <w:b/>
                <w:sz w:val="16"/>
              </w:rPr>
              <w:t>협업 부서</w:t>
            </w:r>
          </w:p>
        </w:tc>
        <w:tc>
          <w:tcPr>
            <w:tcW w:w="5386" w:type="dxa"/>
            <w:vAlign w:val="center"/>
          </w:tcPr>
          <w:p w14:paraId="0899A6D2" w14:textId="77777777" w:rsidR="00A7019A" w:rsidRDefault="00000000">
            <w:pPr>
              <w:rPr>
                <w:lang w:eastAsia="ko-KR"/>
              </w:rPr>
            </w:pPr>
            <w:r>
              <w:rPr>
                <w:sz w:val="16"/>
                <w:lang w:eastAsia="ko-KR"/>
              </w:rPr>
              <w:t>직책자 보고 체계 (소장/사업부장 단위)</w:t>
            </w:r>
          </w:p>
        </w:tc>
      </w:tr>
      <w:tr w:rsidR="00A7019A" w14:paraId="0BBEF701" w14:textId="77777777">
        <w:trPr>
          <w:jc w:val="center"/>
        </w:trPr>
        <w:tc>
          <w:tcPr>
            <w:tcW w:w="5386" w:type="dxa"/>
            <w:shd w:val="clear" w:color="auto" w:fill="D6E4F0"/>
            <w:vAlign w:val="center"/>
          </w:tcPr>
          <w:p w14:paraId="11A3F312" w14:textId="77777777" w:rsidR="00A7019A" w:rsidRDefault="00000000">
            <w:r>
              <w:rPr>
                <w:b/>
                <w:sz w:val="16"/>
              </w:rPr>
              <w:t>데이터 형태</w:t>
            </w:r>
          </w:p>
        </w:tc>
        <w:tc>
          <w:tcPr>
            <w:tcW w:w="5386" w:type="dxa"/>
            <w:vAlign w:val="center"/>
          </w:tcPr>
          <w:p w14:paraId="59B0AAEA" w14:textId="77777777" w:rsidR="00A7019A" w:rsidRDefault="00000000">
            <w:r>
              <w:rPr>
                <w:sz w:val="16"/>
              </w:rPr>
              <w:t>Excel / CSV, 텍스트</w:t>
            </w:r>
          </w:p>
        </w:tc>
        <w:tc>
          <w:tcPr>
            <w:tcW w:w="5386" w:type="dxa"/>
            <w:shd w:val="clear" w:color="auto" w:fill="D6E4F0"/>
            <w:vAlign w:val="center"/>
          </w:tcPr>
          <w:p w14:paraId="6999C7BE" w14:textId="77777777" w:rsidR="00A7019A" w:rsidRDefault="00000000">
            <w:r>
              <w:rPr>
                <w:b/>
                <w:sz w:val="16"/>
              </w:rPr>
              <w:t>데이터 준비 상태</w:t>
            </w:r>
          </w:p>
        </w:tc>
        <w:tc>
          <w:tcPr>
            <w:tcW w:w="5386" w:type="dxa"/>
            <w:vAlign w:val="center"/>
          </w:tcPr>
          <w:p w14:paraId="4B90C413" w14:textId="77777777" w:rsidR="00A7019A" w:rsidRDefault="00000000">
            <w:pPr>
              <w:rPr>
                <w:lang w:eastAsia="ko-KR"/>
              </w:rPr>
            </w:pPr>
            <w:r>
              <w:rPr>
                <w:sz w:val="16"/>
                <w:lang w:eastAsia="ko-KR"/>
              </w:rPr>
              <w:t>예 (과제 선발 후 샘플 데이터 즉시 제공 가능)</w:t>
            </w:r>
          </w:p>
        </w:tc>
      </w:tr>
      <w:tr w:rsidR="00A7019A" w14:paraId="605DD199" w14:textId="77777777">
        <w:trPr>
          <w:jc w:val="center"/>
        </w:trPr>
        <w:tc>
          <w:tcPr>
            <w:tcW w:w="5386" w:type="dxa"/>
            <w:shd w:val="clear" w:color="auto" w:fill="D6E4F0"/>
            <w:vAlign w:val="center"/>
          </w:tcPr>
          <w:p w14:paraId="38169CA2" w14:textId="77777777" w:rsidR="00A7019A" w:rsidRDefault="00000000">
            <w:r>
              <w:rPr>
                <w:b/>
                <w:sz w:val="16"/>
              </w:rPr>
              <w:t>데이터 처리 규모</w:t>
            </w:r>
          </w:p>
        </w:tc>
        <w:tc>
          <w:tcPr>
            <w:tcW w:w="5386" w:type="dxa"/>
            <w:vAlign w:val="center"/>
          </w:tcPr>
          <w:p w14:paraId="5683C054" w14:textId="77777777" w:rsidR="00A7019A" w:rsidRDefault="00000000">
            <w:r>
              <w:rPr>
                <w:sz w:val="16"/>
              </w:rPr>
              <w:t>사무소별 Google Sheets + Salesforce 데이터</w:t>
            </w:r>
          </w:p>
        </w:tc>
        <w:tc>
          <w:tcPr>
            <w:tcW w:w="5386" w:type="dxa"/>
            <w:shd w:val="clear" w:color="auto" w:fill="D6E4F0"/>
            <w:vAlign w:val="center"/>
          </w:tcPr>
          <w:p w14:paraId="17762950" w14:textId="77777777" w:rsidR="00A7019A" w:rsidRDefault="00000000">
            <w:r>
              <w:rPr>
                <w:b/>
                <w:sz w:val="16"/>
              </w:rPr>
              <w:t>개인정보 포함</w:t>
            </w:r>
          </w:p>
        </w:tc>
        <w:tc>
          <w:tcPr>
            <w:tcW w:w="5386" w:type="dxa"/>
            <w:vAlign w:val="center"/>
          </w:tcPr>
          <w:p w14:paraId="2B1BB0E3" w14:textId="77777777" w:rsidR="00A7019A" w:rsidRDefault="00000000">
            <w:r>
              <w:rPr>
                <w:sz w:val="16"/>
              </w:rPr>
              <w:t>확인 필요</w:t>
            </w:r>
          </w:p>
        </w:tc>
      </w:tr>
    </w:tbl>
    <w:p w14:paraId="0A3ED252" w14:textId="77777777" w:rsidR="00A7019A" w:rsidRDefault="00A7019A"/>
    <w:tbl>
      <w:tblPr>
        <w:tblStyle w:val="af9"/>
        <w:tblW w:w="0" w:type="auto"/>
        <w:jc w:val="center"/>
        <w:tblLook w:val="04A0" w:firstRow="1" w:lastRow="0" w:firstColumn="1" w:lastColumn="0" w:noHBand="0" w:noVBand="1"/>
      </w:tblPr>
      <w:tblGrid>
        <w:gridCol w:w="7177"/>
        <w:gridCol w:w="7178"/>
        <w:gridCol w:w="7178"/>
      </w:tblGrid>
      <w:tr w:rsidR="00A7019A" w14:paraId="704CBB19" w14:textId="77777777">
        <w:trPr>
          <w:jc w:val="center"/>
        </w:trPr>
        <w:tc>
          <w:tcPr>
            <w:tcW w:w="7181" w:type="dxa"/>
            <w:shd w:val="clear" w:color="auto" w:fill="2E75B6"/>
            <w:vAlign w:val="center"/>
          </w:tcPr>
          <w:p w14:paraId="2717514F" w14:textId="77777777" w:rsidR="00A7019A" w:rsidRDefault="00000000">
            <w:pPr>
              <w:jc w:val="center"/>
            </w:pPr>
            <w:r>
              <w:rPr>
                <w:b/>
                <w:color w:val="FFFFFF"/>
              </w:rPr>
              <w:t>As-Is : 현재 업무</w:t>
            </w:r>
          </w:p>
        </w:tc>
        <w:tc>
          <w:tcPr>
            <w:tcW w:w="7181" w:type="dxa"/>
            <w:shd w:val="clear" w:color="auto" w:fill="2E75B6"/>
            <w:vAlign w:val="center"/>
          </w:tcPr>
          <w:p w14:paraId="4496FC0C" w14:textId="77777777" w:rsidR="00A7019A" w:rsidRDefault="00000000">
            <w:pPr>
              <w:jc w:val="center"/>
            </w:pPr>
            <w:r>
              <w:rPr>
                <w:b/>
                <w:color w:val="FFFFFF"/>
              </w:rPr>
              <w:t>Pain Point : 문제점</w:t>
            </w:r>
          </w:p>
        </w:tc>
        <w:tc>
          <w:tcPr>
            <w:tcW w:w="7181" w:type="dxa"/>
            <w:shd w:val="clear" w:color="auto" w:fill="2E75B6"/>
            <w:vAlign w:val="center"/>
          </w:tcPr>
          <w:p w14:paraId="6F50229C" w14:textId="77777777" w:rsidR="00A7019A" w:rsidRDefault="00000000">
            <w:pPr>
              <w:jc w:val="center"/>
            </w:pPr>
            <w:r>
              <w:rPr>
                <w:b/>
                <w:color w:val="FFFFFF"/>
              </w:rPr>
              <w:t>To-Be : 희망 결과</w:t>
            </w:r>
          </w:p>
        </w:tc>
      </w:tr>
      <w:tr w:rsidR="00A7019A" w14:paraId="7C51EF91" w14:textId="77777777">
        <w:trPr>
          <w:jc w:val="center"/>
        </w:trPr>
        <w:tc>
          <w:tcPr>
            <w:tcW w:w="7181" w:type="dxa"/>
          </w:tcPr>
          <w:p w14:paraId="4AB294A9" w14:textId="77777777" w:rsidR="00A7019A" w:rsidRDefault="00000000">
            <w:pPr>
              <w:rPr>
                <w:lang w:eastAsia="ko-KR"/>
              </w:rPr>
            </w:pPr>
            <w:r>
              <w:rPr>
                <w:sz w:val="16"/>
                <w:lang w:eastAsia="ko-KR"/>
              </w:rPr>
              <w:t>ETC병원본부에서 사업부 관리·목표 설정, 영업 활동 데이터 확인, 사무소 단위 현황 관리, 정기 리포트 작성, 직책자 대상 주간/월간 보고 수행 중.</w:t>
            </w:r>
            <w:r>
              <w:rPr>
                <w:sz w:val="16"/>
                <w:lang w:eastAsia="ko-KR"/>
              </w:rPr>
              <w:br/>
              <w:t>Salesforce에 동일 형식으로 데이터 입력되나, 실제 라이브 운영·추가 관리 데이터는 Google Sheets 등 별도 자료로 분산 관리. 일부 사무소는 LLM/Genspark 등 자체 활용 중.</w:t>
            </w:r>
          </w:p>
        </w:tc>
        <w:tc>
          <w:tcPr>
            <w:tcW w:w="7181" w:type="dxa"/>
          </w:tcPr>
          <w:p w14:paraId="3FFDE47F" w14:textId="77777777" w:rsidR="00A7019A" w:rsidRDefault="00000000">
            <w:pPr>
              <w:rPr>
                <w:lang w:eastAsia="ko-KR"/>
              </w:rPr>
            </w:pPr>
            <w:r>
              <w:rPr>
                <w:sz w:val="16"/>
                <w:lang w:eastAsia="ko-KR"/>
              </w:rPr>
              <w:t>① 사무소별 데이터 관리 방식 비표준화 → 동일 데이터가 서로 다른 방식으로 관리</w:t>
            </w:r>
            <w:r>
              <w:rPr>
                <w:sz w:val="16"/>
                <w:lang w:eastAsia="ko-KR"/>
              </w:rPr>
              <w:br/>
              <w:t>② 보고 자료가 여러 소스에 분산 → 취합 번거로움</w:t>
            </w:r>
            <w:r>
              <w:rPr>
                <w:sz w:val="16"/>
                <w:lang w:eastAsia="ko-KR"/>
              </w:rPr>
              <w:br/>
              <w:t>③ 직책자가 핵심 변화를 한눈에 파악하기 어려움</w:t>
            </w:r>
            <w:r>
              <w:rPr>
                <w:sz w:val="16"/>
                <w:lang w:eastAsia="ko-KR"/>
              </w:rPr>
              <w:br/>
              <w:t>④ "무엇이 중요한 변화인지", "한 일/할 일" 빠르게 확인 곤란</w:t>
            </w:r>
            <w:r>
              <w:rPr>
                <w:sz w:val="16"/>
                <w:lang w:eastAsia="ko-KR"/>
              </w:rPr>
              <w:br/>
              <w:t>⑤ 데이터 확인·요약이 수동, 보고 자료의 양과 범위가 방대함</w:t>
            </w:r>
          </w:p>
        </w:tc>
        <w:tc>
          <w:tcPr>
            <w:tcW w:w="7181" w:type="dxa"/>
          </w:tcPr>
          <w:p w14:paraId="0A33B275" w14:textId="77777777" w:rsidR="00A7019A" w:rsidRDefault="00000000">
            <w:pPr>
              <w:rPr>
                <w:lang w:eastAsia="ko-KR"/>
              </w:rPr>
            </w:pPr>
            <w:r>
              <w:rPr>
                <w:sz w:val="16"/>
                <w:lang w:eastAsia="ko-KR"/>
              </w:rPr>
              <w:t>- 사무소별 Google Sheets 데이터를 자동으로 취합·표준화</w:t>
            </w:r>
            <w:r>
              <w:rPr>
                <w:sz w:val="16"/>
                <w:lang w:eastAsia="ko-KR"/>
              </w:rPr>
              <w:br/>
              <w:t>- 주간 영업 데이터를 자동 요약하여 직책자 관점 인사이트 리포트 생성</w:t>
            </w:r>
            <w:r>
              <w:rPr>
                <w:sz w:val="16"/>
                <w:lang w:eastAsia="ko-KR"/>
              </w:rPr>
              <w:br/>
              <w:t>- "한 일 / 할 일 / 주요 변화 / 리스크" 자동 구조화</w:t>
            </w:r>
            <w:r>
              <w:rPr>
                <w:sz w:val="16"/>
                <w:lang w:eastAsia="ko-KR"/>
              </w:rPr>
              <w:br/>
              <w:t>- 사업부/사무소 단위 성과 비교·이상 징후 자동 감지</w:t>
            </w:r>
            <w:r>
              <w:rPr>
                <w:sz w:val="16"/>
                <w:lang w:eastAsia="ko-KR"/>
              </w:rPr>
              <w:br/>
              <w:t>- 수동 취합 없이 보고용 자료 자동 생성</w:t>
            </w:r>
            <w:r>
              <w:rPr>
                <w:sz w:val="16"/>
                <w:lang w:eastAsia="ko-KR"/>
              </w:rPr>
              <w:br/>
              <w:t>- 향후 Salesforce 데이터와 연계 가능성 확보</w:t>
            </w:r>
          </w:p>
        </w:tc>
      </w:tr>
    </w:tbl>
    <w:p w14:paraId="6E608F4D" w14:textId="77777777" w:rsidR="00A7019A" w:rsidRDefault="00A7019A">
      <w:pPr>
        <w:rPr>
          <w:lang w:eastAsia="ko-KR"/>
        </w:rPr>
      </w:pPr>
    </w:p>
    <w:p w14:paraId="09665FF5" w14:textId="77777777" w:rsidR="00A7019A" w:rsidRDefault="00000000">
      <w:pPr>
        <w:rPr>
          <w:lang w:eastAsia="ko-KR"/>
        </w:rPr>
      </w:pPr>
      <w:r>
        <w:rPr>
          <w:b/>
          <w:color w:val="2E75B6"/>
          <w:sz w:val="16"/>
          <w:lang w:eastAsia="ko-KR"/>
        </w:rPr>
        <w:t xml:space="preserve">결과 형태: </w:t>
      </w:r>
      <w:r>
        <w:rPr>
          <w:sz w:val="16"/>
          <w:lang w:eastAsia="ko-KR"/>
        </w:rPr>
        <w:t>파일(Excel/CSV/Word), 대시보드, 직책자용 주간 인사이트 리포트</w:t>
      </w:r>
    </w:p>
    <w:p w14:paraId="377BEB88" w14:textId="77777777" w:rsidR="00A7019A" w:rsidRDefault="00A7019A">
      <w:pPr>
        <w:rPr>
          <w:lang w:eastAsia="ko-KR"/>
        </w:rPr>
      </w:pPr>
    </w:p>
    <w:p w14:paraId="28079CB8" w14:textId="77777777" w:rsidR="00A7019A" w:rsidRDefault="00000000">
      <w:pPr>
        <w:rPr>
          <w:lang w:eastAsia="ko-KR"/>
        </w:rPr>
      </w:pPr>
      <w:r>
        <w:rPr>
          <w:b/>
          <w:color w:val="2E75B6"/>
          <w:sz w:val="24"/>
          <w:lang w:eastAsia="ko-KR"/>
        </w:rPr>
        <w:t xml:space="preserve">2.9.2 </w:t>
      </w:r>
      <w:r>
        <w:rPr>
          <w:b/>
          <w:color w:val="1B3A5C"/>
          <w:sz w:val="24"/>
          <w:lang w:eastAsia="ko-KR"/>
        </w:rPr>
        <w:t>과제 선정 기준 체크리스트 평가</w:t>
      </w:r>
    </w:p>
    <w:p w14:paraId="4714104A" w14:textId="77777777" w:rsidR="00A7019A" w:rsidRDefault="00A7019A">
      <w:pPr>
        <w:rPr>
          <w:lang w:eastAsia="ko-KR"/>
        </w:rPr>
      </w:pPr>
    </w:p>
    <w:tbl>
      <w:tblPr>
        <w:tblStyle w:val="af9"/>
        <w:tblW w:w="0" w:type="auto"/>
        <w:jc w:val="center"/>
        <w:tblLook w:val="04A0" w:firstRow="1" w:lastRow="0" w:firstColumn="1" w:lastColumn="0" w:noHBand="0" w:noVBand="1"/>
      </w:tblPr>
      <w:tblGrid>
        <w:gridCol w:w="7178"/>
        <w:gridCol w:w="7177"/>
        <w:gridCol w:w="7178"/>
      </w:tblGrid>
      <w:tr w:rsidR="00A7019A" w14:paraId="2CACA53E" w14:textId="77777777">
        <w:trPr>
          <w:jc w:val="center"/>
        </w:trPr>
        <w:tc>
          <w:tcPr>
            <w:tcW w:w="7181" w:type="dxa"/>
            <w:shd w:val="clear" w:color="auto" w:fill="2E75B6"/>
            <w:vAlign w:val="center"/>
          </w:tcPr>
          <w:p w14:paraId="67C1D1BA" w14:textId="77777777" w:rsidR="00A7019A" w:rsidRDefault="00000000">
            <w:pPr>
              <w:jc w:val="center"/>
            </w:pPr>
            <w:r>
              <w:rPr>
                <w:b/>
                <w:color w:val="FFFFFF"/>
              </w:rPr>
              <w:t>선정 기준</w:t>
            </w:r>
          </w:p>
        </w:tc>
        <w:tc>
          <w:tcPr>
            <w:tcW w:w="7181" w:type="dxa"/>
            <w:shd w:val="clear" w:color="auto" w:fill="2E75B6"/>
            <w:vAlign w:val="center"/>
          </w:tcPr>
          <w:p w14:paraId="1197CD86" w14:textId="77777777" w:rsidR="00A7019A" w:rsidRDefault="00000000">
            <w:pPr>
              <w:jc w:val="center"/>
            </w:pPr>
            <w:r>
              <w:rPr>
                <w:b/>
                <w:color w:val="FFFFFF"/>
              </w:rPr>
              <w:t>판정</w:t>
            </w:r>
          </w:p>
        </w:tc>
        <w:tc>
          <w:tcPr>
            <w:tcW w:w="7181" w:type="dxa"/>
            <w:shd w:val="clear" w:color="auto" w:fill="2E75B6"/>
            <w:vAlign w:val="center"/>
          </w:tcPr>
          <w:p w14:paraId="07B45850" w14:textId="77777777" w:rsidR="00A7019A" w:rsidRDefault="00000000">
            <w:pPr>
              <w:jc w:val="center"/>
            </w:pPr>
            <w:r>
              <w:rPr>
                <w:b/>
                <w:color w:val="FFFFFF"/>
              </w:rPr>
              <w:t>평가 내용</w:t>
            </w:r>
          </w:p>
        </w:tc>
      </w:tr>
      <w:tr w:rsidR="00A7019A" w14:paraId="33B748FF" w14:textId="77777777">
        <w:trPr>
          <w:jc w:val="center"/>
        </w:trPr>
        <w:tc>
          <w:tcPr>
            <w:tcW w:w="7181" w:type="dxa"/>
            <w:vAlign w:val="center"/>
          </w:tcPr>
          <w:p w14:paraId="764C0D7E" w14:textId="77777777" w:rsidR="00A7019A" w:rsidRDefault="00000000">
            <w:pPr>
              <w:rPr>
                <w:lang w:eastAsia="ko-KR"/>
              </w:rPr>
            </w:pPr>
            <w:r>
              <w:rPr>
                <w:b/>
                <w:sz w:val="16"/>
                <w:lang w:eastAsia="ko-KR"/>
              </w:rPr>
              <w:t>① 업무 규칙·요구사항 명확성</w:t>
            </w:r>
          </w:p>
        </w:tc>
        <w:tc>
          <w:tcPr>
            <w:tcW w:w="7181" w:type="dxa"/>
            <w:shd w:val="clear" w:color="auto" w:fill="FFF2CC"/>
            <w:vAlign w:val="center"/>
          </w:tcPr>
          <w:p w14:paraId="5EAE9009" w14:textId="77777777" w:rsidR="00A7019A" w:rsidRDefault="00000000">
            <w:pPr>
              <w:jc w:val="center"/>
            </w:pPr>
            <w:r>
              <w:rPr>
                <w:b/>
              </w:rPr>
              <w:t>△ 일부 애매</w:t>
            </w:r>
          </w:p>
        </w:tc>
        <w:tc>
          <w:tcPr>
            <w:tcW w:w="7181" w:type="dxa"/>
          </w:tcPr>
          <w:p w14:paraId="69D88D72" w14:textId="77777777" w:rsidR="00A7019A" w:rsidRDefault="00000000">
            <w:pPr>
              <w:rPr>
                <w:lang w:eastAsia="ko-KR"/>
              </w:rPr>
            </w:pPr>
            <w:r>
              <w:rPr>
                <w:sz w:val="16"/>
                <w:lang w:eastAsia="ko-KR"/>
              </w:rPr>
              <w:t>"대리 신청 건"으로, 과제 수행 주체와 세부 업무 프로세스가 명확히 기술되지 않음. 방향성(데이터 취합→요약→인사이트→보고서)은 존재하나, 구체적 데이터 가공 규칙·인사이트 판단 기준은 추가 정의 필요.</w:t>
            </w:r>
          </w:p>
        </w:tc>
      </w:tr>
      <w:tr w:rsidR="00A7019A" w14:paraId="1B3DF705" w14:textId="77777777">
        <w:trPr>
          <w:jc w:val="center"/>
        </w:trPr>
        <w:tc>
          <w:tcPr>
            <w:tcW w:w="7181" w:type="dxa"/>
            <w:vAlign w:val="center"/>
          </w:tcPr>
          <w:p w14:paraId="19783EC6" w14:textId="77777777" w:rsidR="00A7019A" w:rsidRDefault="00000000">
            <w:r>
              <w:rPr>
                <w:b/>
                <w:sz w:val="16"/>
              </w:rPr>
              <w:t>② 현업 참여 의지</w:t>
            </w:r>
          </w:p>
        </w:tc>
        <w:tc>
          <w:tcPr>
            <w:tcW w:w="7181" w:type="dxa"/>
            <w:shd w:val="clear" w:color="auto" w:fill="FFF2CC"/>
            <w:vAlign w:val="center"/>
          </w:tcPr>
          <w:p w14:paraId="350CE721" w14:textId="77777777" w:rsidR="00A7019A" w:rsidRDefault="00000000">
            <w:pPr>
              <w:jc w:val="center"/>
            </w:pPr>
            <w:r>
              <w:rPr>
                <w:b/>
              </w:rPr>
              <w:t>△ 불확실</w:t>
            </w:r>
          </w:p>
        </w:tc>
        <w:tc>
          <w:tcPr>
            <w:tcW w:w="7181" w:type="dxa"/>
          </w:tcPr>
          <w:p w14:paraId="4B0BB57A" w14:textId="77777777" w:rsidR="00A7019A" w:rsidRDefault="00000000">
            <w:pPr>
              <w:rPr>
                <w:lang w:eastAsia="ko-KR"/>
              </w:rPr>
            </w:pPr>
            <w:r>
              <w:rPr>
                <w:sz w:val="16"/>
                <w:lang w:eastAsia="ko-KR"/>
              </w:rPr>
              <w:t>"대리 신청 건"으로 기재. 실제 과제 수행 담당자의 참여 의지·가용 시간이 불확실. 선정 기준(매일 6시간) 충족 여부 확인 필요.</w:t>
            </w:r>
          </w:p>
        </w:tc>
      </w:tr>
      <w:tr w:rsidR="00A7019A" w14:paraId="725F32F4" w14:textId="77777777">
        <w:trPr>
          <w:jc w:val="center"/>
        </w:trPr>
        <w:tc>
          <w:tcPr>
            <w:tcW w:w="7181" w:type="dxa"/>
            <w:vAlign w:val="center"/>
          </w:tcPr>
          <w:p w14:paraId="333A2B4C" w14:textId="77777777" w:rsidR="00A7019A" w:rsidRDefault="00000000">
            <w:r>
              <w:rPr>
                <w:b/>
                <w:sz w:val="16"/>
              </w:rPr>
              <w:t>③ 데이터 디지털화</w:t>
            </w:r>
          </w:p>
        </w:tc>
        <w:tc>
          <w:tcPr>
            <w:tcW w:w="7181" w:type="dxa"/>
            <w:shd w:val="clear" w:color="auto" w:fill="E2EFDA"/>
            <w:vAlign w:val="center"/>
          </w:tcPr>
          <w:p w14:paraId="599BCA17" w14:textId="77777777" w:rsidR="00A7019A" w:rsidRDefault="00000000">
            <w:pPr>
              <w:jc w:val="center"/>
            </w:pPr>
            <w:r>
              <w:rPr>
                <w:b/>
              </w:rPr>
              <w:t>✓ 즉시 가능</w:t>
            </w:r>
          </w:p>
        </w:tc>
        <w:tc>
          <w:tcPr>
            <w:tcW w:w="7181" w:type="dxa"/>
          </w:tcPr>
          <w:p w14:paraId="48A4B922" w14:textId="77777777" w:rsidR="00A7019A" w:rsidRDefault="00000000">
            <w:r>
              <w:rPr>
                <w:sz w:val="16"/>
              </w:rPr>
              <w:t>Excel/CSV, 텍스트 형태. Salesforce + Google Sheets에 데이터 존재. 즉시 제공 가능.</w:t>
            </w:r>
          </w:p>
        </w:tc>
      </w:tr>
      <w:tr w:rsidR="00A7019A" w14:paraId="5E528386" w14:textId="77777777">
        <w:trPr>
          <w:jc w:val="center"/>
        </w:trPr>
        <w:tc>
          <w:tcPr>
            <w:tcW w:w="7181" w:type="dxa"/>
            <w:vAlign w:val="center"/>
          </w:tcPr>
          <w:p w14:paraId="4932A02B" w14:textId="77777777" w:rsidR="00A7019A" w:rsidRDefault="00000000">
            <w:pPr>
              <w:rPr>
                <w:lang w:eastAsia="ko-KR"/>
              </w:rPr>
            </w:pPr>
            <w:r>
              <w:rPr>
                <w:b/>
                <w:sz w:val="16"/>
                <w:lang w:eastAsia="ko-KR"/>
              </w:rPr>
              <w:t>④ 예상 AI Tool·인프라</w:t>
            </w:r>
          </w:p>
        </w:tc>
        <w:tc>
          <w:tcPr>
            <w:tcW w:w="7181" w:type="dxa"/>
            <w:shd w:val="clear" w:color="auto" w:fill="FFF2CC"/>
            <w:vAlign w:val="center"/>
          </w:tcPr>
          <w:p w14:paraId="36377042" w14:textId="77777777" w:rsidR="00A7019A" w:rsidRDefault="00000000">
            <w:pPr>
              <w:jc w:val="center"/>
            </w:pPr>
            <w:r>
              <w:rPr>
                <w:b/>
              </w:rPr>
              <w:t>해당</w:t>
            </w:r>
          </w:p>
        </w:tc>
        <w:tc>
          <w:tcPr>
            <w:tcW w:w="7181" w:type="dxa"/>
          </w:tcPr>
          <w:p w14:paraId="07DA5744" w14:textId="77777777" w:rsidR="00A7019A" w:rsidRDefault="00000000">
            <w:pPr>
              <w:rPr>
                <w:lang w:eastAsia="ko-KR"/>
              </w:rPr>
            </w:pPr>
            <w:r>
              <w:rPr>
                <w:sz w:val="16"/>
                <w:lang w:eastAsia="ko-KR"/>
              </w:rPr>
              <w:t>☑ LLM (데이터 요약·인사이트 생성)  ☑ BI 대시보드 (성과 시각화)</w:t>
            </w:r>
            <w:r>
              <w:rPr>
                <w:sz w:val="16"/>
                <w:lang w:eastAsia="ko-KR"/>
              </w:rPr>
              <w:br/>
              <w:t>☑ 노코드 워크플로우 n8n (Google Sheets 자동 취합·표준화)</w:t>
            </w:r>
          </w:p>
        </w:tc>
      </w:tr>
      <w:tr w:rsidR="00A7019A" w14:paraId="200A70A8" w14:textId="77777777">
        <w:trPr>
          <w:jc w:val="center"/>
        </w:trPr>
        <w:tc>
          <w:tcPr>
            <w:tcW w:w="7181" w:type="dxa"/>
            <w:vAlign w:val="center"/>
          </w:tcPr>
          <w:p w14:paraId="1E8C91E2" w14:textId="77777777" w:rsidR="00A7019A" w:rsidRDefault="00000000">
            <w:r>
              <w:rPr>
                <w:b/>
                <w:sz w:val="16"/>
              </w:rPr>
              <w:t>⑤ 목표 달성 기준</w:t>
            </w:r>
          </w:p>
        </w:tc>
        <w:tc>
          <w:tcPr>
            <w:tcW w:w="7181" w:type="dxa"/>
            <w:shd w:val="clear" w:color="auto" w:fill="FFF2CC"/>
            <w:vAlign w:val="center"/>
          </w:tcPr>
          <w:p w14:paraId="11C55BA7" w14:textId="77777777" w:rsidR="00A7019A" w:rsidRDefault="00000000">
            <w:pPr>
              <w:jc w:val="center"/>
            </w:pPr>
            <w:r>
              <w:rPr>
                <w:b/>
              </w:rPr>
              <w:t>△ 구체화 필요</w:t>
            </w:r>
          </w:p>
        </w:tc>
        <w:tc>
          <w:tcPr>
            <w:tcW w:w="7181" w:type="dxa"/>
          </w:tcPr>
          <w:p w14:paraId="5B59D342" w14:textId="77777777" w:rsidR="00A7019A" w:rsidRDefault="00000000">
            <w:pPr>
              <w:rPr>
                <w:lang w:eastAsia="ko-KR"/>
              </w:rPr>
            </w:pPr>
            <w:r>
              <w:rPr>
                <w:sz w:val="16"/>
                <w:lang w:eastAsia="ko-KR"/>
              </w:rPr>
              <w:t>구체적 시간·수치 미기재. 현재 업무 소요 시간 정보도 없어 정량적 개선 목표 설정이 어려움.</w:t>
            </w:r>
          </w:p>
        </w:tc>
      </w:tr>
      <w:tr w:rsidR="00A7019A" w14:paraId="2945A0A1" w14:textId="77777777">
        <w:trPr>
          <w:jc w:val="center"/>
        </w:trPr>
        <w:tc>
          <w:tcPr>
            <w:tcW w:w="7181" w:type="dxa"/>
            <w:vAlign w:val="center"/>
          </w:tcPr>
          <w:p w14:paraId="4B90A32A" w14:textId="77777777" w:rsidR="00A7019A" w:rsidRDefault="00000000">
            <w:r>
              <w:rPr>
                <w:b/>
                <w:sz w:val="16"/>
              </w:rPr>
              <w:t>⑥ 예상 효과</w:t>
            </w:r>
          </w:p>
        </w:tc>
        <w:tc>
          <w:tcPr>
            <w:tcW w:w="7181" w:type="dxa"/>
            <w:shd w:val="clear" w:color="auto" w:fill="FFF2CC"/>
            <w:vAlign w:val="center"/>
          </w:tcPr>
          <w:p w14:paraId="06D05CB3" w14:textId="77777777" w:rsidR="00A7019A" w:rsidRDefault="00000000">
            <w:pPr>
              <w:jc w:val="center"/>
            </w:pPr>
            <w:r>
              <w:rPr>
                <w:b/>
              </w:rPr>
              <w:t>중간</w:t>
            </w:r>
          </w:p>
        </w:tc>
        <w:tc>
          <w:tcPr>
            <w:tcW w:w="7181" w:type="dxa"/>
          </w:tcPr>
          <w:p w14:paraId="0280FBB9" w14:textId="77777777" w:rsidR="00A7019A" w:rsidRDefault="00000000">
            <w:pPr>
              <w:rPr>
                <w:lang w:eastAsia="ko-KR"/>
              </w:rPr>
            </w:pPr>
            <w:r>
              <w:rPr>
                <w:sz w:val="16"/>
                <w:lang w:eastAsia="ko-KR"/>
              </w:rPr>
              <w:t>[정량] 수동 데이터 취합·정리 시간 절감 (구체적 수치 미확인)</w:t>
            </w:r>
            <w:r>
              <w:rPr>
                <w:sz w:val="16"/>
                <w:lang w:eastAsia="ko-KR"/>
              </w:rPr>
              <w:br/>
              <w:t>[정성] 직책자 보고 품질 향상, 사무소 간 데이터 표준화, 이상 징후 조기 감지</w:t>
            </w:r>
          </w:p>
        </w:tc>
      </w:tr>
      <w:tr w:rsidR="00A7019A" w14:paraId="7D14545A" w14:textId="77777777">
        <w:trPr>
          <w:jc w:val="center"/>
        </w:trPr>
        <w:tc>
          <w:tcPr>
            <w:tcW w:w="7181" w:type="dxa"/>
            <w:vAlign w:val="center"/>
          </w:tcPr>
          <w:p w14:paraId="6F3011B6" w14:textId="77777777" w:rsidR="00A7019A" w:rsidRDefault="00000000">
            <w:r>
              <w:rPr>
                <w:b/>
                <w:sz w:val="16"/>
              </w:rPr>
              <w:t>⑦ 리스크·제약사항</w:t>
            </w:r>
          </w:p>
        </w:tc>
        <w:tc>
          <w:tcPr>
            <w:tcW w:w="7181" w:type="dxa"/>
            <w:shd w:val="clear" w:color="auto" w:fill="FFF2CC"/>
            <w:vAlign w:val="center"/>
          </w:tcPr>
          <w:p w14:paraId="22246011" w14:textId="77777777" w:rsidR="00A7019A" w:rsidRDefault="00000000">
            <w:pPr>
              <w:jc w:val="center"/>
            </w:pPr>
            <w:r>
              <w:rPr>
                <w:b/>
              </w:rPr>
              <w:t>△ 일부</w:t>
            </w:r>
          </w:p>
        </w:tc>
        <w:tc>
          <w:tcPr>
            <w:tcW w:w="7181" w:type="dxa"/>
          </w:tcPr>
          <w:p w14:paraId="688623B2" w14:textId="77777777" w:rsidR="00A7019A" w:rsidRDefault="00000000">
            <w:pPr>
              <w:rPr>
                <w:lang w:eastAsia="ko-KR"/>
              </w:rPr>
            </w:pPr>
            <w:r>
              <w:rPr>
                <w:sz w:val="16"/>
                <w:lang w:eastAsia="ko-KR"/>
              </w:rPr>
              <w:t>☑ 개인정보 규제: 확인 필요 (영업 활동 데이터 내 개인정보 여부)</w:t>
            </w:r>
            <w:r>
              <w:rPr>
                <w:sz w:val="16"/>
                <w:lang w:eastAsia="ko-KR"/>
              </w:rPr>
              <w:br/>
              <w:t>☑ 외부 시스템 연동: Salesforce·Google Sheets 연동 필요</w:t>
            </w:r>
            <w:r>
              <w:rPr>
                <w:sz w:val="16"/>
                <w:lang w:eastAsia="ko-KR"/>
              </w:rPr>
              <w:br/>
              <w:t>☐ 사무소별 비표준 데이터 구조 → 표준화 작업 선행 필요</w:t>
            </w:r>
            <w:r>
              <w:rPr>
                <w:sz w:val="16"/>
                <w:lang w:eastAsia="ko-KR"/>
              </w:rPr>
              <w:br/>
              <w:t>☐ 대리 신청으로 실제 수행 주체 확인 필요</w:t>
            </w:r>
          </w:p>
        </w:tc>
      </w:tr>
    </w:tbl>
    <w:p w14:paraId="0FF50818" w14:textId="77777777" w:rsidR="00A7019A" w:rsidRDefault="00000000">
      <w:pPr>
        <w:rPr>
          <w:lang w:eastAsia="ko-KR"/>
        </w:rPr>
      </w:pPr>
      <w:r>
        <w:rPr>
          <w:lang w:eastAsia="ko-KR"/>
        </w:rPr>
        <w:br w:type="page"/>
      </w:r>
    </w:p>
    <w:p w14:paraId="46443CE3" w14:textId="77777777" w:rsidR="00A7019A" w:rsidRDefault="00000000">
      <w:pPr>
        <w:rPr>
          <w:lang w:eastAsia="ko-KR"/>
        </w:rPr>
      </w:pPr>
      <w:r>
        <w:rPr>
          <w:b/>
          <w:color w:val="2E75B6"/>
          <w:sz w:val="40"/>
          <w:lang w:eastAsia="ko-KR"/>
        </w:rPr>
        <w:lastRenderedPageBreak/>
        <w:t>2.10</w:t>
      </w:r>
      <w:r>
        <w:rPr>
          <w:b/>
          <w:color w:val="1B3A5C"/>
          <w:sz w:val="40"/>
          <w:lang w:eastAsia="ko-KR"/>
        </w:rPr>
        <w:t xml:space="preserve">  정책·업계 시황 기반 영업 실행 인사이트 자동 생성</w:t>
      </w:r>
    </w:p>
    <w:p w14:paraId="42E0A4D6" w14:textId="77777777" w:rsidR="00A7019A" w:rsidRDefault="00000000">
      <w:pPr>
        <w:rPr>
          <w:lang w:eastAsia="ko-KR"/>
        </w:rPr>
      </w:pPr>
      <w:r>
        <w:rPr>
          <w:b/>
          <w:color w:val="2E75B6"/>
          <w:sz w:val="24"/>
          <w:lang w:eastAsia="ko-KR"/>
        </w:rPr>
        <w:t xml:space="preserve">2.10.1 </w:t>
      </w:r>
      <w:r>
        <w:rPr>
          <w:b/>
          <w:color w:val="1B3A5C"/>
          <w:sz w:val="24"/>
          <w:lang w:eastAsia="ko-KR"/>
        </w:rPr>
        <w:t>과제 기본정보 · 현재 업무 · 희망 결과</w:t>
      </w:r>
    </w:p>
    <w:p w14:paraId="3F206D73" w14:textId="77777777" w:rsidR="00A7019A" w:rsidRDefault="00A7019A">
      <w:pPr>
        <w:rPr>
          <w:lang w:eastAsia="ko-KR"/>
        </w:rPr>
      </w:pPr>
    </w:p>
    <w:tbl>
      <w:tblPr>
        <w:tblStyle w:val="af9"/>
        <w:tblW w:w="0" w:type="auto"/>
        <w:jc w:val="center"/>
        <w:tblLook w:val="04A0" w:firstRow="1" w:lastRow="0" w:firstColumn="1" w:lastColumn="0" w:noHBand="0" w:noVBand="1"/>
      </w:tblPr>
      <w:tblGrid>
        <w:gridCol w:w="5383"/>
        <w:gridCol w:w="5383"/>
        <w:gridCol w:w="5383"/>
        <w:gridCol w:w="5384"/>
      </w:tblGrid>
      <w:tr w:rsidR="00A7019A" w14:paraId="47BE3EAA" w14:textId="77777777">
        <w:trPr>
          <w:jc w:val="center"/>
        </w:trPr>
        <w:tc>
          <w:tcPr>
            <w:tcW w:w="5386" w:type="dxa"/>
            <w:shd w:val="clear" w:color="auto" w:fill="D6E4F0"/>
            <w:vAlign w:val="center"/>
          </w:tcPr>
          <w:p w14:paraId="5A13A819" w14:textId="77777777" w:rsidR="00A7019A" w:rsidRDefault="00000000">
            <w:r>
              <w:rPr>
                <w:b/>
                <w:sz w:val="16"/>
              </w:rPr>
              <w:t>소속</w:t>
            </w:r>
          </w:p>
        </w:tc>
        <w:tc>
          <w:tcPr>
            <w:tcW w:w="5386" w:type="dxa"/>
            <w:vAlign w:val="center"/>
          </w:tcPr>
          <w:p w14:paraId="3F24A052" w14:textId="77777777" w:rsidR="00A7019A" w:rsidRDefault="00000000">
            <w:r>
              <w:rPr>
                <w:sz w:val="16"/>
              </w:rPr>
              <w:t>대웅 ETC병원본부</w:t>
            </w:r>
          </w:p>
        </w:tc>
        <w:tc>
          <w:tcPr>
            <w:tcW w:w="5386" w:type="dxa"/>
            <w:shd w:val="clear" w:color="auto" w:fill="D6E4F0"/>
            <w:vAlign w:val="center"/>
          </w:tcPr>
          <w:p w14:paraId="7B275070" w14:textId="77777777" w:rsidR="00A7019A" w:rsidRDefault="00000000">
            <w:r>
              <w:rPr>
                <w:b/>
                <w:sz w:val="16"/>
              </w:rPr>
              <w:t>신청자 / 사번</w:t>
            </w:r>
          </w:p>
        </w:tc>
        <w:tc>
          <w:tcPr>
            <w:tcW w:w="5386" w:type="dxa"/>
            <w:vAlign w:val="center"/>
          </w:tcPr>
          <w:p w14:paraId="2E45D30C" w14:textId="77777777" w:rsidR="00A7019A" w:rsidRDefault="00000000">
            <w:r>
              <w:rPr>
                <w:sz w:val="16"/>
              </w:rPr>
              <w:t>금예빈 / 2025013</w:t>
            </w:r>
          </w:p>
        </w:tc>
      </w:tr>
      <w:tr w:rsidR="00A7019A" w14:paraId="17662D73" w14:textId="77777777">
        <w:trPr>
          <w:jc w:val="center"/>
        </w:trPr>
        <w:tc>
          <w:tcPr>
            <w:tcW w:w="5386" w:type="dxa"/>
            <w:shd w:val="clear" w:color="auto" w:fill="D6E4F0"/>
            <w:vAlign w:val="center"/>
          </w:tcPr>
          <w:p w14:paraId="6876C849" w14:textId="77777777" w:rsidR="00A7019A" w:rsidRDefault="00000000">
            <w:r>
              <w:rPr>
                <w:b/>
                <w:sz w:val="16"/>
              </w:rPr>
              <w:t>접수일</w:t>
            </w:r>
          </w:p>
        </w:tc>
        <w:tc>
          <w:tcPr>
            <w:tcW w:w="5386" w:type="dxa"/>
            <w:vAlign w:val="center"/>
          </w:tcPr>
          <w:p w14:paraId="2FEE9221" w14:textId="77777777" w:rsidR="00A7019A" w:rsidRDefault="00000000">
            <w:r>
              <w:rPr>
                <w:sz w:val="16"/>
              </w:rPr>
              <w:t>2026.02.23</w:t>
            </w:r>
          </w:p>
        </w:tc>
        <w:tc>
          <w:tcPr>
            <w:tcW w:w="5386" w:type="dxa"/>
            <w:shd w:val="clear" w:color="auto" w:fill="D6E4F0"/>
            <w:vAlign w:val="center"/>
          </w:tcPr>
          <w:p w14:paraId="6E68CE42" w14:textId="77777777" w:rsidR="00A7019A" w:rsidRDefault="00000000">
            <w:r>
              <w:rPr>
                <w:b/>
                <w:sz w:val="16"/>
              </w:rPr>
              <w:t>참여 가능 시간</w:t>
            </w:r>
          </w:p>
        </w:tc>
        <w:tc>
          <w:tcPr>
            <w:tcW w:w="5386" w:type="dxa"/>
            <w:vAlign w:val="center"/>
          </w:tcPr>
          <w:p w14:paraId="45BDA4C0" w14:textId="77777777" w:rsidR="00A7019A" w:rsidRDefault="00000000">
            <w:r>
              <w:rPr>
                <w:sz w:val="16"/>
              </w:rPr>
              <w:t>대리 신청 건</w:t>
            </w:r>
          </w:p>
        </w:tc>
      </w:tr>
      <w:tr w:rsidR="00A7019A" w14:paraId="4BBD2D78" w14:textId="77777777">
        <w:trPr>
          <w:jc w:val="center"/>
        </w:trPr>
        <w:tc>
          <w:tcPr>
            <w:tcW w:w="5386" w:type="dxa"/>
            <w:shd w:val="clear" w:color="auto" w:fill="D6E4F0"/>
            <w:vAlign w:val="center"/>
          </w:tcPr>
          <w:p w14:paraId="45EA4422" w14:textId="77777777" w:rsidR="00A7019A" w:rsidRDefault="00000000">
            <w:r>
              <w:rPr>
                <w:b/>
                <w:sz w:val="16"/>
              </w:rPr>
              <w:t>현재 업무 소요시간</w:t>
            </w:r>
          </w:p>
        </w:tc>
        <w:tc>
          <w:tcPr>
            <w:tcW w:w="5386" w:type="dxa"/>
            <w:vAlign w:val="center"/>
          </w:tcPr>
          <w:p w14:paraId="47449E66" w14:textId="77777777" w:rsidR="00A7019A" w:rsidRDefault="00000000">
            <w:pPr>
              <w:rPr>
                <w:lang w:eastAsia="ko-KR"/>
              </w:rPr>
            </w:pPr>
            <w:r>
              <w:rPr>
                <w:sz w:val="16"/>
                <w:lang w:eastAsia="ko-KR"/>
              </w:rPr>
              <w:t>구체적 시간 정보 미제공</w:t>
            </w:r>
          </w:p>
        </w:tc>
        <w:tc>
          <w:tcPr>
            <w:tcW w:w="5386" w:type="dxa"/>
            <w:shd w:val="clear" w:color="auto" w:fill="D6E4F0"/>
            <w:vAlign w:val="center"/>
          </w:tcPr>
          <w:p w14:paraId="2E7D84ED" w14:textId="77777777" w:rsidR="00A7019A" w:rsidRDefault="00000000">
            <w:r>
              <w:rPr>
                <w:b/>
                <w:sz w:val="16"/>
              </w:rPr>
              <w:t>협업 부서</w:t>
            </w:r>
          </w:p>
        </w:tc>
        <w:tc>
          <w:tcPr>
            <w:tcW w:w="5386" w:type="dxa"/>
            <w:vAlign w:val="center"/>
          </w:tcPr>
          <w:p w14:paraId="206131B8" w14:textId="77777777" w:rsidR="00A7019A" w:rsidRDefault="00000000">
            <w:pPr>
              <w:rPr>
                <w:lang w:eastAsia="ko-KR"/>
              </w:rPr>
            </w:pPr>
            <w:r>
              <w:rPr>
                <w:sz w:val="16"/>
                <w:lang w:eastAsia="ko-KR"/>
              </w:rPr>
              <w:t>본부장/사업부장/팀장 단위 니즈 존재</w:t>
            </w:r>
          </w:p>
        </w:tc>
      </w:tr>
      <w:tr w:rsidR="00A7019A" w14:paraId="7CBC4643" w14:textId="77777777">
        <w:trPr>
          <w:jc w:val="center"/>
        </w:trPr>
        <w:tc>
          <w:tcPr>
            <w:tcW w:w="5386" w:type="dxa"/>
            <w:shd w:val="clear" w:color="auto" w:fill="D6E4F0"/>
            <w:vAlign w:val="center"/>
          </w:tcPr>
          <w:p w14:paraId="33863554" w14:textId="77777777" w:rsidR="00A7019A" w:rsidRDefault="00000000">
            <w:r>
              <w:rPr>
                <w:b/>
                <w:sz w:val="16"/>
              </w:rPr>
              <w:t>데이터 형태</w:t>
            </w:r>
          </w:p>
        </w:tc>
        <w:tc>
          <w:tcPr>
            <w:tcW w:w="5386" w:type="dxa"/>
            <w:vAlign w:val="center"/>
          </w:tcPr>
          <w:p w14:paraId="3EB89E19" w14:textId="77777777" w:rsidR="00A7019A" w:rsidRDefault="00000000">
            <w:r>
              <w:rPr>
                <w:sz w:val="16"/>
              </w:rPr>
              <w:t>Excel / CSV, 텍스트</w:t>
            </w:r>
          </w:p>
        </w:tc>
        <w:tc>
          <w:tcPr>
            <w:tcW w:w="5386" w:type="dxa"/>
            <w:shd w:val="clear" w:color="auto" w:fill="D6E4F0"/>
            <w:vAlign w:val="center"/>
          </w:tcPr>
          <w:p w14:paraId="4B9602F8" w14:textId="77777777" w:rsidR="00A7019A" w:rsidRDefault="00000000">
            <w:r>
              <w:rPr>
                <w:b/>
                <w:sz w:val="16"/>
              </w:rPr>
              <w:t>데이터 준비 상태</w:t>
            </w:r>
          </w:p>
        </w:tc>
        <w:tc>
          <w:tcPr>
            <w:tcW w:w="5386" w:type="dxa"/>
            <w:vAlign w:val="center"/>
          </w:tcPr>
          <w:p w14:paraId="54FCAE6C" w14:textId="77777777" w:rsidR="00A7019A" w:rsidRDefault="00000000">
            <w:pPr>
              <w:rPr>
                <w:lang w:eastAsia="ko-KR"/>
              </w:rPr>
            </w:pPr>
            <w:r>
              <w:rPr>
                <w:sz w:val="16"/>
                <w:lang w:eastAsia="ko-KR"/>
              </w:rPr>
              <w:t>예 (과제 선발 후 샘플 데이터 즉시 제공 가능)</w:t>
            </w:r>
          </w:p>
        </w:tc>
      </w:tr>
      <w:tr w:rsidR="00A7019A" w14:paraId="6E3764AF" w14:textId="77777777">
        <w:trPr>
          <w:jc w:val="center"/>
        </w:trPr>
        <w:tc>
          <w:tcPr>
            <w:tcW w:w="5386" w:type="dxa"/>
            <w:shd w:val="clear" w:color="auto" w:fill="D6E4F0"/>
            <w:vAlign w:val="center"/>
          </w:tcPr>
          <w:p w14:paraId="5DE08128" w14:textId="77777777" w:rsidR="00A7019A" w:rsidRDefault="00000000">
            <w:r>
              <w:rPr>
                <w:b/>
                <w:sz w:val="16"/>
              </w:rPr>
              <w:t>데이터 처리 규모</w:t>
            </w:r>
          </w:p>
        </w:tc>
        <w:tc>
          <w:tcPr>
            <w:tcW w:w="5386" w:type="dxa"/>
            <w:vAlign w:val="center"/>
          </w:tcPr>
          <w:p w14:paraId="08C7CF4D" w14:textId="77777777" w:rsidR="00A7019A" w:rsidRDefault="00000000">
            <w:pPr>
              <w:rPr>
                <w:lang w:eastAsia="ko-KR"/>
              </w:rPr>
            </w:pPr>
            <w:r>
              <w:rPr>
                <w:sz w:val="16"/>
                <w:lang w:eastAsia="ko-KR"/>
              </w:rPr>
              <w:t>외부 정책·업계 기사 (규모 미상)</w:t>
            </w:r>
          </w:p>
        </w:tc>
        <w:tc>
          <w:tcPr>
            <w:tcW w:w="5386" w:type="dxa"/>
            <w:shd w:val="clear" w:color="auto" w:fill="D6E4F0"/>
            <w:vAlign w:val="center"/>
          </w:tcPr>
          <w:p w14:paraId="7468626F" w14:textId="77777777" w:rsidR="00A7019A" w:rsidRDefault="00000000">
            <w:r>
              <w:rPr>
                <w:b/>
                <w:sz w:val="16"/>
              </w:rPr>
              <w:t>개인정보 포함</w:t>
            </w:r>
          </w:p>
        </w:tc>
        <w:tc>
          <w:tcPr>
            <w:tcW w:w="5386" w:type="dxa"/>
            <w:vAlign w:val="center"/>
          </w:tcPr>
          <w:p w14:paraId="639535A2" w14:textId="77777777" w:rsidR="00A7019A" w:rsidRDefault="00000000">
            <w:r>
              <w:rPr>
                <w:sz w:val="16"/>
              </w:rPr>
              <w:t>확인 필요</w:t>
            </w:r>
          </w:p>
        </w:tc>
      </w:tr>
    </w:tbl>
    <w:p w14:paraId="5E1E8FCC" w14:textId="77777777" w:rsidR="00A7019A" w:rsidRDefault="00A7019A"/>
    <w:tbl>
      <w:tblPr>
        <w:tblStyle w:val="af9"/>
        <w:tblW w:w="0" w:type="auto"/>
        <w:jc w:val="center"/>
        <w:tblLook w:val="04A0" w:firstRow="1" w:lastRow="0" w:firstColumn="1" w:lastColumn="0" w:noHBand="0" w:noVBand="1"/>
      </w:tblPr>
      <w:tblGrid>
        <w:gridCol w:w="7177"/>
        <w:gridCol w:w="7178"/>
        <w:gridCol w:w="7178"/>
      </w:tblGrid>
      <w:tr w:rsidR="00A7019A" w14:paraId="39A7D620" w14:textId="77777777">
        <w:trPr>
          <w:jc w:val="center"/>
        </w:trPr>
        <w:tc>
          <w:tcPr>
            <w:tcW w:w="7181" w:type="dxa"/>
            <w:shd w:val="clear" w:color="auto" w:fill="2E75B6"/>
            <w:vAlign w:val="center"/>
          </w:tcPr>
          <w:p w14:paraId="557F7979" w14:textId="77777777" w:rsidR="00A7019A" w:rsidRDefault="00000000">
            <w:pPr>
              <w:jc w:val="center"/>
            </w:pPr>
            <w:r>
              <w:rPr>
                <w:b/>
                <w:color w:val="FFFFFF"/>
              </w:rPr>
              <w:t>As-Is : 현재 업무</w:t>
            </w:r>
          </w:p>
        </w:tc>
        <w:tc>
          <w:tcPr>
            <w:tcW w:w="7181" w:type="dxa"/>
            <w:shd w:val="clear" w:color="auto" w:fill="2E75B6"/>
            <w:vAlign w:val="center"/>
          </w:tcPr>
          <w:p w14:paraId="1663F42C" w14:textId="77777777" w:rsidR="00A7019A" w:rsidRDefault="00000000">
            <w:pPr>
              <w:jc w:val="center"/>
            </w:pPr>
            <w:r>
              <w:rPr>
                <w:b/>
                <w:color w:val="FFFFFF"/>
              </w:rPr>
              <w:t>Pain Point : 문제점</w:t>
            </w:r>
          </w:p>
        </w:tc>
        <w:tc>
          <w:tcPr>
            <w:tcW w:w="7181" w:type="dxa"/>
            <w:shd w:val="clear" w:color="auto" w:fill="2E75B6"/>
            <w:vAlign w:val="center"/>
          </w:tcPr>
          <w:p w14:paraId="139AEDF7" w14:textId="77777777" w:rsidR="00A7019A" w:rsidRDefault="00000000">
            <w:pPr>
              <w:jc w:val="center"/>
            </w:pPr>
            <w:r>
              <w:rPr>
                <w:b/>
                <w:color w:val="FFFFFF"/>
              </w:rPr>
              <w:t>To-Be : 희망 결과</w:t>
            </w:r>
          </w:p>
        </w:tc>
      </w:tr>
      <w:tr w:rsidR="00A7019A" w14:paraId="5BDD131E" w14:textId="77777777">
        <w:trPr>
          <w:jc w:val="center"/>
        </w:trPr>
        <w:tc>
          <w:tcPr>
            <w:tcW w:w="7181" w:type="dxa"/>
          </w:tcPr>
          <w:p w14:paraId="76CE68B5" w14:textId="77777777" w:rsidR="00A7019A" w:rsidRDefault="00000000">
            <w:r>
              <w:rPr>
                <w:sz w:val="16"/>
                <w:lang w:eastAsia="ko-KR"/>
              </w:rPr>
              <w:t>영업 전략 방향 설정, 정책·업계 시황 모니터링, 영업 조직 가이드 제공 업무.</w:t>
            </w:r>
            <w:r>
              <w:rPr>
                <w:sz w:val="16"/>
                <w:lang w:eastAsia="ko-KR"/>
              </w:rPr>
              <w:br/>
              <w:t>현재 업무 흐름: 정책·업계 기사 확인 → 외부 환경 변화 정리 → 내부 영업 조직에 가이드 전달.</w:t>
            </w:r>
            <w:r>
              <w:rPr>
                <w:sz w:val="16"/>
                <w:lang w:eastAsia="ko-KR"/>
              </w:rPr>
              <w:br/>
            </w:r>
            <w:r>
              <w:rPr>
                <w:sz w:val="16"/>
              </w:rPr>
              <w:t>(기사 확인 도구, 정리 방식 등 구체 정보 없음)</w:t>
            </w:r>
          </w:p>
        </w:tc>
        <w:tc>
          <w:tcPr>
            <w:tcW w:w="7181" w:type="dxa"/>
          </w:tcPr>
          <w:p w14:paraId="6793D4D9" w14:textId="77777777" w:rsidR="00A7019A" w:rsidRDefault="00000000">
            <w:pPr>
              <w:rPr>
                <w:lang w:eastAsia="ko-KR"/>
              </w:rPr>
            </w:pPr>
            <w:r>
              <w:rPr>
                <w:sz w:val="16"/>
                <w:lang w:eastAsia="ko-KR"/>
              </w:rPr>
              <w:t>① 정책/업계 시황 정보를 영업 실행과 연결하기 어려움</w:t>
            </w:r>
            <w:r>
              <w:rPr>
                <w:sz w:val="16"/>
                <w:lang w:eastAsia="ko-KR"/>
              </w:rPr>
              <w:br/>
              <w:t>② 외부 정보를 실무 관점으로 해석하는 데 시간 소요</w:t>
            </w:r>
            <w:r>
              <w:rPr>
                <w:sz w:val="16"/>
                <w:lang w:eastAsia="ko-KR"/>
              </w:rPr>
              <w:br/>
              <w:t>③ 조직 차원의 기준으로 정리된 가이드 형태의 인사이트 부족</w:t>
            </w:r>
            <w:r>
              <w:rPr>
                <w:sz w:val="16"/>
                <w:lang w:eastAsia="ko-KR"/>
              </w:rPr>
              <w:br/>
              <w:t>④ 영업 관점에서 실행 가능한 인사이트 체계 부재</w:t>
            </w:r>
          </w:p>
        </w:tc>
        <w:tc>
          <w:tcPr>
            <w:tcW w:w="7181" w:type="dxa"/>
          </w:tcPr>
          <w:p w14:paraId="2D5974A8" w14:textId="77777777" w:rsidR="00A7019A" w:rsidRDefault="00000000">
            <w:pPr>
              <w:rPr>
                <w:lang w:eastAsia="ko-KR"/>
              </w:rPr>
            </w:pPr>
            <w:r>
              <w:rPr>
                <w:sz w:val="16"/>
                <w:lang w:eastAsia="ko-KR"/>
              </w:rPr>
              <w:t>- 정책/업계 기사 자동 수집 및 요약</w:t>
            </w:r>
            <w:r>
              <w:rPr>
                <w:sz w:val="16"/>
                <w:lang w:eastAsia="ko-KR"/>
              </w:rPr>
              <w:br/>
              <w:t>- 단순 요약이 아닌 "영업 관점 실행 인사이트" 자동 생성</w:t>
            </w:r>
            <w:r>
              <w:rPr>
                <w:sz w:val="16"/>
                <w:lang w:eastAsia="ko-KR"/>
              </w:rPr>
              <w:br/>
              <w:t>- 대웅 내부 기준과 연결된 해석 제공</w:t>
            </w:r>
            <w:r>
              <w:rPr>
                <w:sz w:val="16"/>
                <w:lang w:eastAsia="ko-KR"/>
              </w:rPr>
              <w:br/>
              <w:t>- 정책 변화 → 영향 영역 → 대응 전략까지 구조화</w:t>
            </w:r>
            <w:r>
              <w:rPr>
                <w:sz w:val="16"/>
                <w:lang w:eastAsia="ko-KR"/>
              </w:rPr>
              <w:br/>
              <w:t>→ 외부 정보 → 내부 전략 연결 → 실행 가이드 자동 생성 체계</w:t>
            </w:r>
          </w:p>
        </w:tc>
      </w:tr>
    </w:tbl>
    <w:p w14:paraId="4B3347AE" w14:textId="77777777" w:rsidR="00A7019A" w:rsidRDefault="00A7019A">
      <w:pPr>
        <w:rPr>
          <w:lang w:eastAsia="ko-KR"/>
        </w:rPr>
      </w:pPr>
    </w:p>
    <w:p w14:paraId="0951B9A1" w14:textId="77777777" w:rsidR="00A7019A" w:rsidRDefault="00000000">
      <w:pPr>
        <w:rPr>
          <w:lang w:eastAsia="ko-KR"/>
        </w:rPr>
      </w:pPr>
      <w:r>
        <w:rPr>
          <w:b/>
          <w:color w:val="2E75B6"/>
          <w:sz w:val="16"/>
          <w:lang w:eastAsia="ko-KR"/>
        </w:rPr>
        <w:t xml:space="preserve">결과 형태: </w:t>
      </w:r>
      <w:r>
        <w:rPr>
          <w:sz w:val="16"/>
          <w:lang w:eastAsia="ko-KR"/>
        </w:rPr>
        <w:t>파일(Excel/CSV/Word), 대시보드</w:t>
      </w:r>
    </w:p>
    <w:p w14:paraId="1F4AF9AE" w14:textId="77777777" w:rsidR="00A7019A" w:rsidRDefault="00A7019A">
      <w:pPr>
        <w:rPr>
          <w:lang w:eastAsia="ko-KR"/>
        </w:rPr>
      </w:pPr>
    </w:p>
    <w:p w14:paraId="1A5957CA" w14:textId="77777777" w:rsidR="00A7019A" w:rsidRDefault="00000000">
      <w:pPr>
        <w:rPr>
          <w:lang w:eastAsia="ko-KR"/>
        </w:rPr>
      </w:pPr>
      <w:r>
        <w:rPr>
          <w:b/>
          <w:color w:val="2E75B6"/>
          <w:sz w:val="24"/>
          <w:lang w:eastAsia="ko-KR"/>
        </w:rPr>
        <w:t xml:space="preserve">2.10.2 </w:t>
      </w:r>
      <w:r>
        <w:rPr>
          <w:b/>
          <w:color w:val="1B3A5C"/>
          <w:sz w:val="24"/>
          <w:lang w:eastAsia="ko-KR"/>
        </w:rPr>
        <w:t>과제 선정 기준 체크리스트 평가</w:t>
      </w:r>
    </w:p>
    <w:p w14:paraId="7089901C" w14:textId="77777777" w:rsidR="00A7019A" w:rsidRDefault="00A7019A">
      <w:pPr>
        <w:rPr>
          <w:lang w:eastAsia="ko-KR"/>
        </w:rPr>
      </w:pPr>
    </w:p>
    <w:tbl>
      <w:tblPr>
        <w:tblStyle w:val="af9"/>
        <w:tblW w:w="0" w:type="auto"/>
        <w:jc w:val="center"/>
        <w:tblLook w:val="04A0" w:firstRow="1" w:lastRow="0" w:firstColumn="1" w:lastColumn="0" w:noHBand="0" w:noVBand="1"/>
      </w:tblPr>
      <w:tblGrid>
        <w:gridCol w:w="7178"/>
        <w:gridCol w:w="7177"/>
        <w:gridCol w:w="7178"/>
      </w:tblGrid>
      <w:tr w:rsidR="00A7019A" w14:paraId="193978DC" w14:textId="77777777">
        <w:trPr>
          <w:jc w:val="center"/>
        </w:trPr>
        <w:tc>
          <w:tcPr>
            <w:tcW w:w="7181" w:type="dxa"/>
            <w:shd w:val="clear" w:color="auto" w:fill="2E75B6"/>
            <w:vAlign w:val="center"/>
          </w:tcPr>
          <w:p w14:paraId="686A770F" w14:textId="77777777" w:rsidR="00A7019A" w:rsidRDefault="00000000">
            <w:pPr>
              <w:jc w:val="center"/>
            </w:pPr>
            <w:r>
              <w:rPr>
                <w:b/>
                <w:color w:val="FFFFFF"/>
              </w:rPr>
              <w:t>선정 기준</w:t>
            </w:r>
          </w:p>
        </w:tc>
        <w:tc>
          <w:tcPr>
            <w:tcW w:w="7181" w:type="dxa"/>
            <w:shd w:val="clear" w:color="auto" w:fill="2E75B6"/>
            <w:vAlign w:val="center"/>
          </w:tcPr>
          <w:p w14:paraId="57666213" w14:textId="77777777" w:rsidR="00A7019A" w:rsidRDefault="00000000">
            <w:pPr>
              <w:jc w:val="center"/>
            </w:pPr>
            <w:r>
              <w:rPr>
                <w:b/>
                <w:color w:val="FFFFFF"/>
              </w:rPr>
              <w:t>판정</w:t>
            </w:r>
          </w:p>
        </w:tc>
        <w:tc>
          <w:tcPr>
            <w:tcW w:w="7181" w:type="dxa"/>
            <w:shd w:val="clear" w:color="auto" w:fill="2E75B6"/>
            <w:vAlign w:val="center"/>
          </w:tcPr>
          <w:p w14:paraId="0DCD54C3" w14:textId="77777777" w:rsidR="00A7019A" w:rsidRDefault="00000000">
            <w:pPr>
              <w:jc w:val="center"/>
            </w:pPr>
            <w:r>
              <w:rPr>
                <w:b/>
                <w:color w:val="FFFFFF"/>
              </w:rPr>
              <w:t>평가 내용</w:t>
            </w:r>
          </w:p>
        </w:tc>
      </w:tr>
      <w:tr w:rsidR="00A7019A" w14:paraId="12A97FE5" w14:textId="77777777">
        <w:trPr>
          <w:jc w:val="center"/>
        </w:trPr>
        <w:tc>
          <w:tcPr>
            <w:tcW w:w="7181" w:type="dxa"/>
            <w:vAlign w:val="center"/>
          </w:tcPr>
          <w:p w14:paraId="4CDE565B" w14:textId="77777777" w:rsidR="00A7019A" w:rsidRDefault="00000000">
            <w:pPr>
              <w:rPr>
                <w:lang w:eastAsia="ko-KR"/>
              </w:rPr>
            </w:pPr>
            <w:r>
              <w:rPr>
                <w:b/>
                <w:sz w:val="16"/>
                <w:lang w:eastAsia="ko-KR"/>
              </w:rPr>
              <w:t>① 업무 규칙·요구사항 명확성</w:t>
            </w:r>
          </w:p>
        </w:tc>
        <w:tc>
          <w:tcPr>
            <w:tcW w:w="7181" w:type="dxa"/>
            <w:shd w:val="clear" w:color="auto" w:fill="FCE4EC"/>
            <w:vAlign w:val="center"/>
          </w:tcPr>
          <w:p w14:paraId="08A3B103" w14:textId="77777777" w:rsidR="00A7019A" w:rsidRDefault="00000000">
            <w:pPr>
              <w:jc w:val="center"/>
            </w:pPr>
            <w:r>
              <w:rPr>
                <w:b/>
              </w:rPr>
              <w:t>✗ 애매</w:t>
            </w:r>
          </w:p>
        </w:tc>
        <w:tc>
          <w:tcPr>
            <w:tcW w:w="7181" w:type="dxa"/>
          </w:tcPr>
          <w:p w14:paraId="0ACA6C4D" w14:textId="77777777" w:rsidR="00A7019A" w:rsidRDefault="00000000">
            <w:pPr>
              <w:rPr>
                <w:lang w:eastAsia="ko-KR"/>
              </w:rPr>
            </w:pPr>
            <w:r>
              <w:rPr>
                <w:sz w:val="16"/>
                <w:lang w:eastAsia="ko-KR"/>
              </w:rPr>
              <w:t>"대리 신청 건"이며, 기사 확인 도구·정리 방식 등 구체 정보 없음. 외부 정보를 "영업 관점 실행 인사이트"로 변환하는 과정은 담당자의 "감"과 노하우에 크게 의존하는 영역. 명확한 규칙 기반 개발보다 AI 모델 학습이 필요한 유형.</w:t>
            </w:r>
          </w:p>
        </w:tc>
      </w:tr>
      <w:tr w:rsidR="00A7019A" w14:paraId="76761451" w14:textId="77777777">
        <w:trPr>
          <w:jc w:val="center"/>
        </w:trPr>
        <w:tc>
          <w:tcPr>
            <w:tcW w:w="7181" w:type="dxa"/>
            <w:vAlign w:val="center"/>
          </w:tcPr>
          <w:p w14:paraId="0B9C3755" w14:textId="77777777" w:rsidR="00A7019A" w:rsidRDefault="00000000">
            <w:r>
              <w:rPr>
                <w:b/>
                <w:sz w:val="16"/>
              </w:rPr>
              <w:t>② 현업 참여 의지</w:t>
            </w:r>
          </w:p>
        </w:tc>
        <w:tc>
          <w:tcPr>
            <w:tcW w:w="7181" w:type="dxa"/>
            <w:shd w:val="clear" w:color="auto" w:fill="FFF2CC"/>
            <w:vAlign w:val="center"/>
          </w:tcPr>
          <w:p w14:paraId="030361C5" w14:textId="77777777" w:rsidR="00A7019A" w:rsidRDefault="00000000">
            <w:pPr>
              <w:jc w:val="center"/>
            </w:pPr>
            <w:r>
              <w:rPr>
                <w:b/>
              </w:rPr>
              <w:t>△ 불확실</w:t>
            </w:r>
          </w:p>
        </w:tc>
        <w:tc>
          <w:tcPr>
            <w:tcW w:w="7181" w:type="dxa"/>
          </w:tcPr>
          <w:p w14:paraId="33CA6449" w14:textId="77777777" w:rsidR="00A7019A" w:rsidRDefault="00000000">
            <w:pPr>
              <w:rPr>
                <w:lang w:eastAsia="ko-KR"/>
              </w:rPr>
            </w:pPr>
            <w:r>
              <w:rPr>
                <w:sz w:val="16"/>
                <w:lang w:eastAsia="ko-KR"/>
              </w:rPr>
              <w:t>"대리 신청 건"으로 기재. 실제 수행자의 참여 의지·가용 시간 불확실. 본부장/사업부장/팀장 단위 니즈가 있으나 실무 참여자 특정 안됨.</w:t>
            </w:r>
          </w:p>
        </w:tc>
      </w:tr>
      <w:tr w:rsidR="00A7019A" w14:paraId="6113F880" w14:textId="77777777">
        <w:trPr>
          <w:jc w:val="center"/>
        </w:trPr>
        <w:tc>
          <w:tcPr>
            <w:tcW w:w="7181" w:type="dxa"/>
            <w:vAlign w:val="center"/>
          </w:tcPr>
          <w:p w14:paraId="2AF6696E" w14:textId="77777777" w:rsidR="00A7019A" w:rsidRDefault="00000000">
            <w:r>
              <w:rPr>
                <w:b/>
                <w:sz w:val="16"/>
              </w:rPr>
              <w:t>③ 데이터 디지털화</w:t>
            </w:r>
          </w:p>
        </w:tc>
        <w:tc>
          <w:tcPr>
            <w:tcW w:w="7181" w:type="dxa"/>
            <w:shd w:val="clear" w:color="auto" w:fill="E2EFDA"/>
            <w:vAlign w:val="center"/>
          </w:tcPr>
          <w:p w14:paraId="4A375A22" w14:textId="77777777" w:rsidR="00A7019A" w:rsidRDefault="00000000">
            <w:pPr>
              <w:jc w:val="center"/>
            </w:pPr>
            <w:r>
              <w:rPr>
                <w:b/>
              </w:rPr>
              <w:t>✓ 즉시 가능</w:t>
            </w:r>
          </w:p>
        </w:tc>
        <w:tc>
          <w:tcPr>
            <w:tcW w:w="7181" w:type="dxa"/>
          </w:tcPr>
          <w:p w14:paraId="48899488" w14:textId="77777777" w:rsidR="00A7019A" w:rsidRDefault="00000000">
            <w:pPr>
              <w:rPr>
                <w:lang w:eastAsia="ko-KR"/>
              </w:rPr>
            </w:pPr>
            <w:r>
              <w:rPr>
                <w:sz w:val="16"/>
                <w:lang w:eastAsia="ko-KR"/>
              </w:rPr>
              <w:t>Excel/CSV, 텍스트 형태. 외부 기사·정책 데이터는 크롤링으로 확보 가능.</w:t>
            </w:r>
          </w:p>
        </w:tc>
      </w:tr>
      <w:tr w:rsidR="00A7019A" w14:paraId="082E52ED" w14:textId="77777777">
        <w:trPr>
          <w:jc w:val="center"/>
        </w:trPr>
        <w:tc>
          <w:tcPr>
            <w:tcW w:w="7181" w:type="dxa"/>
            <w:vAlign w:val="center"/>
          </w:tcPr>
          <w:p w14:paraId="56313132" w14:textId="77777777" w:rsidR="00A7019A" w:rsidRDefault="00000000">
            <w:pPr>
              <w:rPr>
                <w:lang w:eastAsia="ko-KR"/>
              </w:rPr>
            </w:pPr>
            <w:r>
              <w:rPr>
                <w:b/>
                <w:sz w:val="16"/>
                <w:lang w:eastAsia="ko-KR"/>
              </w:rPr>
              <w:t>④ 예상 AI Tool·인프라</w:t>
            </w:r>
          </w:p>
        </w:tc>
        <w:tc>
          <w:tcPr>
            <w:tcW w:w="7181" w:type="dxa"/>
            <w:shd w:val="clear" w:color="auto" w:fill="FFF2CC"/>
            <w:vAlign w:val="center"/>
          </w:tcPr>
          <w:p w14:paraId="38393E2E" w14:textId="77777777" w:rsidR="00A7019A" w:rsidRDefault="00000000">
            <w:pPr>
              <w:jc w:val="center"/>
            </w:pPr>
            <w:r>
              <w:rPr>
                <w:b/>
              </w:rPr>
              <w:t>해당</w:t>
            </w:r>
          </w:p>
        </w:tc>
        <w:tc>
          <w:tcPr>
            <w:tcW w:w="7181" w:type="dxa"/>
          </w:tcPr>
          <w:p w14:paraId="07133D96" w14:textId="77777777" w:rsidR="00A7019A" w:rsidRDefault="00000000">
            <w:pPr>
              <w:rPr>
                <w:lang w:eastAsia="ko-KR"/>
              </w:rPr>
            </w:pPr>
            <w:r>
              <w:rPr>
                <w:sz w:val="16"/>
                <w:lang w:eastAsia="ko-KR"/>
              </w:rPr>
              <w:t>☑ LLM (기사 수집·요약·인사이트 생성)  ☑ 상용 API (뉴스 크롤링)</w:t>
            </w:r>
            <w:r>
              <w:rPr>
                <w:sz w:val="16"/>
                <w:lang w:eastAsia="ko-KR"/>
              </w:rPr>
              <w:br/>
              <w:t>☑ 노코드 워크플로우 n8n (자동 수집·발송)</w:t>
            </w:r>
          </w:p>
        </w:tc>
      </w:tr>
      <w:tr w:rsidR="00A7019A" w14:paraId="283C8930" w14:textId="77777777">
        <w:trPr>
          <w:jc w:val="center"/>
        </w:trPr>
        <w:tc>
          <w:tcPr>
            <w:tcW w:w="7181" w:type="dxa"/>
            <w:vAlign w:val="center"/>
          </w:tcPr>
          <w:p w14:paraId="743000BF" w14:textId="77777777" w:rsidR="00A7019A" w:rsidRDefault="00000000">
            <w:r>
              <w:rPr>
                <w:b/>
                <w:sz w:val="16"/>
              </w:rPr>
              <w:t>⑤ 목표 달성 기준</w:t>
            </w:r>
          </w:p>
        </w:tc>
        <w:tc>
          <w:tcPr>
            <w:tcW w:w="7181" w:type="dxa"/>
            <w:shd w:val="clear" w:color="auto" w:fill="FCE4EC"/>
            <w:vAlign w:val="center"/>
          </w:tcPr>
          <w:p w14:paraId="7099977E" w14:textId="77777777" w:rsidR="00A7019A" w:rsidRDefault="00000000">
            <w:pPr>
              <w:jc w:val="center"/>
            </w:pPr>
            <w:r>
              <w:rPr>
                <w:b/>
              </w:rPr>
              <w:t>✗ 불명확</w:t>
            </w:r>
          </w:p>
        </w:tc>
        <w:tc>
          <w:tcPr>
            <w:tcW w:w="7181" w:type="dxa"/>
          </w:tcPr>
          <w:p w14:paraId="4F55C392" w14:textId="77777777" w:rsidR="00A7019A" w:rsidRDefault="00000000">
            <w:pPr>
              <w:rPr>
                <w:lang w:eastAsia="ko-KR"/>
              </w:rPr>
            </w:pPr>
            <w:r>
              <w:rPr>
                <w:sz w:val="16"/>
                <w:lang w:eastAsia="ko-KR"/>
              </w:rPr>
              <w:t>구체적 시간·수치 정보 전혀 없음. 현재 업무 소요 시간도 미제공. 정량적 개선 목표 수립이 현 단계에서 불가.</w:t>
            </w:r>
          </w:p>
        </w:tc>
      </w:tr>
      <w:tr w:rsidR="00A7019A" w14:paraId="1C375797" w14:textId="77777777">
        <w:trPr>
          <w:jc w:val="center"/>
        </w:trPr>
        <w:tc>
          <w:tcPr>
            <w:tcW w:w="7181" w:type="dxa"/>
            <w:vAlign w:val="center"/>
          </w:tcPr>
          <w:p w14:paraId="3567C56A" w14:textId="77777777" w:rsidR="00A7019A" w:rsidRDefault="00000000">
            <w:r>
              <w:rPr>
                <w:b/>
                <w:sz w:val="16"/>
              </w:rPr>
              <w:t>⑥ 예상 효과</w:t>
            </w:r>
          </w:p>
        </w:tc>
        <w:tc>
          <w:tcPr>
            <w:tcW w:w="7181" w:type="dxa"/>
            <w:shd w:val="clear" w:color="auto" w:fill="FFF2CC"/>
            <w:vAlign w:val="center"/>
          </w:tcPr>
          <w:p w14:paraId="690D3837" w14:textId="77777777" w:rsidR="00A7019A" w:rsidRDefault="00000000">
            <w:pPr>
              <w:jc w:val="center"/>
            </w:pPr>
            <w:r>
              <w:rPr>
                <w:b/>
              </w:rPr>
              <w:t>중간</w:t>
            </w:r>
          </w:p>
        </w:tc>
        <w:tc>
          <w:tcPr>
            <w:tcW w:w="7181" w:type="dxa"/>
          </w:tcPr>
          <w:p w14:paraId="3B328579" w14:textId="77777777" w:rsidR="00A7019A" w:rsidRDefault="00000000">
            <w:pPr>
              <w:rPr>
                <w:lang w:eastAsia="ko-KR"/>
              </w:rPr>
            </w:pPr>
            <w:r>
              <w:rPr>
                <w:sz w:val="16"/>
                <w:lang w:eastAsia="ko-KR"/>
              </w:rPr>
              <w:t>[정량] 기사 수집·정리 시간 절감 (구체적 수치 미확인)</w:t>
            </w:r>
            <w:r>
              <w:rPr>
                <w:sz w:val="16"/>
                <w:lang w:eastAsia="ko-KR"/>
              </w:rPr>
              <w:br/>
              <w:t>[정성] 외부 환경 변화 대응 속도 향상, 영업 조직 가이드 품질 일관성 확보</w:t>
            </w:r>
          </w:p>
        </w:tc>
      </w:tr>
      <w:tr w:rsidR="00A7019A" w14:paraId="43593A61" w14:textId="77777777">
        <w:trPr>
          <w:jc w:val="center"/>
        </w:trPr>
        <w:tc>
          <w:tcPr>
            <w:tcW w:w="7181" w:type="dxa"/>
            <w:vAlign w:val="center"/>
          </w:tcPr>
          <w:p w14:paraId="1227ED29" w14:textId="77777777" w:rsidR="00A7019A" w:rsidRDefault="00000000">
            <w:r>
              <w:rPr>
                <w:b/>
                <w:sz w:val="16"/>
              </w:rPr>
              <w:t>⑦ 리스크·제약사항</w:t>
            </w:r>
          </w:p>
        </w:tc>
        <w:tc>
          <w:tcPr>
            <w:tcW w:w="7181" w:type="dxa"/>
            <w:shd w:val="clear" w:color="auto" w:fill="FFF2CC"/>
            <w:vAlign w:val="center"/>
          </w:tcPr>
          <w:p w14:paraId="20C2054E" w14:textId="77777777" w:rsidR="00A7019A" w:rsidRDefault="00000000">
            <w:pPr>
              <w:jc w:val="center"/>
            </w:pPr>
            <w:r>
              <w:rPr>
                <w:b/>
              </w:rPr>
              <w:t>△ 일부</w:t>
            </w:r>
          </w:p>
        </w:tc>
        <w:tc>
          <w:tcPr>
            <w:tcW w:w="7181" w:type="dxa"/>
          </w:tcPr>
          <w:p w14:paraId="4E5238C8" w14:textId="77777777" w:rsidR="00A7019A" w:rsidRDefault="00000000">
            <w:pPr>
              <w:rPr>
                <w:lang w:eastAsia="ko-KR"/>
              </w:rPr>
            </w:pPr>
            <w:r>
              <w:rPr>
                <w:sz w:val="16"/>
                <w:lang w:eastAsia="ko-KR"/>
              </w:rPr>
              <w:t>☑ 업무 규칙 불명확: "영업 관점 실행 인사이트"의 판단 기준이 담당자 노하우에 의존</w:t>
            </w:r>
            <w:r>
              <w:rPr>
                <w:sz w:val="16"/>
                <w:lang w:eastAsia="ko-KR"/>
              </w:rPr>
              <w:br/>
              <w:t>☐ 대리 신청으로 실제 수행 주체 확인 필요</w:t>
            </w:r>
            <w:r>
              <w:rPr>
                <w:sz w:val="16"/>
                <w:lang w:eastAsia="ko-KR"/>
              </w:rPr>
              <w:br/>
              <w:t>☐ AI 생성 인사이트의 품질 검증 체계 구축 필요</w:t>
            </w:r>
            <w:r>
              <w:rPr>
                <w:sz w:val="16"/>
                <w:lang w:eastAsia="ko-KR"/>
              </w:rPr>
              <w:br/>
              <w:t>☐ 내부 전략과의 연결은 구조화가 매우 어려운 영역</w:t>
            </w:r>
          </w:p>
        </w:tc>
      </w:tr>
    </w:tbl>
    <w:p w14:paraId="51218064" w14:textId="77777777" w:rsidR="00A7019A" w:rsidRDefault="00000000">
      <w:pPr>
        <w:rPr>
          <w:lang w:eastAsia="ko-KR"/>
        </w:rPr>
      </w:pPr>
      <w:r>
        <w:rPr>
          <w:lang w:eastAsia="ko-KR"/>
        </w:rPr>
        <w:br w:type="page"/>
      </w:r>
    </w:p>
    <w:p w14:paraId="0D475E6A" w14:textId="77777777" w:rsidR="00A7019A" w:rsidRDefault="00000000">
      <w:pPr>
        <w:rPr>
          <w:lang w:eastAsia="ko-KR"/>
        </w:rPr>
      </w:pPr>
      <w:r>
        <w:rPr>
          <w:b/>
          <w:color w:val="2E75B6"/>
          <w:sz w:val="44"/>
          <w:lang w:eastAsia="ko-KR"/>
        </w:rPr>
        <w:lastRenderedPageBreak/>
        <w:t>3</w:t>
      </w:r>
      <w:r>
        <w:rPr>
          <w:b/>
          <w:color w:val="1B3A5C"/>
          <w:sz w:val="44"/>
          <w:lang w:eastAsia="ko-KR"/>
        </w:rPr>
        <w:t xml:space="preserve">  선정 적합도 순위 및 최종 정리</w:t>
      </w:r>
    </w:p>
    <w:p w14:paraId="05FDB312" w14:textId="77777777" w:rsidR="00A7019A" w:rsidRDefault="00A7019A">
      <w:pPr>
        <w:rPr>
          <w:lang w:eastAsia="ko-KR"/>
        </w:rPr>
      </w:pPr>
    </w:p>
    <w:p w14:paraId="70CB739B" w14:textId="77777777" w:rsidR="00A7019A" w:rsidRDefault="00000000">
      <w:r>
        <w:rPr>
          <w:b/>
          <w:color w:val="1B3A5C"/>
          <w:sz w:val="24"/>
        </w:rPr>
        <w:t>■ 종합 평가 매트릭스</w:t>
      </w:r>
    </w:p>
    <w:p w14:paraId="481EF8BE" w14:textId="77777777" w:rsidR="00A7019A" w:rsidRDefault="00A7019A"/>
    <w:tbl>
      <w:tblPr>
        <w:tblStyle w:val="af9"/>
        <w:tblW w:w="0" w:type="auto"/>
        <w:jc w:val="center"/>
        <w:tblLook w:val="04A0" w:firstRow="1" w:lastRow="0" w:firstColumn="1" w:lastColumn="0" w:noHBand="0" w:noVBand="1"/>
      </w:tblPr>
      <w:tblGrid>
        <w:gridCol w:w="2392"/>
        <w:gridCol w:w="2393"/>
        <w:gridCol w:w="2392"/>
        <w:gridCol w:w="2393"/>
        <w:gridCol w:w="2393"/>
        <w:gridCol w:w="2392"/>
        <w:gridCol w:w="2392"/>
        <w:gridCol w:w="2393"/>
        <w:gridCol w:w="2393"/>
      </w:tblGrid>
      <w:tr w:rsidR="00A7019A" w14:paraId="001A94DA" w14:textId="77777777">
        <w:trPr>
          <w:jc w:val="center"/>
        </w:trPr>
        <w:tc>
          <w:tcPr>
            <w:tcW w:w="2394" w:type="dxa"/>
            <w:shd w:val="clear" w:color="auto" w:fill="2E75B6"/>
            <w:vAlign w:val="center"/>
          </w:tcPr>
          <w:p w14:paraId="67397F64" w14:textId="77777777" w:rsidR="00A7019A" w:rsidRDefault="00000000">
            <w:pPr>
              <w:jc w:val="center"/>
            </w:pPr>
            <w:r>
              <w:rPr>
                <w:b/>
                <w:color w:val="FFFFFF"/>
                <w:sz w:val="16"/>
              </w:rPr>
              <w:t>과제</w:t>
            </w:r>
          </w:p>
        </w:tc>
        <w:tc>
          <w:tcPr>
            <w:tcW w:w="2394" w:type="dxa"/>
            <w:shd w:val="clear" w:color="auto" w:fill="2E75B6"/>
            <w:vAlign w:val="center"/>
          </w:tcPr>
          <w:p w14:paraId="23D90E86" w14:textId="77777777" w:rsidR="00A7019A" w:rsidRDefault="00000000">
            <w:pPr>
              <w:jc w:val="center"/>
            </w:pPr>
            <w:r>
              <w:rPr>
                <w:b/>
                <w:color w:val="FFFFFF"/>
                <w:sz w:val="16"/>
              </w:rPr>
              <w:t>① 규칙</w:t>
            </w:r>
            <w:r>
              <w:rPr>
                <w:b/>
                <w:color w:val="FFFFFF"/>
                <w:sz w:val="16"/>
              </w:rPr>
              <w:br/>
              <w:t>명확성</w:t>
            </w:r>
          </w:p>
        </w:tc>
        <w:tc>
          <w:tcPr>
            <w:tcW w:w="2394" w:type="dxa"/>
            <w:shd w:val="clear" w:color="auto" w:fill="2E75B6"/>
            <w:vAlign w:val="center"/>
          </w:tcPr>
          <w:p w14:paraId="590EF36F" w14:textId="77777777" w:rsidR="00A7019A" w:rsidRDefault="00000000">
            <w:pPr>
              <w:jc w:val="center"/>
            </w:pPr>
            <w:r>
              <w:rPr>
                <w:b/>
                <w:color w:val="FFFFFF"/>
                <w:sz w:val="16"/>
              </w:rPr>
              <w:t>② 참여</w:t>
            </w:r>
            <w:r>
              <w:rPr>
                <w:b/>
                <w:color w:val="FFFFFF"/>
                <w:sz w:val="16"/>
              </w:rPr>
              <w:br/>
              <w:t>의지</w:t>
            </w:r>
          </w:p>
        </w:tc>
        <w:tc>
          <w:tcPr>
            <w:tcW w:w="2394" w:type="dxa"/>
            <w:shd w:val="clear" w:color="auto" w:fill="2E75B6"/>
            <w:vAlign w:val="center"/>
          </w:tcPr>
          <w:p w14:paraId="2D9DD17A" w14:textId="77777777" w:rsidR="00A7019A" w:rsidRDefault="00000000">
            <w:pPr>
              <w:jc w:val="center"/>
            </w:pPr>
            <w:r>
              <w:rPr>
                <w:b/>
                <w:color w:val="FFFFFF"/>
                <w:sz w:val="16"/>
              </w:rPr>
              <w:t>③ 데이터</w:t>
            </w:r>
            <w:r>
              <w:rPr>
                <w:b/>
                <w:color w:val="FFFFFF"/>
                <w:sz w:val="16"/>
              </w:rPr>
              <w:br/>
              <w:t>준비</w:t>
            </w:r>
          </w:p>
        </w:tc>
        <w:tc>
          <w:tcPr>
            <w:tcW w:w="2394" w:type="dxa"/>
            <w:shd w:val="clear" w:color="auto" w:fill="2E75B6"/>
            <w:vAlign w:val="center"/>
          </w:tcPr>
          <w:p w14:paraId="1A79FB3B" w14:textId="77777777" w:rsidR="00A7019A" w:rsidRDefault="00000000">
            <w:pPr>
              <w:jc w:val="center"/>
            </w:pPr>
            <w:r>
              <w:rPr>
                <w:b/>
                <w:color w:val="FFFFFF"/>
                <w:sz w:val="16"/>
              </w:rPr>
              <w:t>④ AI</w:t>
            </w:r>
            <w:r>
              <w:rPr>
                <w:b/>
                <w:color w:val="FFFFFF"/>
                <w:sz w:val="16"/>
              </w:rPr>
              <w:br/>
              <w:t>Tool</w:t>
            </w:r>
          </w:p>
        </w:tc>
        <w:tc>
          <w:tcPr>
            <w:tcW w:w="2394" w:type="dxa"/>
            <w:shd w:val="clear" w:color="auto" w:fill="2E75B6"/>
            <w:vAlign w:val="center"/>
          </w:tcPr>
          <w:p w14:paraId="54A7CBF7" w14:textId="77777777" w:rsidR="00A7019A" w:rsidRDefault="00000000">
            <w:pPr>
              <w:jc w:val="center"/>
            </w:pPr>
            <w:r>
              <w:rPr>
                <w:b/>
                <w:color w:val="FFFFFF"/>
                <w:sz w:val="16"/>
              </w:rPr>
              <w:t>⑤ 목표</w:t>
            </w:r>
            <w:r>
              <w:rPr>
                <w:b/>
                <w:color w:val="FFFFFF"/>
                <w:sz w:val="16"/>
              </w:rPr>
              <w:br/>
              <w:t>기준</w:t>
            </w:r>
          </w:p>
        </w:tc>
        <w:tc>
          <w:tcPr>
            <w:tcW w:w="2394" w:type="dxa"/>
            <w:shd w:val="clear" w:color="auto" w:fill="2E75B6"/>
            <w:vAlign w:val="center"/>
          </w:tcPr>
          <w:p w14:paraId="4448B226" w14:textId="77777777" w:rsidR="00A7019A" w:rsidRDefault="00000000">
            <w:pPr>
              <w:jc w:val="center"/>
            </w:pPr>
            <w:r>
              <w:rPr>
                <w:b/>
                <w:color w:val="FFFFFF"/>
                <w:sz w:val="16"/>
              </w:rPr>
              <w:t>⑥ 예상</w:t>
            </w:r>
            <w:r>
              <w:rPr>
                <w:b/>
                <w:color w:val="FFFFFF"/>
                <w:sz w:val="16"/>
              </w:rPr>
              <w:br/>
              <w:t>효과</w:t>
            </w:r>
          </w:p>
        </w:tc>
        <w:tc>
          <w:tcPr>
            <w:tcW w:w="2394" w:type="dxa"/>
            <w:shd w:val="clear" w:color="auto" w:fill="2E75B6"/>
            <w:vAlign w:val="center"/>
          </w:tcPr>
          <w:p w14:paraId="33E73977" w14:textId="77777777" w:rsidR="00A7019A" w:rsidRDefault="00000000">
            <w:pPr>
              <w:jc w:val="center"/>
            </w:pPr>
            <w:r>
              <w:rPr>
                <w:b/>
                <w:color w:val="FFFFFF"/>
                <w:sz w:val="16"/>
              </w:rPr>
              <w:t>⑦ 리스크</w:t>
            </w:r>
          </w:p>
        </w:tc>
        <w:tc>
          <w:tcPr>
            <w:tcW w:w="2394" w:type="dxa"/>
            <w:shd w:val="clear" w:color="auto" w:fill="2E75B6"/>
            <w:vAlign w:val="center"/>
          </w:tcPr>
          <w:p w14:paraId="48946604" w14:textId="77777777" w:rsidR="00A7019A" w:rsidRDefault="00000000">
            <w:pPr>
              <w:jc w:val="center"/>
            </w:pPr>
            <w:r>
              <w:rPr>
                <w:b/>
                <w:color w:val="FFFFFF"/>
                <w:sz w:val="16"/>
              </w:rPr>
              <w:t>종합</w:t>
            </w:r>
            <w:r>
              <w:rPr>
                <w:b/>
                <w:color w:val="FFFFFF"/>
                <w:sz w:val="16"/>
              </w:rPr>
              <w:br/>
              <w:t>적합도</w:t>
            </w:r>
          </w:p>
        </w:tc>
      </w:tr>
      <w:tr w:rsidR="00A7019A" w14:paraId="2FEB3264" w14:textId="77777777">
        <w:trPr>
          <w:jc w:val="center"/>
        </w:trPr>
        <w:tc>
          <w:tcPr>
            <w:tcW w:w="2394" w:type="dxa"/>
            <w:vAlign w:val="center"/>
          </w:tcPr>
          <w:p w14:paraId="16CD2A2B" w14:textId="77777777" w:rsidR="00A7019A" w:rsidRDefault="00000000">
            <w:pPr>
              <w:rPr>
                <w:lang w:eastAsia="ko-KR"/>
              </w:rPr>
            </w:pPr>
            <w:r>
              <w:rPr>
                <w:b/>
                <w:sz w:val="16"/>
                <w:lang w:eastAsia="ko-KR"/>
              </w:rPr>
              <w:t>3. 김지숙</w:t>
            </w:r>
            <w:r>
              <w:rPr>
                <w:b/>
                <w:sz w:val="16"/>
                <w:lang w:eastAsia="ko-KR"/>
              </w:rPr>
              <w:br/>
              <w:t>CPS 증빙 검토 자동화</w:t>
            </w:r>
          </w:p>
        </w:tc>
        <w:tc>
          <w:tcPr>
            <w:tcW w:w="2394" w:type="dxa"/>
            <w:shd w:val="clear" w:color="auto" w:fill="E2EFDA"/>
            <w:vAlign w:val="center"/>
          </w:tcPr>
          <w:p w14:paraId="57D76539" w14:textId="77777777" w:rsidR="00A7019A" w:rsidRDefault="00000000">
            <w:pPr>
              <w:jc w:val="center"/>
            </w:pPr>
            <w:r>
              <w:rPr>
                <w:sz w:val="16"/>
              </w:rPr>
              <w:t>✓</w:t>
            </w:r>
          </w:p>
        </w:tc>
        <w:tc>
          <w:tcPr>
            <w:tcW w:w="2394" w:type="dxa"/>
            <w:shd w:val="clear" w:color="auto" w:fill="E2EFDA"/>
            <w:vAlign w:val="center"/>
          </w:tcPr>
          <w:p w14:paraId="7D532D5A" w14:textId="77777777" w:rsidR="00A7019A" w:rsidRDefault="00000000">
            <w:pPr>
              <w:jc w:val="center"/>
            </w:pPr>
            <w:r>
              <w:rPr>
                <w:sz w:val="16"/>
              </w:rPr>
              <w:t>✓</w:t>
            </w:r>
          </w:p>
        </w:tc>
        <w:tc>
          <w:tcPr>
            <w:tcW w:w="2394" w:type="dxa"/>
            <w:shd w:val="clear" w:color="auto" w:fill="E2EFDA"/>
            <w:vAlign w:val="center"/>
          </w:tcPr>
          <w:p w14:paraId="7AFFCC74" w14:textId="77777777" w:rsidR="00A7019A" w:rsidRDefault="00000000">
            <w:pPr>
              <w:jc w:val="center"/>
            </w:pPr>
            <w:r>
              <w:rPr>
                <w:sz w:val="16"/>
              </w:rPr>
              <w:t>✓</w:t>
            </w:r>
          </w:p>
        </w:tc>
        <w:tc>
          <w:tcPr>
            <w:tcW w:w="2394" w:type="dxa"/>
            <w:vAlign w:val="center"/>
          </w:tcPr>
          <w:p w14:paraId="42537A99" w14:textId="77777777" w:rsidR="00A7019A" w:rsidRDefault="00000000">
            <w:pPr>
              <w:jc w:val="center"/>
            </w:pPr>
            <w:r>
              <w:rPr>
                <w:sz w:val="16"/>
              </w:rPr>
              <w:t>OCR/LLM</w:t>
            </w:r>
            <w:r>
              <w:rPr>
                <w:sz w:val="16"/>
              </w:rPr>
              <w:br/>
              <w:t>n8n</w:t>
            </w:r>
          </w:p>
        </w:tc>
        <w:tc>
          <w:tcPr>
            <w:tcW w:w="2394" w:type="dxa"/>
            <w:shd w:val="clear" w:color="auto" w:fill="E2EFDA"/>
            <w:vAlign w:val="center"/>
          </w:tcPr>
          <w:p w14:paraId="17930E2F" w14:textId="77777777" w:rsidR="00A7019A" w:rsidRDefault="00000000">
            <w:pPr>
              <w:jc w:val="center"/>
            </w:pPr>
            <w:r>
              <w:rPr>
                <w:sz w:val="16"/>
              </w:rPr>
              <w:t>✓</w:t>
            </w:r>
          </w:p>
        </w:tc>
        <w:tc>
          <w:tcPr>
            <w:tcW w:w="2394" w:type="dxa"/>
            <w:shd w:val="clear" w:color="auto" w:fill="E2EFDA"/>
            <w:vAlign w:val="center"/>
          </w:tcPr>
          <w:p w14:paraId="7F93E94D" w14:textId="77777777" w:rsidR="00A7019A" w:rsidRDefault="00000000">
            <w:pPr>
              <w:jc w:val="center"/>
            </w:pPr>
            <w:r>
              <w:rPr>
                <w:sz w:val="16"/>
              </w:rPr>
              <w:t>매우 높음</w:t>
            </w:r>
          </w:p>
        </w:tc>
        <w:tc>
          <w:tcPr>
            <w:tcW w:w="2394" w:type="dxa"/>
            <w:shd w:val="clear" w:color="auto" w:fill="FFF2CC"/>
            <w:vAlign w:val="center"/>
          </w:tcPr>
          <w:p w14:paraId="686A3312" w14:textId="77777777" w:rsidR="00A7019A" w:rsidRDefault="00000000">
            <w:pPr>
              <w:jc w:val="center"/>
            </w:pPr>
            <w:r>
              <w:rPr>
                <w:sz w:val="16"/>
              </w:rPr>
              <w:t>△</w:t>
            </w:r>
          </w:p>
        </w:tc>
        <w:tc>
          <w:tcPr>
            <w:tcW w:w="2394" w:type="dxa"/>
            <w:vAlign w:val="center"/>
          </w:tcPr>
          <w:p w14:paraId="4D361C5E" w14:textId="77777777" w:rsidR="00A7019A" w:rsidRDefault="00000000">
            <w:pPr>
              <w:jc w:val="center"/>
            </w:pPr>
            <w:r>
              <w:rPr>
                <w:b/>
                <w:color w:val="2E75B6"/>
                <w:sz w:val="16"/>
              </w:rPr>
              <w:t>★★★★★</w:t>
            </w:r>
          </w:p>
        </w:tc>
      </w:tr>
      <w:tr w:rsidR="00A7019A" w14:paraId="71D3E171" w14:textId="77777777">
        <w:trPr>
          <w:jc w:val="center"/>
        </w:trPr>
        <w:tc>
          <w:tcPr>
            <w:tcW w:w="2394" w:type="dxa"/>
            <w:vAlign w:val="center"/>
          </w:tcPr>
          <w:p w14:paraId="6CF903E9" w14:textId="77777777" w:rsidR="00A7019A" w:rsidRDefault="00000000">
            <w:pPr>
              <w:rPr>
                <w:lang w:eastAsia="ko-KR"/>
              </w:rPr>
            </w:pPr>
            <w:r>
              <w:rPr>
                <w:b/>
                <w:sz w:val="16"/>
                <w:lang w:eastAsia="ko-KR"/>
              </w:rPr>
              <w:t>1. 박미경</w:t>
            </w:r>
            <w:r>
              <w:rPr>
                <w:b/>
                <w:sz w:val="16"/>
                <w:lang w:eastAsia="ko-KR"/>
              </w:rPr>
              <w:br/>
              <w:t>목표 달성 DashBoard</w:t>
            </w:r>
          </w:p>
        </w:tc>
        <w:tc>
          <w:tcPr>
            <w:tcW w:w="2394" w:type="dxa"/>
            <w:shd w:val="clear" w:color="auto" w:fill="E2EFDA"/>
            <w:vAlign w:val="center"/>
          </w:tcPr>
          <w:p w14:paraId="2817FCD4" w14:textId="77777777" w:rsidR="00A7019A" w:rsidRDefault="00000000">
            <w:pPr>
              <w:jc w:val="center"/>
            </w:pPr>
            <w:r>
              <w:rPr>
                <w:sz w:val="16"/>
              </w:rPr>
              <w:t>✓</w:t>
            </w:r>
          </w:p>
        </w:tc>
        <w:tc>
          <w:tcPr>
            <w:tcW w:w="2394" w:type="dxa"/>
            <w:shd w:val="clear" w:color="auto" w:fill="E2EFDA"/>
            <w:vAlign w:val="center"/>
          </w:tcPr>
          <w:p w14:paraId="3B4B1C2B" w14:textId="77777777" w:rsidR="00A7019A" w:rsidRDefault="00000000">
            <w:pPr>
              <w:jc w:val="center"/>
            </w:pPr>
            <w:r>
              <w:rPr>
                <w:sz w:val="16"/>
              </w:rPr>
              <w:t>✓</w:t>
            </w:r>
          </w:p>
        </w:tc>
        <w:tc>
          <w:tcPr>
            <w:tcW w:w="2394" w:type="dxa"/>
            <w:shd w:val="clear" w:color="auto" w:fill="E2EFDA"/>
            <w:vAlign w:val="center"/>
          </w:tcPr>
          <w:p w14:paraId="4B847E94" w14:textId="77777777" w:rsidR="00A7019A" w:rsidRDefault="00000000">
            <w:pPr>
              <w:jc w:val="center"/>
            </w:pPr>
            <w:r>
              <w:rPr>
                <w:sz w:val="16"/>
              </w:rPr>
              <w:t>✓</w:t>
            </w:r>
          </w:p>
        </w:tc>
        <w:tc>
          <w:tcPr>
            <w:tcW w:w="2394" w:type="dxa"/>
            <w:vAlign w:val="center"/>
          </w:tcPr>
          <w:p w14:paraId="34F8CF41" w14:textId="77777777" w:rsidR="00A7019A" w:rsidRDefault="00000000">
            <w:pPr>
              <w:jc w:val="center"/>
            </w:pPr>
            <w:r>
              <w:rPr>
                <w:sz w:val="16"/>
              </w:rPr>
              <w:t>BI/LLM</w:t>
            </w:r>
            <w:r>
              <w:rPr>
                <w:sz w:val="16"/>
              </w:rPr>
              <w:br/>
              <w:t>n8n</w:t>
            </w:r>
          </w:p>
        </w:tc>
        <w:tc>
          <w:tcPr>
            <w:tcW w:w="2394" w:type="dxa"/>
            <w:shd w:val="clear" w:color="auto" w:fill="E2EFDA"/>
            <w:vAlign w:val="center"/>
          </w:tcPr>
          <w:p w14:paraId="4833C223" w14:textId="77777777" w:rsidR="00A7019A" w:rsidRDefault="00000000">
            <w:pPr>
              <w:jc w:val="center"/>
            </w:pPr>
            <w:r>
              <w:rPr>
                <w:sz w:val="16"/>
              </w:rPr>
              <w:t>✓</w:t>
            </w:r>
          </w:p>
        </w:tc>
        <w:tc>
          <w:tcPr>
            <w:tcW w:w="2394" w:type="dxa"/>
            <w:shd w:val="clear" w:color="auto" w:fill="E2EFDA"/>
            <w:vAlign w:val="center"/>
          </w:tcPr>
          <w:p w14:paraId="04AB842C" w14:textId="77777777" w:rsidR="00A7019A" w:rsidRDefault="00000000">
            <w:pPr>
              <w:jc w:val="center"/>
            </w:pPr>
            <w:r>
              <w:rPr>
                <w:sz w:val="16"/>
              </w:rPr>
              <w:t>높음</w:t>
            </w:r>
          </w:p>
        </w:tc>
        <w:tc>
          <w:tcPr>
            <w:tcW w:w="2394" w:type="dxa"/>
            <w:shd w:val="clear" w:color="auto" w:fill="FFF2CC"/>
            <w:vAlign w:val="center"/>
          </w:tcPr>
          <w:p w14:paraId="42FA3C17" w14:textId="77777777" w:rsidR="00A7019A" w:rsidRDefault="00000000">
            <w:pPr>
              <w:jc w:val="center"/>
            </w:pPr>
            <w:r>
              <w:rPr>
                <w:sz w:val="16"/>
              </w:rPr>
              <w:t>△</w:t>
            </w:r>
          </w:p>
        </w:tc>
        <w:tc>
          <w:tcPr>
            <w:tcW w:w="2394" w:type="dxa"/>
            <w:vAlign w:val="center"/>
          </w:tcPr>
          <w:p w14:paraId="14E0095D" w14:textId="77777777" w:rsidR="00A7019A" w:rsidRDefault="00000000">
            <w:pPr>
              <w:jc w:val="center"/>
            </w:pPr>
            <w:r>
              <w:rPr>
                <w:b/>
                <w:color w:val="2E75B6"/>
                <w:sz w:val="16"/>
              </w:rPr>
              <w:t>★★★★☆</w:t>
            </w:r>
          </w:p>
        </w:tc>
      </w:tr>
      <w:tr w:rsidR="00A7019A" w14:paraId="27E9698F" w14:textId="77777777">
        <w:trPr>
          <w:jc w:val="center"/>
        </w:trPr>
        <w:tc>
          <w:tcPr>
            <w:tcW w:w="2394" w:type="dxa"/>
            <w:vAlign w:val="center"/>
          </w:tcPr>
          <w:p w14:paraId="687C8FC7" w14:textId="77777777" w:rsidR="00A7019A" w:rsidRDefault="00000000">
            <w:r>
              <w:rPr>
                <w:b/>
                <w:sz w:val="16"/>
              </w:rPr>
              <w:t>4. 박지현</w:t>
            </w:r>
            <w:r>
              <w:rPr>
                <w:b/>
                <w:sz w:val="16"/>
              </w:rPr>
              <w:br/>
              <w:t>로컬 스타 산출</w:t>
            </w:r>
          </w:p>
        </w:tc>
        <w:tc>
          <w:tcPr>
            <w:tcW w:w="2394" w:type="dxa"/>
            <w:shd w:val="clear" w:color="auto" w:fill="E2EFDA"/>
            <w:vAlign w:val="center"/>
          </w:tcPr>
          <w:p w14:paraId="0DA4BC82" w14:textId="77777777" w:rsidR="00A7019A" w:rsidRDefault="00000000">
            <w:pPr>
              <w:jc w:val="center"/>
            </w:pPr>
            <w:r>
              <w:rPr>
                <w:sz w:val="16"/>
              </w:rPr>
              <w:t>✓</w:t>
            </w:r>
          </w:p>
        </w:tc>
        <w:tc>
          <w:tcPr>
            <w:tcW w:w="2394" w:type="dxa"/>
            <w:shd w:val="clear" w:color="auto" w:fill="FFF2CC"/>
            <w:vAlign w:val="center"/>
          </w:tcPr>
          <w:p w14:paraId="03E07A55" w14:textId="77777777" w:rsidR="00A7019A" w:rsidRDefault="00000000">
            <w:pPr>
              <w:jc w:val="center"/>
            </w:pPr>
            <w:r>
              <w:rPr>
                <w:sz w:val="16"/>
              </w:rPr>
              <w:t>△</w:t>
            </w:r>
          </w:p>
        </w:tc>
        <w:tc>
          <w:tcPr>
            <w:tcW w:w="2394" w:type="dxa"/>
            <w:shd w:val="clear" w:color="auto" w:fill="E2EFDA"/>
            <w:vAlign w:val="center"/>
          </w:tcPr>
          <w:p w14:paraId="55C1BDB5" w14:textId="77777777" w:rsidR="00A7019A" w:rsidRDefault="00000000">
            <w:pPr>
              <w:jc w:val="center"/>
            </w:pPr>
            <w:r>
              <w:rPr>
                <w:sz w:val="16"/>
              </w:rPr>
              <w:t>✓</w:t>
            </w:r>
          </w:p>
        </w:tc>
        <w:tc>
          <w:tcPr>
            <w:tcW w:w="2394" w:type="dxa"/>
            <w:vAlign w:val="center"/>
          </w:tcPr>
          <w:p w14:paraId="0497B6C1" w14:textId="77777777" w:rsidR="00A7019A" w:rsidRDefault="00000000">
            <w:pPr>
              <w:jc w:val="center"/>
            </w:pPr>
            <w:r>
              <w:rPr>
                <w:sz w:val="16"/>
              </w:rPr>
              <w:t>n8n</w:t>
            </w:r>
            <w:r>
              <w:rPr>
                <w:sz w:val="16"/>
              </w:rPr>
              <w:br/>
              <w:t>RPA</w:t>
            </w:r>
          </w:p>
        </w:tc>
        <w:tc>
          <w:tcPr>
            <w:tcW w:w="2394" w:type="dxa"/>
            <w:shd w:val="clear" w:color="auto" w:fill="E2EFDA"/>
            <w:vAlign w:val="center"/>
          </w:tcPr>
          <w:p w14:paraId="4B4AB01A" w14:textId="77777777" w:rsidR="00A7019A" w:rsidRDefault="00000000">
            <w:pPr>
              <w:jc w:val="center"/>
            </w:pPr>
            <w:r>
              <w:rPr>
                <w:sz w:val="16"/>
              </w:rPr>
              <w:t>✓</w:t>
            </w:r>
          </w:p>
        </w:tc>
        <w:tc>
          <w:tcPr>
            <w:tcW w:w="2394" w:type="dxa"/>
            <w:shd w:val="clear" w:color="auto" w:fill="E2EFDA"/>
            <w:vAlign w:val="center"/>
          </w:tcPr>
          <w:p w14:paraId="0B52B2CF" w14:textId="77777777" w:rsidR="00A7019A" w:rsidRDefault="00000000">
            <w:pPr>
              <w:jc w:val="center"/>
            </w:pPr>
            <w:r>
              <w:rPr>
                <w:sz w:val="16"/>
              </w:rPr>
              <w:t>높음</w:t>
            </w:r>
          </w:p>
        </w:tc>
        <w:tc>
          <w:tcPr>
            <w:tcW w:w="2394" w:type="dxa"/>
            <w:shd w:val="clear" w:color="auto" w:fill="FFF2CC"/>
            <w:vAlign w:val="center"/>
          </w:tcPr>
          <w:p w14:paraId="7EA26F1C" w14:textId="77777777" w:rsidR="00A7019A" w:rsidRDefault="00000000">
            <w:pPr>
              <w:jc w:val="center"/>
            </w:pPr>
            <w:r>
              <w:rPr>
                <w:sz w:val="16"/>
              </w:rPr>
              <w:t>△</w:t>
            </w:r>
          </w:p>
        </w:tc>
        <w:tc>
          <w:tcPr>
            <w:tcW w:w="2394" w:type="dxa"/>
            <w:vAlign w:val="center"/>
          </w:tcPr>
          <w:p w14:paraId="388D830D" w14:textId="77777777" w:rsidR="00A7019A" w:rsidRDefault="00000000">
            <w:pPr>
              <w:jc w:val="center"/>
            </w:pPr>
            <w:r>
              <w:rPr>
                <w:b/>
                <w:color w:val="2E75B6"/>
                <w:sz w:val="16"/>
              </w:rPr>
              <w:t>★★★★☆</w:t>
            </w:r>
          </w:p>
        </w:tc>
      </w:tr>
      <w:tr w:rsidR="00A7019A" w14:paraId="126D8144" w14:textId="77777777">
        <w:trPr>
          <w:jc w:val="center"/>
        </w:trPr>
        <w:tc>
          <w:tcPr>
            <w:tcW w:w="2394" w:type="dxa"/>
            <w:vAlign w:val="center"/>
          </w:tcPr>
          <w:p w14:paraId="408352A3" w14:textId="77777777" w:rsidR="00A7019A" w:rsidRDefault="00000000">
            <w:pPr>
              <w:rPr>
                <w:lang w:eastAsia="ko-KR"/>
              </w:rPr>
            </w:pPr>
            <w:r>
              <w:rPr>
                <w:b/>
                <w:sz w:val="16"/>
                <w:lang w:eastAsia="ko-KR"/>
              </w:rPr>
              <w:t>7. 이승민</w:t>
            </w:r>
            <w:r>
              <w:rPr>
                <w:b/>
                <w:sz w:val="16"/>
                <w:lang w:eastAsia="ko-KR"/>
              </w:rPr>
              <w:br/>
              <w:t>처방마감자료 자동화</w:t>
            </w:r>
          </w:p>
        </w:tc>
        <w:tc>
          <w:tcPr>
            <w:tcW w:w="2394" w:type="dxa"/>
            <w:shd w:val="clear" w:color="auto" w:fill="E2EFDA"/>
            <w:vAlign w:val="center"/>
          </w:tcPr>
          <w:p w14:paraId="09062031" w14:textId="77777777" w:rsidR="00A7019A" w:rsidRDefault="00000000">
            <w:pPr>
              <w:jc w:val="center"/>
            </w:pPr>
            <w:r>
              <w:rPr>
                <w:sz w:val="16"/>
              </w:rPr>
              <w:t>✓</w:t>
            </w:r>
          </w:p>
        </w:tc>
        <w:tc>
          <w:tcPr>
            <w:tcW w:w="2394" w:type="dxa"/>
            <w:shd w:val="clear" w:color="auto" w:fill="FFF2CC"/>
            <w:vAlign w:val="center"/>
          </w:tcPr>
          <w:p w14:paraId="4B0DBDA2" w14:textId="77777777" w:rsidR="00A7019A" w:rsidRDefault="00000000">
            <w:pPr>
              <w:jc w:val="center"/>
            </w:pPr>
            <w:r>
              <w:rPr>
                <w:sz w:val="16"/>
              </w:rPr>
              <w:t>△</w:t>
            </w:r>
          </w:p>
        </w:tc>
        <w:tc>
          <w:tcPr>
            <w:tcW w:w="2394" w:type="dxa"/>
            <w:shd w:val="clear" w:color="auto" w:fill="E2EFDA"/>
            <w:vAlign w:val="center"/>
          </w:tcPr>
          <w:p w14:paraId="6930D4C7" w14:textId="77777777" w:rsidR="00A7019A" w:rsidRDefault="00000000">
            <w:pPr>
              <w:jc w:val="center"/>
            </w:pPr>
            <w:r>
              <w:rPr>
                <w:sz w:val="16"/>
              </w:rPr>
              <w:t>✓</w:t>
            </w:r>
          </w:p>
        </w:tc>
        <w:tc>
          <w:tcPr>
            <w:tcW w:w="2394" w:type="dxa"/>
            <w:vAlign w:val="center"/>
          </w:tcPr>
          <w:p w14:paraId="115FC9D6" w14:textId="77777777" w:rsidR="00A7019A" w:rsidRDefault="00000000">
            <w:pPr>
              <w:jc w:val="center"/>
            </w:pPr>
            <w:r>
              <w:rPr>
                <w:sz w:val="16"/>
              </w:rPr>
              <w:t>n8n</w:t>
            </w:r>
            <w:r>
              <w:rPr>
                <w:sz w:val="16"/>
              </w:rPr>
              <w:br/>
              <w:t>RPA</w:t>
            </w:r>
          </w:p>
        </w:tc>
        <w:tc>
          <w:tcPr>
            <w:tcW w:w="2394" w:type="dxa"/>
            <w:shd w:val="clear" w:color="auto" w:fill="E2EFDA"/>
            <w:vAlign w:val="center"/>
          </w:tcPr>
          <w:p w14:paraId="22CECDAB" w14:textId="77777777" w:rsidR="00A7019A" w:rsidRDefault="00000000">
            <w:pPr>
              <w:jc w:val="center"/>
            </w:pPr>
            <w:r>
              <w:rPr>
                <w:sz w:val="16"/>
              </w:rPr>
              <w:t>✓</w:t>
            </w:r>
          </w:p>
        </w:tc>
        <w:tc>
          <w:tcPr>
            <w:tcW w:w="2394" w:type="dxa"/>
            <w:shd w:val="clear" w:color="auto" w:fill="E2EFDA"/>
            <w:vAlign w:val="center"/>
          </w:tcPr>
          <w:p w14:paraId="72B4D210" w14:textId="77777777" w:rsidR="00A7019A" w:rsidRDefault="00000000">
            <w:pPr>
              <w:jc w:val="center"/>
            </w:pPr>
            <w:r>
              <w:rPr>
                <w:sz w:val="16"/>
              </w:rPr>
              <w:t>높음</w:t>
            </w:r>
          </w:p>
        </w:tc>
        <w:tc>
          <w:tcPr>
            <w:tcW w:w="2394" w:type="dxa"/>
            <w:shd w:val="clear" w:color="auto" w:fill="FFF2CC"/>
            <w:vAlign w:val="center"/>
          </w:tcPr>
          <w:p w14:paraId="1DEBB1D1" w14:textId="77777777" w:rsidR="00A7019A" w:rsidRDefault="00000000">
            <w:pPr>
              <w:jc w:val="center"/>
            </w:pPr>
            <w:r>
              <w:rPr>
                <w:sz w:val="16"/>
              </w:rPr>
              <w:t>△</w:t>
            </w:r>
          </w:p>
        </w:tc>
        <w:tc>
          <w:tcPr>
            <w:tcW w:w="2394" w:type="dxa"/>
            <w:vAlign w:val="center"/>
          </w:tcPr>
          <w:p w14:paraId="76115818" w14:textId="77777777" w:rsidR="00A7019A" w:rsidRDefault="00000000">
            <w:pPr>
              <w:jc w:val="center"/>
            </w:pPr>
            <w:r>
              <w:rPr>
                <w:b/>
                <w:color w:val="2E75B6"/>
                <w:sz w:val="16"/>
              </w:rPr>
              <w:t>★★★★☆</w:t>
            </w:r>
          </w:p>
        </w:tc>
      </w:tr>
      <w:tr w:rsidR="00A7019A" w14:paraId="2B58155A" w14:textId="77777777">
        <w:trPr>
          <w:jc w:val="center"/>
        </w:trPr>
        <w:tc>
          <w:tcPr>
            <w:tcW w:w="2394" w:type="dxa"/>
            <w:vAlign w:val="center"/>
          </w:tcPr>
          <w:p w14:paraId="0E04BA70" w14:textId="77777777" w:rsidR="00A7019A" w:rsidRDefault="00000000">
            <w:r>
              <w:rPr>
                <w:b/>
                <w:sz w:val="16"/>
              </w:rPr>
              <w:t>8. 백송이</w:t>
            </w:r>
            <w:r>
              <w:rPr>
                <w:b/>
                <w:sz w:val="16"/>
              </w:rPr>
              <w:br/>
              <w:t>매출 대시보드</w:t>
            </w:r>
          </w:p>
        </w:tc>
        <w:tc>
          <w:tcPr>
            <w:tcW w:w="2394" w:type="dxa"/>
            <w:shd w:val="clear" w:color="auto" w:fill="FFF2CC"/>
            <w:vAlign w:val="center"/>
          </w:tcPr>
          <w:p w14:paraId="66711F05" w14:textId="77777777" w:rsidR="00A7019A" w:rsidRDefault="00000000">
            <w:pPr>
              <w:jc w:val="center"/>
            </w:pPr>
            <w:r>
              <w:rPr>
                <w:sz w:val="16"/>
              </w:rPr>
              <w:t>△</w:t>
            </w:r>
          </w:p>
        </w:tc>
        <w:tc>
          <w:tcPr>
            <w:tcW w:w="2394" w:type="dxa"/>
            <w:shd w:val="clear" w:color="auto" w:fill="E2EFDA"/>
            <w:vAlign w:val="center"/>
          </w:tcPr>
          <w:p w14:paraId="1CBFF5D5" w14:textId="77777777" w:rsidR="00A7019A" w:rsidRDefault="00000000">
            <w:pPr>
              <w:jc w:val="center"/>
            </w:pPr>
            <w:r>
              <w:rPr>
                <w:sz w:val="16"/>
              </w:rPr>
              <w:t>✓</w:t>
            </w:r>
          </w:p>
        </w:tc>
        <w:tc>
          <w:tcPr>
            <w:tcW w:w="2394" w:type="dxa"/>
            <w:shd w:val="clear" w:color="auto" w:fill="E2EFDA"/>
            <w:vAlign w:val="center"/>
          </w:tcPr>
          <w:p w14:paraId="0B46BF41" w14:textId="77777777" w:rsidR="00A7019A" w:rsidRDefault="00000000">
            <w:pPr>
              <w:jc w:val="center"/>
            </w:pPr>
            <w:r>
              <w:rPr>
                <w:sz w:val="16"/>
              </w:rPr>
              <w:t>✓</w:t>
            </w:r>
          </w:p>
        </w:tc>
        <w:tc>
          <w:tcPr>
            <w:tcW w:w="2394" w:type="dxa"/>
            <w:vAlign w:val="center"/>
          </w:tcPr>
          <w:p w14:paraId="3423D00B" w14:textId="77777777" w:rsidR="00A7019A" w:rsidRDefault="00000000">
            <w:pPr>
              <w:jc w:val="center"/>
            </w:pPr>
            <w:r>
              <w:rPr>
                <w:sz w:val="16"/>
              </w:rPr>
              <w:t>BI/LLM</w:t>
            </w:r>
            <w:r>
              <w:rPr>
                <w:sz w:val="16"/>
              </w:rPr>
              <w:br/>
              <w:t>n8n</w:t>
            </w:r>
          </w:p>
        </w:tc>
        <w:tc>
          <w:tcPr>
            <w:tcW w:w="2394" w:type="dxa"/>
            <w:shd w:val="clear" w:color="auto" w:fill="FFF2CC"/>
            <w:vAlign w:val="center"/>
          </w:tcPr>
          <w:p w14:paraId="5CF10F02" w14:textId="77777777" w:rsidR="00A7019A" w:rsidRDefault="00000000">
            <w:pPr>
              <w:jc w:val="center"/>
            </w:pPr>
            <w:r>
              <w:rPr>
                <w:sz w:val="16"/>
              </w:rPr>
              <w:t>△</w:t>
            </w:r>
          </w:p>
        </w:tc>
        <w:tc>
          <w:tcPr>
            <w:tcW w:w="2394" w:type="dxa"/>
            <w:shd w:val="clear" w:color="auto" w:fill="E2EFDA"/>
            <w:vAlign w:val="center"/>
          </w:tcPr>
          <w:p w14:paraId="26D9B7D7" w14:textId="77777777" w:rsidR="00A7019A" w:rsidRDefault="00000000">
            <w:pPr>
              <w:jc w:val="center"/>
            </w:pPr>
            <w:r>
              <w:rPr>
                <w:sz w:val="16"/>
              </w:rPr>
              <w:t>높음</w:t>
            </w:r>
          </w:p>
        </w:tc>
        <w:tc>
          <w:tcPr>
            <w:tcW w:w="2394" w:type="dxa"/>
            <w:shd w:val="clear" w:color="auto" w:fill="FFF2CC"/>
            <w:vAlign w:val="center"/>
          </w:tcPr>
          <w:p w14:paraId="096E6D1B" w14:textId="77777777" w:rsidR="00A7019A" w:rsidRDefault="00000000">
            <w:pPr>
              <w:jc w:val="center"/>
            </w:pPr>
            <w:r>
              <w:rPr>
                <w:sz w:val="16"/>
              </w:rPr>
              <w:t>△</w:t>
            </w:r>
          </w:p>
        </w:tc>
        <w:tc>
          <w:tcPr>
            <w:tcW w:w="2394" w:type="dxa"/>
            <w:vAlign w:val="center"/>
          </w:tcPr>
          <w:p w14:paraId="6C5C488C" w14:textId="77777777" w:rsidR="00A7019A" w:rsidRDefault="00000000">
            <w:pPr>
              <w:jc w:val="center"/>
            </w:pPr>
            <w:r>
              <w:rPr>
                <w:b/>
                <w:color w:val="2E75B6"/>
                <w:sz w:val="16"/>
              </w:rPr>
              <w:t>★★★☆☆</w:t>
            </w:r>
          </w:p>
        </w:tc>
      </w:tr>
      <w:tr w:rsidR="00A7019A" w14:paraId="7723A62A" w14:textId="77777777">
        <w:trPr>
          <w:jc w:val="center"/>
        </w:trPr>
        <w:tc>
          <w:tcPr>
            <w:tcW w:w="2394" w:type="dxa"/>
            <w:vAlign w:val="center"/>
          </w:tcPr>
          <w:p w14:paraId="6D37E626" w14:textId="77777777" w:rsidR="00A7019A" w:rsidRDefault="00000000">
            <w:pPr>
              <w:rPr>
                <w:lang w:eastAsia="ko-KR"/>
              </w:rPr>
            </w:pPr>
            <w:r>
              <w:rPr>
                <w:b/>
                <w:sz w:val="16"/>
                <w:lang w:eastAsia="ko-KR"/>
              </w:rPr>
              <w:t>9. 금예빈</w:t>
            </w:r>
            <w:r>
              <w:rPr>
                <w:b/>
                <w:sz w:val="16"/>
                <w:lang w:eastAsia="ko-KR"/>
              </w:rPr>
              <w:br/>
              <w:t>영업 인사이트 리포트</w:t>
            </w:r>
          </w:p>
        </w:tc>
        <w:tc>
          <w:tcPr>
            <w:tcW w:w="2394" w:type="dxa"/>
            <w:shd w:val="clear" w:color="auto" w:fill="FFF2CC"/>
            <w:vAlign w:val="center"/>
          </w:tcPr>
          <w:p w14:paraId="14853273" w14:textId="77777777" w:rsidR="00A7019A" w:rsidRDefault="00000000">
            <w:pPr>
              <w:jc w:val="center"/>
            </w:pPr>
            <w:r>
              <w:rPr>
                <w:sz w:val="16"/>
              </w:rPr>
              <w:t>△</w:t>
            </w:r>
          </w:p>
        </w:tc>
        <w:tc>
          <w:tcPr>
            <w:tcW w:w="2394" w:type="dxa"/>
            <w:shd w:val="clear" w:color="auto" w:fill="FFF2CC"/>
            <w:vAlign w:val="center"/>
          </w:tcPr>
          <w:p w14:paraId="54ED15CE" w14:textId="77777777" w:rsidR="00A7019A" w:rsidRDefault="00000000">
            <w:pPr>
              <w:jc w:val="center"/>
            </w:pPr>
            <w:r>
              <w:rPr>
                <w:sz w:val="16"/>
              </w:rPr>
              <w:t>△</w:t>
            </w:r>
          </w:p>
        </w:tc>
        <w:tc>
          <w:tcPr>
            <w:tcW w:w="2394" w:type="dxa"/>
            <w:shd w:val="clear" w:color="auto" w:fill="E2EFDA"/>
            <w:vAlign w:val="center"/>
          </w:tcPr>
          <w:p w14:paraId="266A6A3C" w14:textId="77777777" w:rsidR="00A7019A" w:rsidRDefault="00000000">
            <w:pPr>
              <w:jc w:val="center"/>
            </w:pPr>
            <w:r>
              <w:rPr>
                <w:sz w:val="16"/>
              </w:rPr>
              <w:t>✓</w:t>
            </w:r>
          </w:p>
        </w:tc>
        <w:tc>
          <w:tcPr>
            <w:tcW w:w="2394" w:type="dxa"/>
            <w:vAlign w:val="center"/>
          </w:tcPr>
          <w:p w14:paraId="5B7A56F0" w14:textId="77777777" w:rsidR="00A7019A" w:rsidRDefault="00000000">
            <w:pPr>
              <w:jc w:val="center"/>
            </w:pPr>
            <w:r>
              <w:rPr>
                <w:sz w:val="16"/>
              </w:rPr>
              <w:t>LLM/BI</w:t>
            </w:r>
            <w:r>
              <w:rPr>
                <w:sz w:val="16"/>
              </w:rPr>
              <w:br/>
              <w:t>n8n</w:t>
            </w:r>
          </w:p>
        </w:tc>
        <w:tc>
          <w:tcPr>
            <w:tcW w:w="2394" w:type="dxa"/>
            <w:shd w:val="clear" w:color="auto" w:fill="FFF2CC"/>
            <w:vAlign w:val="center"/>
          </w:tcPr>
          <w:p w14:paraId="7F66188A" w14:textId="77777777" w:rsidR="00A7019A" w:rsidRDefault="00000000">
            <w:pPr>
              <w:jc w:val="center"/>
            </w:pPr>
            <w:r>
              <w:rPr>
                <w:sz w:val="16"/>
              </w:rPr>
              <w:t>△</w:t>
            </w:r>
          </w:p>
        </w:tc>
        <w:tc>
          <w:tcPr>
            <w:tcW w:w="2394" w:type="dxa"/>
            <w:shd w:val="clear" w:color="auto" w:fill="FFF2CC"/>
            <w:vAlign w:val="center"/>
          </w:tcPr>
          <w:p w14:paraId="0AC860CB" w14:textId="77777777" w:rsidR="00A7019A" w:rsidRDefault="00000000">
            <w:pPr>
              <w:jc w:val="center"/>
            </w:pPr>
            <w:r>
              <w:rPr>
                <w:sz w:val="16"/>
              </w:rPr>
              <w:t>중간</w:t>
            </w:r>
          </w:p>
        </w:tc>
        <w:tc>
          <w:tcPr>
            <w:tcW w:w="2394" w:type="dxa"/>
            <w:shd w:val="clear" w:color="auto" w:fill="FFF2CC"/>
            <w:vAlign w:val="center"/>
          </w:tcPr>
          <w:p w14:paraId="44360C8F" w14:textId="77777777" w:rsidR="00A7019A" w:rsidRDefault="00000000">
            <w:pPr>
              <w:jc w:val="center"/>
            </w:pPr>
            <w:r>
              <w:rPr>
                <w:sz w:val="16"/>
              </w:rPr>
              <w:t>△</w:t>
            </w:r>
          </w:p>
        </w:tc>
        <w:tc>
          <w:tcPr>
            <w:tcW w:w="2394" w:type="dxa"/>
            <w:vAlign w:val="center"/>
          </w:tcPr>
          <w:p w14:paraId="688CA85B" w14:textId="77777777" w:rsidR="00A7019A" w:rsidRDefault="00000000">
            <w:pPr>
              <w:jc w:val="center"/>
            </w:pPr>
            <w:r>
              <w:rPr>
                <w:b/>
                <w:color w:val="2E75B6"/>
                <w:sz w:val="16"/>
              </w:rPr>
              <w:t>★★★☆☆</w:t>
            </w:r>
          </w:p>
        </w:tc>
      </w:tr>
      <w:tr w:rsidR="00A7019A" w14:paraId="7460C458" w14:textId="77777777">
        <w:trPr>
          <w:jc w:val="center"/>
        </w:trPr>
        <w:tc>
          <w:tcPr>
            <w:tcW w:w="2394" w:type="dxa"/>
            <w:vAlign w:val="center"/>
          </w:tcPr>
          <w:p w14:paraId="2DAA83CF" w14:textId="77777777" w:rsidR="00A7019A" w:rsidRDefault="00000000">
            <w:pPr>
              <w:rPr>
                <w:lang w:eastAsia="ko-KR"/>
              </w:rPr>
            </w:pPr>
            <w:r>
              <w:rPr>
                <w:b/>
                <w:sz w:val="16"/>
                <w:lang w:eastAsia="ko-KR"/>
              </w:rPr>
              <w:t>5. 김진우</w:t>
            </w:r>
            <w:r>
              <w:rPr>
                <w:b/>
                <w:sz w:val="16"/>
                <w:lang w:eastAsia="ko-KR"/>
              </w:rPr>
              <w:br/>
              <w:t>Emma 메일링</w:t>
            </w:r>
          </w:p>
        </w:tc>
        <w:tc>
          <w:tcPr>
            <w:tcW w:w="2394" w:type="dxa"/>
            <w:shd w:val="clear" w:color="auto" w:fill="FFF2CC"/>
            <w:vAlign w:val="center"/>
          </w:tcPr>
          <w:p w14:paraId="018F5AEB" w14:textId="77777777" w:rsidR="00A7019A" w:rsidRDefault="00000000">
            <w:pPr>
              <w:jc w:val="center"/>
            </w:pPr>
            <w:r>
              <w:rPr>
                <w:sz w:val="16"/>
              </w:rPr>
              <w:t>△</w:t>
            </w:r>
          </w:p>
        </w:tc>
        <w:tc>
          <w:tcPr>
            <w:tcW w:w="2394" w:type="dxa"/>
            <w:shd w:val="clear" w:color="auto" w:fill="FFF2CC"/>
            <w:vAlign w:val="center"/>
          </w:tcPr>
          <w:p w14:paraId="739F9E1E" w14:textId="77777777" w:rsidR="00A7019A" w:rsidRDefault="00000000">
            <w:pPr>
              <w:jc w:val="center"/>
            </w:pPr>
            <w:r>
              <w:rPr>
                <w:sz w:val="16"/>
              </w:rPr>
              <w:t>△</w:t>
            </w:r>
          </w:p>
        </w:tc>
        <w:tc>
          <w:tcPr>
            <w:tcW w:w="2394" w:type="dxa"/>
            <w:shd w:val="clear" w:color="auto" w:fill="E2EFDA"/>
            <w:vAlign w:val="center"/>
          </w:tcPr>
          <w:p w14:paraId="4D81E04E" w14:textId="77777777" w:rsidR="00A7019A" w:rsidRDefault="00000000">
            <w:pPr>
              <w:jc w:val="center"/>
            </w:pPr>
            <w:r>
              <w:rPr>
                <w:sz w:val="16"/>
              </w:rPr>
              <w:t>✓</w:t>
            </w:r>
          </w:p>
        </w:tc>
        <w:tc>
          <w:tcPr>
            <w:tcW w:w="2394" w:type="dxa"/>
            <w:vAlign w:val="center"/>
          </w:tcPr>
          <w:p w14:paraId="0A86FBDD" w14:textId="77777777" w:rsidR="00A7019A" w:rsidRDefault="00000000">
            <w:pPr>
              <w:jc w:val="center"/>
            </w:pPr>
            <w:r>
              <w:rPr>
                <w:sz w:val="16"/>
              </w:rPr>
              <w:t>LLM/n8n</w:t>
            </w:r>
            <w:r>
              <w:rPr>
                <w:sz w:val="16"/>
              </w:rPr>
              <w:br/>
              <w:t>API</w:t>
            </w:r>
          </w:p>
        </w:tc>
        <w:tc>
          <w:tcPr>
            <w:tcW w:w="2394" w:type="dxa"/>
            <w:shd w:val="clear" w:color="auto" w:fill="E2EFDA"/>
            <w:vAlign w:val="center"/>
          </w:tcPr>
          <w:p w14:paraId="7778F37F" w14:textId="77777777" w:rsidR="00A7019A" w:rsidRDefault="00000000">
            <w:pPr>
              <w:jc w:val="center"/>
            </w:pPr>
            <w:r>
              <w:rPr>
                <w:sz w:val="16"/>
              </w:rPr>
              <w:t>✓</w:t>
            </w:r>
          </w:p>
        </w:tc>
        <w:tc>
          <w:tcPr>
            <w:tcW w:w="2394" w:type="dxa"/>
            <w:shd w:val="clear" w:color="auto" w:fill="FFF2CC"/>
            <w:vAlign w:val="center"/>
          </w:tcPr>
          <w:p w14:paraId="76224166" w14:textId="77777777" w:rsidR="00A7019A" w:rsidRDefault="00000000">
            <w:pPr>
              <w:jc w:val="center"/>
            </w:pPr>
            <w:r>
              <w:rPr>
                <w:sz w:val="16"/>
              </w:rPr>
              <w:t>중간</w:t>
            </w:r>
          </w:p>
        </w:tc>
        <w:tc>
          <w:tcPr>
            <w:tcW w:w="2394" w:type="dxa"/>
            <w:shd w:val="clear" w:color="auto" w:fill="FFF2CC"/>
            <w:vAlign w:val="center"/>
          </w:tcPr>
          <w:p w14:paraId="1B33E669" w14:textId="77777777" w:rsidR="00A7019A" w:rsidRDefault="00000000">
            <w:pPr>
              <w:jc w:val="center"/>
            </w:pPr>
            <w:r>
              <w:rPr>
                <w:sz w:val="16"/>
              </w:rPr>
              <w:t>△</w:t>
            </w:r>
          </w:p>
        </w:tc>
        <w:tc>
          <w:tcPr>
            <w:tcW w:w="2394" w:type="dxa"/>
            <w:vAlign w:val="center"/>
          </w:tcPr>
          <w:p w14:paraId="311B0377" w14:textId="77777777" w:rsidR="00A7019A" w:rsidRDefault="00000000">
            <w:pPr>
              <w:jc w:val="center"/>
            </w:pPr>
            <w:r>
              <w:rPr>
                <w:b/>
                <w:color w:val="2E75B6"/>
                <w:sz w:val="16"/>
              </w:rPr>
              <w:t>★★★☆☆</w:t>
            </w:r>
          </w:p>
        </w:tc>
      </w:tr>
      <w:tr w:rsidR="00A7019A" w14:paraId="7FC784DF" w14:textId="77777777">
        <w:trPr>
          <w:jc w:val="center"/>
        </w:trPr>
        <w:tc>
          <w:tcPr>
            <w:tcW w:w="2394" w:type="dxa"/>
            <w:vAlign w:val="center"/>
          </w:tcPr>
          <w:p w14:paraId="3F595530" w14:textId="77777777" w:rsidR="00A7019A" w:rsidRDefault="00000000">
            <w:pPr>
              <w:rPr>
                <w:lang w:eastAsia="ko-KR"/>
              </w:rPr>
            </w:pPr>
            <w:r>
              <w:rPr>
                <w:b/>
                <w:sz w:val="16"/>
                <w:lang w:eastAsia="ko-KR"/>
              </w:rPr>
              <w:t>6. 김진우</w:t>
            </w:r>
            <w:r>
              <w:rPr>
                <w:b/>
                <w:sz w:val="16"/>
                <w:lang w:eastAsia="ko-KR"/>
              </w:rPr>
              <w:br/>
              <w:t>논문 기사 자동화</w:t>
            </w:r>
          </w:p>
        </w:tc>
        <w:tc>
          <w:tcPr>
            <w:tcW w:w="2394" w:type="dxa"/>
            <w:shd w:val="clear" w:color="auto" w:fill="FFF2CC"/>
            <w:vAlign w:val="center"/>
          </w:tcPr>
          <w:p w14:paraId="6125D798" w14:textId="77777777" w:rsidR="00A7019A" w:rsidRDefault="00000000">
            <w:pPr>
              <w:jc w:val="center"/>
            </w:pPr>
            <w:r>
              <w:rPr>
                <w:sz w:val="16"/>
              </w:rPr>
              <w:t>△</w:t>
            </w:r>
          </w:p>
        </w:tc>
        <w:tc>
          <w:tcPr>
            <w:tcW w:w="2394" w:type="dxa"/>
            <w:shd w:val="clear" w:color="auto" w:fill="FFF2CC"/>
            <w:vAlign w:val="center"/>
          </w:tcPr>
          <w:p w14:paraId="03CCD52A" w14:textId="77777777" w:rsidR="00A7019A" w:rsidRDefault="00000000">
            <w:pPr>
              <w:jc w:val="center"/>
            </w:pPr>
            <w:r>
              <w:rPr>
                <w:sz w:val="16"/>
              </w:rPr>
              <w:t>△</w:t>
            </w:r>
          </w:p>
        </w:tc>
        <w:tc>
          <w:tcPr>
            <w:tcW w:w="2394" w:type="dxa"/>
            <w:shd w:val="clear" w:color="auto" w:fill="E2EFDA"/>
            <w:vAlign w:val="center"/>
          </w:tcPr>
          <w:p w14:paraId="641A51CC" w14:textId="77777777" w:rsidR="00A7019A" w:rsidRDefault="00000000">
            <w:pPr>
              <w:jc w:val="center"/>
            </w:pPr>
            <w:r>
              <w:rPr>
                <w:sz w:val="16"/>
              </w:rPr>
              <w:t>✓</w:t>
            </w:r>
          </w:p>
        </w:tc>
        <w:tc>
          <w:tcPr>
            <w:tcW w:w="2394" w:type="dxa"/>
            <w:vAlign w:val="center"/>
          </w:tcPr>
          <w:p w14:paraId="60C0D906" w14:textId="77777777" w:rsidR="00A7019A" w:rsidRDefault="00000000">
            <w:pPr>
              <w:jc w:val="center"/>
            </w:pPr>
            <w:r>
              <w:rPr>
                <w:sz w:val="16"/>
              </w:rPr>
              <w:t>LLM</w:t>
            </w:r>
            <w:r>
              <w:rPr>
                <w:sz w:val="16"/>
              </w:rPr>
              <w:br/>
              <w:t>API</w:t>
            </w:r>
          </w:p>
        </w:tc>
        <w:tc>
          <w:tcPr>
            <w:tcW w:w="2394" w:type="dxa"/>
            <w:shd w:val="clear" w:color="auto" w:fill="E2EFDA"/>
            <w:vAlign w:val="center"/>
          </w:tcPr>
          <w:p w14:paraId="615293D1" w14:textId="77777777" w:rsidR="00A7019A" w:rsidRDefault="00000000">
            <w:pPr>
              <w:jc w:val="center"/>
            </w:pPr>
            <w:r>
              <w:rPr>
                <w:sz w:val="16"/>
              </w:rPr>
              <w:t>✓</w:t>
            </w:r>
          </w:p>
        </w:tc>
        <w:tc>
          <w:tcPr>
            <w:tcW w:w="2394" w:type="dxa"/>
            <w:shd w:val="clear" w:color="auto" w:fill="FFF2CC"/>
            <w:vAlign w:val="center"/>
          </w:tcPr>
          <w:p w14:paraId="37FDB48F" w14:textId="77777777" w:rsidR="00A7019A" w:rsidRDefault="00000000">
            <w:pPr>
              <w:jc w:val="center"/>
            </w:pPr>
            <w:r>
              <w:rPr>
                <w:sz w:val="16"/>
              </w:rPr>
              <w:t>중간</w:t>
            </w:r>
          </w:p>
        </w:tc>
        <w:tc>
          <w:tcPr>
            <w:tcW w:w="2394" w:type="dxa"/>
            <w:shd w:val="clear" w:color="auto" w:fill="FFF2CC"/>
            <w:vAlign w:val="center"/>
          </w:tcPr>
          <w:p w14:paraId="1B04A08D" w14:textId="77777777" w:rsidR="00A7019A" w:rsidRDefault="00000000">
            <w:pPr>
              <w:jc w:val="center"/>
            </w:pPr>
            <w:r>
              <w:rPr>
                <w:sz w:val="16"/>
              </w:rPr>
              <w:t>△</w:t>
            </w:r>
          </w:p>
        </w:tc>
        <w:tc>
          <w:tcPr>
            <w:tcW w:w="2394" w:type="dxa"/>
            <w:vAlign w:val="center"/>
          </w:tcPr>
          <w:p w14:paraId="1B900975" w14:textId="77777777" w:rsidR="00A7019A" w:rsidRDefault="00000000">
            <w:pPr>
              <w:jc w:val="center"/>
            </w:pPr>
            <w:r>
              <w:rPr>
                <w:b/>
                <w:color w:val="2E75B6"/>
                <w:sz w:val="16"/>
              </w:rPr>
              <w:t>★★★☆☆</w:t>
            </w:r>
          </w:p>
        </w:tc>
      </w:tr>
      <w:tr w:rsidR="00A7019A" w14:paraId="65C1CA02" w14:textId="77777777">
        <w:trPr>
          <w:jc w:val="center"/>
        </w:trPr>
        <w:tc>
          <w:tcPr>
            <w:tcW w:w="2394" w:type="dxa"/>
            <w:vAlign w:val="center"/>
          </w:tcPr>
          <w:p w14:paraId="24416822" w14:textId="77777777" w:rsidR="00A7019A" w:rsidRDefault="00000000">
            <w:pPr>
              <w:rPr>
                <w:lang w:eastAsia="ko-KR"/>
              </w:rPr>
            </w:pPr>
            <w:r>
              <w:rPr>
                <w:b/>
                <w:sz w:val="16"/>
                <w:lang w:eastAsia="ko-KR"/>
              </w:rPr>
              <w:t>10. 금예빈</w:t>
            </w:r>
            <w:r>
              <w:rPr>
                <w:b/>
                <w:sz w:val="16"/>
                <w:lang w:eastAsia="ko-KR"/>
              </w:rPr>
              <w:br/>
              <w:t>정책 인사이트 생성</w:t>
            </w:r>
          </w:p>
        </w:tc>
        <w:tc>
          <w:tcPr>
            <w:tcW w:w="2394" w:type="dxa"/>
            <w:shd w:val="clear" w:color="auto" w:fill="FCE4EC"/>
            <w:vAlign w:val="center"/>
          </w:tcPr>
          <w:p w14:paraId="7C44A342" w14:textId="77777777" w:rsidR="00A7019A" w:rsidRDefault="00000000">
            <w:pPr>
              <w:jc w:val="center"/>
            </w:pPr>
            <w:r>
              <w:rPr>
                <w:sz w:val="16"/>
              </w:rPr>
              <w:t>✗</w:t>
            </w:r>
          </w:p>
        </w:tc>
        <w:tc>
          <w:tcPr>
            <w:tcW w:w="2394" w:type="dxa"/>
            <w:shd w:val="clear" w:color="auto" w:fill="FFF2CC"/>
            <w:vAlign w:val="center"/>
          </w:tcPr>
          <w:p w14:paraId="7038230B" w14:textId="77777777" w:rsidR="00A7019A" w:rsidRDefault="00000000">
            <w:pPr>
              <w:jc w:val="center"/>
            </w:pPr>
            <w:r>
              <w:rPr>
                <w:sz w:val="16"/>
              </w:rPr>
              <w:t>△</w:t>
            </w:r>
          </w:p>
        </w:tc>
        <w:tc>
          <w:tcPr>
            <w:tcW w:w="2394" w:type="dxa"/>
            <w:shd w:val="clear" w:color="auto" w:fill="E2EFDA"/>
            <w:vAlign w:val="center"/>
          </w:tcPr>
          <w:p w14:paraId="34A557CE" w14:textId="77777777" w:rsidR="00A7019A" w:rsidRDefault="00000000">
            <w:pPr>
              <w:jc w:val="center"/>
            </w:pPr>
            <w:r>
              <w:rPr>
                <w:sz w:val="16"/>
              </w:rPr>
              <w:t>✓</w:t>
            </w:r>
          </w:p>
        </w:tc>
        <w:tc>
          <w:tcPr>
            <w:tcW w:w="2394" w:type="dxa"/>
            <w:vAlign w:val="center"/>
          </w:tcPr>
          <w:p w14:paraId="46264896" w14:textId="77777777" w:rsidR="00A7019A" w:rsidRDefault="00000000">
            <w:pPr>
              <w:jc w:val="center"/>
            </w:pPr>
            <w:r>
              <w:rPr>
                <w:sz w:val="16"/>
              </w:rPr>
              <w:t>LLM</w:t>
            </w:r>
            <w:r>
              <w:rPr>
                <w:sz w:val="16"/>
              </w:rPr>
              <w:br/>
              <w:t>API</w:t>
            </w:r>
          </w:p>
        </w:tc>
        <w:tc>
          <w:tcPr>
            <w:tcW w:w="2394" w:type="dxa"/>
            <w:shd w:val="clear" w:color="auto" w:fill="FCE4EC"/>
            <w:vAlign w:val="center"/>
          </w:tcPr>
          <w:p w14:paraId="45BB78A9" w14:textId="77777777" w:rsidR="00A7019A" w:rsidRDefault="00000000">
            <w:pPr>
              <w:jc w:val="center"/>
            </w:pPr>
            <w:r>
              <w:rPr>
                <w:sz w:val="16"/>
              </w:rPr>
              <w:t>✗</w:t>
            </w:r>
          </w:p>
        </w:tc>
        <w:tc>
          <w:tcPr>
            <w:tcW w:w="2394" w:type="dxa"/>
            <w:shd w:val="clear" w:color="auto" w:fill="FFF2CC"/>
            <w:vAlign w:val="center"/>
          </w:tcPr>
          <w:p w14:paraId="4410C0E3" w14:textId="77777777" w:rsidR="00A7019A" w:rsidRDefault="00000000">
            <w:pPr>
              <w:jc w:val="center"/>
            </w:pPr>
            <w:r>
              <w:rPr>
                <w:sz w:val="16"/>
              </w:rPr>
              <w:t>중간</w:t>
            </w:r>
          </w:p>
        </w:tc>
        <w:tc>
          <w:tcPr>
            <w:tcW w:w="2394" w:type="dxa"/>
            <w:shd w:val="clear" w:color="auto" w:fill="FFF2CC"/>
            <w:vAlign w:val="center"/>
          </w:tcPr>
          <w:p w14:paraId="51C4A7F8" w14:textId="77777777" w:rsidR="00A7019A" w:rsidRDefault="00000000">
            <w:pPr>
              <w:jc w:val="center"/>
            </w:pPr>
            <w:r>
              <w:rPr>
                <w:sz w:val="16"/>
              </w:rPr>
              <w:t>△</w:t>
            </w:r>
          </w:p>
        </w:tc>
        <w:tc>
          <w:tcPr>
            <w:tcW w:w="2394" w:type="dxa"/>
            <w:vAlign w:val="center"/>
          </w:tcPr>
          <w:p w14:paraId="006CB754" w14:textId="77777777" w:rsidR="00A7019A" w:rsidRDefault="00000000">
            <w:pPr>
              <w:jc w:val="center"/>
            </w:pPr>
            <w:r>
              <w:rPr>
                <w:b/>
                <w:color w:val="2E75B6"/>
                <w:sz w:val="16"/>
              </w:rPr>
              <w:t>★★☆☆☆</w:t>
            </w:r>
          </w:p>
        </w:tc>
      </w:tr>
      <w:tr w:rsidR="00A7019A" w14:paraId="61DFD37E" w14:textId="77777777">
        <w:trPr>
          <w:jc w:val="center"/>
        </w:trPr>
        <w:tc>
          <w:tcPr>
            <w:tcW w:w="2394" w:type="dxa"/>
            <w:vAlign w:val="center"/>
          </w:tcPr>
          <w:p w14:paraId="566FAD48" w14:textId="77777777" w:rsidR="00A7019A" w:rsidRDefault="00000000">
            <w:r>
              <w:rPr>
                <w:b/>
                <w:sz w:val="16"/>
              </w:rPr>
              <w:t>2. 김희영</w:t>
            </w:r>
            <w:r>
              <w:rPr>
                <w:b/>
                <w:sz w:val="16"/>
              </w:rPr>
              <w:br/>
              <w:t>채권현황 조회</w:t>
            </w:r>
          </w:p>
        </w:tc>
        <w:tc>
          <w:tcPr>
            <w:tcW w:w="2394" w:type="dxa"/>
            <w:shd w:val="clear" w:color="auto" w:fill="E2EFDA"/>
            <w:vAlign w:val="center"/>
          </w:tcPr>
          <w:p w14:paraId="15578072" w14:textId="77777777" w:rsidR="00A7019A" w:rsidRDefault="00000000">
            <w:pPr>
              <w:jc w:val="center"/>
            </w:pPr>
            <w:r>
              <w:rPr>
                <w:sz w:val="16"/>
              </w:rPr>
              <w:t>✓</w:t>
            </w:r>
          </w:p>
        </w:tc>
        <w:tc>
          <w:tcPr>
            <w:tcW w:w="2394" w:type="dxa"/>
            <w:shd w:val="clear" w:color="auto" w:fill="FCE4EC"/>
            <w:vAlign w:val="center"/>
          </w:tcPr>
          <w:p w14:paraId="58E74E5C" w14:textId="77777777" w:rsidR="00A7019A" w:rsidRDefault="00000000">
            <w:pPr>
              <w:jc w:val="center"/>
            </w:pPr>
            <w:r>
              <w:rPr>
                <w:sz w:val="16"/>
              </w:rPr>
              <w:t>✗</w:t>
            </w:r>
          </w:p>
        </w:tc>
        <w:tc>
          <w:tcPr>
            <w:tcW w:w="2394" w:type="dxa"/>
            <w:shd w:val="clear" w:color="auto" w:fill="E2EFDA"/>
            <w:vAlign w:val="center"/>
          </w:tcPr>
          <w:p w14:paraId="3CB5FB0F" w14:textId="77777777" w:rsidR="00A7019A" w:rsidRDefault="00000000">
            <w:pPr>
              <w:jc w:val="center"/>
            </w:pPr>
            <w:r>
              <w:rPr>
                <w:sz w:val="16"/>
              </w:rPr>
              <w:t>✓</w:t>
            </w:r>
          </w:p>
        </w:tc>
        <w:tc>
          <w:tcPr>
            <w:tcW w:w="2394" w:type="dxa"/>
            <w:vAlign w:val="center"/>
          </w:tcPr>
          <w:p w14:paraId="2C6D4DE9" w14:textId="77777777" w:rsidR="00A7019A" w:rsidRDefault="00000000">
            <w:pPr>
              <w:jc w:val="center"/>
            </w:pPr>
            <w:r>
              <w:rPr>
                <w:sz w:val="16"/>
              </w:rPr>
              <w:t>웹앱</w:t>
            </w:r>
            <w:r>
              <w:rPr>
                <w:sz w:val="16"/>
              </w:rPr>
              <w:br/>
              <w:t>API</w:t>
            </w:r>
          </w:p>
        </w:tc>
        <w:tc>
          <w:tcPr>
            <w:tcW w:w="2394" w:type="dxa"/>
            <w:shd w:val="clear" w:color="auto" w:fill="E2EFDA"/>
            <w:vAlign w:val="center"/>
          </w:tcPr>
          <w:p w14:paraId="7852A6DA" w14:textId="77777777" w:rsidR="00A7019A" w:rsidRDefault="00000000">
            <w:pPr>
              <w:jc w:val="center"/>
            </w:pPr>
            <w:r>
              <w:rPr>
                <w:sz w:val="16"/>
              </w:rPr>
              <w:t>✓</w:t>
            </w:r>
          </w:p>
        </w:tc>
        <w:tc>
          <w:tcPr>
            <w:tcW w:w="2394" w:type="dxa"/>
            <w:shd w:val="clear" w:color="auto" w:fill="FFF2CC"/>
            <w:vAlign w:val="center"/>
          </w:tcPr>
          <w:p w14:paraId="15D7F6C7" w14:textId="77777777" w:rsidR="00A7019A" w:rsidRDefault="00000000">
            <w:pPr>
              <w:jc w:val="center"/>
            </w:pPr>
            <w:r>
              <w:rPr>
                <w:sz w:val="16"/>
              </w:rPr>
              <w:t>중간</w:t>
            </w:r>
          </w:p>
        </w:tc>
        <w:tc>
          <w:tcPr>
            <w:tcW w:w="2394" w:type="dxa"/>
            <w:shd w:val="clear" w:color="auto" w:fill="FCE4EC"/>
            <w:vAlign w:val="center"/>
          </w:tcPr>
          <w:p w14:paraId="1922F441" w14:textId="77777777" w:rsidR="00A7019A" w:rsidRDefault="00000000">
            <w:pPr>
              <w:jc w:val="center"/>
            </w:pPr>
            <w:r>
              <w:rPr>
                <w:sz w:val="16"/>
              </w:rPr>
              <w:t>✗</w:t>
            </w:r>
          </w:p>
        </w:tc>
        <w:tc>
          <w:tcPr>
            <w:tcW w:w="2394" w:type="dxa"/>
            <w:vAlign w:val="center"/>
          </w:tcPr>
          <w:p w14:paraId="6D0131C9" w14:textId="77777777" w:rsidR="00A7019A" w:rsidRDefault="00000000">
            <w:pPr>
              <w:jc w:val="center"/>
            </w:pPr>
            <w:r>
              <w:rPr>
                <w:b/>
                <w:color w:val="2E75B6"/>
                <w:sz w:val="16"/>
              </w:rPr>
              <w:t>★★☆☆☆</w:t>
            </w:r>
          </w:p>
        </w:tc>
      </w:tr>
    </w:tbl>
    <w:p w14:paraId="62C18321" w14:textId="77777777" w:rsidR="00A7019A" w:rsidRDefault="00A7019A"/>
    <w:p w14:paraId="34D07A95" w14:textId="77777777" w:rsidR="00A7019A" w:rsidRDefault="00A7019A"/>
    <w:p w14:paraId="3CFB67B1" w14:textId="77777777" w:rsidR="00A7019A" w:rsidRDefault="00000000">
      <w:pPr>
        <w:rPr>
          <w:lang w:eastAsia="ko-KR"/>
        </w:rPr>
      </w:pPr>
      <w:r>
        <w:rPr>
          <w:b/>
          <w:color w:val="1B3A5C"/>
          <w:sz w:val="24"/>
          <w:lang w:eastAsia="ko-KR"/>
        </w:rPr>
        <w:t>■ 선정 적합도 순위 (상세 의견)</w:t>
      </w:r>
    </w:p>
    <w:p w14:paraId="13C5C8AC" w14:textId="77777777" w:rsidR="00A7019A" w:rsidRDefault="00A7019A">
      <w:pPr>
        <w:rPr>
          <w:lang w:eastAsia="ko-KR"/>
        </w:rPr>
      </w:pPr>
    </w:p>
    <w:tbl>
      <w:tblPr>
        <w:tblStyle w:val="af9"/>
        <w:tblW w:w="0" w:type="auto"/>
        <w:jc w:val="center"/>
        <w:tblLook w:val="04A0" w:firstRow="1" w:lastRow="0" w:firstColumn="1" w:lastColumn="0" w:noHBand="0" w:noVBand="1"/>
      </w:tblPr>
      <w:tblGrid>
        <w:gridCol w:w="3588"/>
        <w:gridCol w:w="3589"/>
        <w:gridCol w:w="3589"/>
        <w:gridCol w:w="3589"/>
        <w:gridCol w:w="7178"/>
      </w:tblGrid>
      <w:tr w:rsidR="00A7019A" w14:paraId="1D6762FE" w14:textId="77777777">
        <w:trPr>
          <w:jc w:val="center"/>
        </w:trPr>
        <w:tc>
          <w:tcPr>
            <w:tcW w:w="3590" w:type="dxa"/>
            <w:shd w:val="clear" w:color="auto" w:fill="2E75B6"/>
            <w:vAlign w:val="center"/>
          </w:tcPr>
          <w:p w14:paraId="25B01A05" w14:textId="77777777" w:rsidR="00A7019A" w:rsidRDefault="00000000">
            <w:pPr>
              <w:jc w:val="center"/>
            </w:pPr>
            <w:r>
              <w:rPr>
                <w:b/>
                <w:color w:val="FFFFFF"/>
              </w:rPr>
              <w:t>순위</w:t>
            </w:r>
          </w:p>
        </w:tc>
        <w:tc>
          <w:tcPr>
            <w:tcW w:w="3590" w:type="dxa"/>
            <w:shd w:val="clear" w:color="auto" w:fill="2E75B6"/>
            <w:vAlign w:val="center"/>
          </w:tcPr>
          <w:p w14:paraId="6FE2F9BF" w14:textId="77777777" w:rsidR="00A7019A" w:rsidRDefault="00000000">
            <w:pPr>
              <w:jc w:val="center"/>
            </w:pPr>
            <w:r>
              <w:rPr>
                <w:b/>
                <w:color w:val="FFFFFF"/>
              </w:rPr>
              <w:t>과제</w:t>
            </w:r>
          </w:p>
        </w:tc>
        <w:tc>
          <w:tcPr>
            <w:tcW w:w="3590" w:type="dxa"/>
            <w:shd w:val="clear" w:color="auto" w:fill="2E75B6"/>
            <w:vAlign w:val="center"/>
          </w:tcPr>
          <w:p w14:paraId="7193FC9C" w14:textId="77777777" w:rsidR="00A7019A" w:rsidRDefault="00000000">
            <w:pPr>
              <w:jc w:val="center"/>
            </w:pPr>
            <w:r>
              <w:rPr>
                <w:b/>
                <w:color w:val="FFFFFF"/>
              </w:rPr>
              <w:t>과제명</w:t>
            </w:r>
          </w:p>
        </w:tc>
        <w:tc>
          <w:tcPr>
            <w:tcW w:w="3590" w:type="dxa"/>
            <w:shd w:val="clear" w:color="auto" w:fill="2E75B6"/>
            <w:vAlign w:val="center"/>
          </w:tcPr>
          <w:p w14:paraId="554EDFFC" w14:textId="77777777" w:rsidR="00A7019A" w:rsidRDefault="00000000">
            <w:pPr>
              <w:jc w:val="center"/>
            </w:pPr>
            <w:r>
              <w:rPr>
                <w:b/>
                <w:color w:val="FFFFFF"/>
              </w:rPr>
              <w:t>판정</w:t>
            </w:r>
          </w:p>
        </w:tc>
        <w:tc>
          <w:tcPr>
            <w:tcW w:w="7180" w:type="dxa"/>
            <w:shd w:val="clear" w:color="auto" w:fill="2E75B6"/>
            <w:vAlign w:val="center"/>
          </w:tcPr>
          <w:p w14:paraId="4DF3B55E" w14:textId="77777777" w:rsidR="00A7019A" w:rsidRDefault="00000000">
            <w:pPr>
              <w:jc w:val="center"/>
            </w:pPr>
            <w:r>
              <w:rPr>
                <w:b/>
                <w:color w:val="FFFFFF"/>
              </w:rPr>
              <w:t>종합 의견</w:t>
            </w:r>
          </w:p>
          <w:p w14:paraId="1981A36E" w14:textId="77777777" w:rsidR="00A7019A" w:rsidRDefault="00A7019A">
            <w:pPr>
              <w:jc w:val="center"/>
            </w:pPr>
          </w:p>
        </w:tc>
      </w:tr>
      <w:tr w:rsidR="00A7019A" w14:paraId="689C8213" w14:textId="77777777">
        <w:trPr>
          <w:jc w:val="center"/>
        </w:trPr>
        <w:tc>
          <w:tcPr>
            <w:tcW w:w="3590" w:type="dxa"/>
            <w:shd w:val="clear" w:color="auto" w:fill="E2EFDA"/>
            <w:vAlign w:val="center"/>
          </w:tcPr>
          <w:p w14:paraId="224D6E4F" w14:textId="77777777" w:rsidR="00A7019A" w:rsidRDefault="00000000">
            <w:pPr>
              <w:jc w:val="center"/>
            </w:pPr>
            <w:r>
              <w:rPr>
                <w:b/>
                <w:sz w:val="16"/>
              </w:rPr>
              <w:t>1순위</w:t>
            </w:r>
            <w:r>
              <w:rPr>
                <w:b/>
                <w:sz w:val="16"/>
              </w:rPr>
              <w:br/>
              <w:t>★★★★★</w:t>
            </w:r>
          </w:p>
        </w:tc>
        <w:tc>
          <w:tcPr>
            <w:tcW w:w="3590" w:type="dxa"/>
            <w:vAlign w:val="center"/>
          </w:tcPr>
          <w:p w14:paraId="0F8DA3D8" w14:textId="77777777" w:rsidR="00A7019A" w:rsidRDefault="00000000">
            <w:pPr>
              <w:jc w:val="center"/>
            </w:pPr>
            <w:r>
              <w:rPr>
                <w:b/>
                <w:sz w:val="16"/>
              </w:rPr>
              <w:t>과제 3</w:t>
            </w:r>
          </w:p>
        </w:tc>
        <w:tc>
          <w:tcPr>
            <w:tcW w:w="3590" w:type="dxa"/>
            <w:vAlign w:val="center"/>
          </w:tcPr>
          <w:p w14:paraId="47D35276" w14:textId="77777777" w:rsidR="00A7019A" w:rsidRDefault="00000000">
            <w:pPr>
              <w:rPr>
                <w:lang w:eastAsia="ko-KR"/>
              </w:rPr>
            </w:pPr>
            <w:r>
              <w:rPr>
                <w:sz w:val="16"/>
                <w:lang w:eastAsia="ko-KR"/>
              </w:rPr>
              <w:t>CPS 지출보고 증빙 검토·승인 자동화 (김지숙)</w:t>
            </w:r>
          </w:p>
        </w:tc>
        <w:tc>
          <w:tcPr>
            <w:tcW w:w="3590" w:type="dxa"/>
            <w:vAlign w:val="center"/>
          </w:tcPr>
          <w:p w14:paraId="110F4D2A" w14:textId="77777777" w:rsidR="00A7019A" w:rsidRDefault="00000000">
            <w:pPr>
              <w:jc w:val="center"/>
            </w:pPr>
            <w:r>
              <w:rPr>
                <w:b/>
                <w:color w:val="27AE60"/>
                <w:sz w:val="16"/>
              </w:rPr>
              <w:t>선정 강력 권장</w:t>
            </w:r>
          </w:p>
        </w:tc>
        <w:tc>
          <w:tcPr>
            <w:tcW w:w="7180" w:type="dxa"/>
            <w:vAlign w:val="center"/>
          </w:tcPr>
          <w:p w14:paraId="13100500" w14:textId="77777777" w:rsidR="00A7019A" w:rsidRDefault="00000000">
            <w:pPr>
              <w:rPr>
                <w:lang w:eastAsia="ko-KR"/>
              </w:rPr>
            </w:pPr>
            <w:r>
              <w:rPr>
                <w:sz w:val="16"/>
                <w:lang w:eastAsia="ko-KR"/>
              </w:rPr>
              <w:t>가장 높은 선정 적합도. 업무 규칙이 매우 명확하고, 신청자의 적극적 참여 의지가 확인됨. OCR과 LLM을 결합한 AI 활용 가치가 매우 높으며, 일 1,500건/월 30,000건의 대량 처리로 자동화 효과가 극대화됨. 개인정보 포함 데이터에 대한 보안 대책 수립이 선행 필요.</w:t>
            </w:r>
          </w:p>
        </w:tc>
      </w:tr>
      <w:tr w:rsidR="00A7019A" w14:paraId="37891338" w14:textId="77777777" w:rsidTr="00C22514">
        <w:trPr>
          <w:jc w:val="center"/>
        </w:trPr>
        <w:tc>
          <w:tcPr>
            <w:tcW w:w="3590" w:type="dxa"/>
            <w:tcBorders>
              <w:bottom w:val="single" w:sz="4" w:space="0" w:color="auto"/>
            </w:tcBorders>
            <w:shd w:val="clear" w:color="auto" w:fill="E2EFDA"/>
            <w:vAlign w:val="center"/>
          </w:tcPr>
          <w:p w14:paraId="57371221" w14:textId="106DF8E9" w:rsidR="00A7019A" w:rsidRDefault="007D5669">
            <w:pPr>
              <w:jc w:val="center"/>
            </w:pPr>
            <w:r>
              <w:rPr>
                <w:rFonts w:hint="eastAsia"/>
                <w:b/>
                <w:sz w:val="16"/>
                <w:lang w:eastAsia="ko-KR"/>
              </w:rPr>
              <w:t>1</w:t>
            </w:r>
            <w:r>
              <w:rPr>
                <w:b/>
                <w:sz w:val="16"/>
              </w:rPr>
              <w:t>순위</w:t>
            </w:r>
            <w:r>
              <w:rPr>
                <w:b/>
                <w:sz w:val="16"/>
              </w:rPr>
              <w:br/>
              <w:t>★★★★☆</w:t>
            </w:r>
          </w:p>
        </w:tc>
        <w:tc>
          <w:tcPr>
            <w:tcW w:w="3590" w:type="dxa"/>
            <w:vAlign w:val="center"/>
          </w:tcPr>
          <w:p w14:paraId="76BF6629" w14:textId="77777777" w:rsidR="00A7019A" w:rsidRDefault="00000000">
            <w:pPr>
              <w:jc w:val="center"/>
            </w:pPr>
            <w:r>
              <w:rPr>
                <w:b/>
                <w:sz w:val="16"/>
              </w:rPr>
              <w:t>과제 1</w:t>
            </w:r>
          </w:p>
        </w:tc>
        <w:tc>
          <w:tcPr>
            <w:tcW w:w="3590" w:type="dxa"/>
            <w:vAlign w:val="center"/>
          </w:tcPr>
          <w:p w14:paraId="27BF1B7F" w14:textId="77777777" w:rsidR="00A7019A" w:rsidRDefault="00000000">
            <w:pPr>
              <w:rPr>
                <w:lang w:eastAsia="ko-KR"/>
              </w:rPr>
            </w:pPr>
            <w:r>
              <w:rPr>
                <w:sz w:val="16"/>
                <w:lang w:eastAsia="ko-KR"/>
              </w:rPr>
              <w:t>ETC마케팅본부 목표 달성 DashBoard (박미경)</w:t>
            </w:r>
          </w:p>
        </w:tc>
        <w:tc>
          <w:tcPr>
            <w:tcW w:w="3590" w:type="dxa"/>
            <w:vAlign w:val="center"/>
          </w:tcPr>
          <w:p w14:paraId="698EA07D" w14:textId="77777777" w:rsidR="00A7019A" w:rsidRDefault="00000000">
            <w:pPr>
              <w:jc w:val="center"/>
            </w:pPr>
            <w:r>
              <w:rPr>
                <w:b/>
                <w:color w:val="2E75B6"/>
                <w:sz w:val="16"/>
              </w:rPr>
              <w:t>선정 권장</w:t>
            </w:r>
          </w:p>
        </w:tc>
        <w:tc>
          <w:tcPr>
            <w:tcW w:w="7180" w:type="dxa"/>
            <w:vAlign w:val="center"/>
          </w:tcPr>
          <w:p w14:paraId="1FAFD4F2" w14:textId="77777777" w:rsidR="00A7019A" w:rsidRDefault="00000000">
            <w:pPr>
              <w:rPr>
                <w:lang w:eastAsia="ko-KR"/>
              </w:rPr>
            </w:pPr>
            <w:r>
              <w:rPr>
                <w:sz w:val="16"/>
                <w:lang w:eastAsia="ko-KR"/>
              </w:rPr>
              <w:t>명확한 프로세스와 적극적 참여 의지. BI 대시보드 + LLM 결산 자동 작성의 조합으로 AI 활용 가치가 높음. SF CRM 연동 범위를 사전에 확정하여 착수 시 지연을 방지할 필요가 있음.</w:t>
            </w:r>
          </w:p>
        </w:tc>
      </w:tr>
      <w:tr w:rsidR="00A7019A" w14:paraId="13326601" w14:textId="77777777" w:rsidTr="00C22514">
        <w:trPr>
          <w:jc w:val="center"/>
        </w:trPr>
        <w:tc>
          <w:tcPr>
            <w:tcW w:w="3590" w:type="dxa"/>
            <w:shd w:val="clear" w:color="auto" w:fill="EAF1DD" w:themeFill="accent3" w:themeFillTint="33"/>
            <w:vAlign w:val="center"/>
          </w:tcPr>
          <w:p w14:paraId="20B313E0" w14:textId="2E77AFF3" w:rsidR="00A7019A" w:rsidRDefault="007D5669">
            <w:pPr>
              <w:jc w:val="center"/>
            </w:pPr>
            <w:r>
              <w:rPr>
                <w:rFonts w:hint="eastAsia"/>
                <w:b/>
                <w:sz w:val="16"/>
                <w:lang w:eastAsia="ko-KR"/>
              </w:rPr>
              <w:t>1</w:t>
            </w:r>
            <w:r>
              <w:rPr>
                <w:b/>
                <w:sz w:val="16"/>
              </w:rPr>
              <w:t>순위</w:t>
            </w:r>
            <w:r>
              <w:rPr>
                <w:b/>
                <w:sz w:val="16"/>
              </w:rPr>
              <w:br/>
              <w:t>★★★★☆</w:t>
            </w:r>
          </w:p>
        </w:tc>
        <w:tc>
          <w:tcPr>
            <w:tcW w:w="3590" w:type="dxa"/>
            <w:vAlign w:val="center"/>
          </w:tcPr>
          <w:p w14:paraId="110E4BA0" w14:textId="77777777" w:rsidR="00A7019A" w:rsidRDefault="00000000">
            <w:pPr>
              <w:jc w:val="center"/>
            </w:pPr>
            <w:r>
              <w:rPr>
                <w:b/>
                <w:sz w:val="16"/>
              </w:rPr>
              <w:t>과제 4</w:t>
            </w:r>
          </w:p>
        </w:tc>
        <w:tc>
          <w:tcPr>
            <w:tcW w:w="3590" w:type="dxa"/>
            <w:vAlign w:val="center"/>
          </w:tcPr>
          <w:p w14:paraId="6C77E508" w14:textId="77777777" w:rsidR="00A7019A" w:rsidRDefault="00000000">
            <w:pPr>
              <w:rPr>
                <w:lang w:eastAsia="ko-KR"/>
              </w:rPr>
            </w:pPr>
            <w:r>
              <w:rPr>
                <w:sz w:val="16"/>
                <w:lang w:eastAsia="ko-KR"/>
              </w:rPr>
              <w:t>ETC 로컬 스타 산출 자동화 (박지현)</w:t>
            </w:r>
          </w:p>
        </w:tc>
        <w:tc>
          <w:tcPr>
            <w:tcW w:w="3590" w:type="dxa"/>
            <w:vAlign w:val="center"/>
          </w:tcPr>
          <w:p w14:paraId="4E9A4EAE" w14:textId="77777777" w:rsidR="00A7019A" w:rsidRDefault="00000000">
            <w:pPr>
              <w:jc w:val="center"/>
              <w:rPr>
                <w:lang w:eastAsia="ko-KR"/>
              </w:rPr>
            </w:pPr>
            <w:r>
              <w:rPr>
                <w:b/>
                <w:sz w:val="16"/>
                <w:lang w:eastAsia="ko-KR"/>
              </w:rPr>
              <w:t>조건부 선정</w:t>
            </w:r>
            <w:r>
              <w:rPr>
                <w:b/>
                <w:sz w:val="16"/>
                <w:lang w:eastAsia="ko-KR"/>
              </w:rPr>
              <w:br/>
              <w:t>(참여 시간 확대 협의)</w:t>
            </w:r>
          </w:p>
        </w:tc>
        <w:tc>
          <w:tcPr>
            <w:tcW w:w="7180" w:type="dxa"/>
            <w:vAlign w:val="center"/>
          </w:tcPr>
          <w:p w14:paraId="10C93CE9" w14:textId="77777777" w:rsidR="00A7019A" w:rsidRDefault="00000000">
            <w:pPr>
              <w:rPr>
                <w:lang w:eastAsia="ko-KR"/>
              </w:rPr>
            </w:pPr>
            <w:r>
              <w:rPr>
                <w:sz w:val="16"/>
                <w:lang w:eastAsia="ko-KR"/>
              </w:rPr>
              <w:t>4단계 프로세스(VLOOKUP/SUMIFS 기반)가 매우 구체적으로 정의되어 자동화에 매우 적합함. 다만 참여 시간(2~3시간)이 기준(6시간)에 크게 미달하므로, 참여 시간 확대를 협의한 후 선정을 권장. 인사팀(배치일자) 협업도 사전 조율 필요.</w:t>
            </w:r>
          </w:p>
        </w:tc>
      </w:tr>
      <w:tr w:rsidR="00A7019A" w14:paraId="669E4CC7" w14:textId="77777777" w:rsidTr="00C22514">
        <w:trPr>
          <w:jc w:val="center"/>
        </w:trPr>
        <w:tc>
          <w:tcPr>
            <w:tcW w:w="3590" w:type="dxa"/>
            <w:shd w:val="clear" w:color="auto" w:fill="EAF1DD" w:themeFill="accent3" w:themeFillTint="33"/>
            <w:vAlign w:val="center"/>
          </w:tcPr>
          <w:p w14:paraId="0F7FE00D" w14:textId="31019C33" w:rsidR="00A7019A" w:rsidRDefault="007D5669">
            <w:pPr>
              <w:jc w:val="center"/>
            </w:pPr>
            <w:r>
              <w:rPr>
                <w:rFonts w:hint="eastAsia"/>
                <w:b/>
                <w:sz w:val="16"/>
                <w:lang w:eastAsia="ko-KR"/>
              </w:rPr>
              <w:t>1</w:t>
            </w:r>
            <w:r>
              <w:rPr>
                <w:b/>
                <w:sz w:val="16"/>
              </w:rPr>
              <w:t>순위</w:t>
            </w:r>
            <w:r>
              <w:rPr>
                <w:b/>
                <w:sz w:val="16"/>
              </w:rPr>
              <w:br/>
              <w:t>★★★★☆</w:t>
            </w:r>
          </w:p>
        </w:tc>
        <w:tc>
          <w:tcPr>
            <w:tcW w:w="3590" w:type="dxa"/>
            <w:vAlign w:val="center"/>
          </w:tcPr>
          <w:p w14:paraId="37C3023A" w14:textId="77777777" w:rsidR="00A7019A" w:rsidRDefault="00000000">
            <w:pPr>
              <w:jc w:val="center"/>
            </w:pPr>
            <w:r>
              <w:rPr>
                <w:b/>
                <w:sz w:val="16"/>
              </w:rPr>
              <w:t>과제 7</w:t>
            </w:r>
          </w:p>
        </w:tc>
        <w:tc>
          <w:tcPr>
            <w:tcW w:w="3590" w:type="dxa"/>
            <w:vAlign w:val="center"/>
          </w:tcPr>
          <w:p w14:paraId="4F394B0E" w14:textId="77777777" w:rsidR="00A7019A" w:rsidRDefault="00000000">
            <w:pPr>
              <w:rPr>
                <w:lang w:eastAsia="ko-KR"/>
              </w:rPr>
            </w:pPr>
            <w:r>
              <w:rPr>
                <w:sz w:val="16"/>
                <w:lang w:eastAsia="ko-KR"/>
              </w:rPr>
              <w:t>처방마감자료 생성 및 메일 발송 자동화 (이승민)</w:t>
            </w:r>
          </w:p>
        </w:tc>
        <w:tc>
          <w:tcPr>
            <w:tcW w:w="3590" w:type="dxa"/>
            <w:vAlign w:val="center"/>
          </w:tcPr>
          <w:p w14:paraId="640125B6" w14:textId="77777777" w:rsidR="00A7019A" w:rsidRDefault="00000000">
            <w:pPr>
              <w:jc w:val="center"/>
              <w:rPr>
                <w:lang w:eastAsia="ko-KR"/>
              </w:rPr>
            </w:pPr>
            <w:r>
              <w:rPr>
                <w:b/>
                <w:sz w:val="16"/>
                <w:lang w:eastAsia="ko-KR"/>
              </w:rPr>
              <w:t>조건부 선정</w:t>
            </w:r>
            <w:r>
              <w:rPr>
                <w:b/>
                <w:sz w:val="16"/>
                <w:lang w:eastAsia="ko-KR"/>
              </w:rPr>
              <w:br/>
              <w:t>(참여 시간 확대 협의)</w:t>
            </w:r>
          </w:p>
        </w:tc>
        <w:tc>
          <w:tcPr>
            <w:tcW w:w="7180" w:type="dxa"/>
            <w:vAlign w:val="center"/>
          </w:tcPr>
          <w:p w14:paraId="1B1097DA" w14:textId="77777777" w:rsidR="00A7019A" w:rsidRDefault="00000000">
            <w:pPr>
              <w:rPr>
                <w:lang w:eastAsia="ko-KR"/>
              </w:rPr>
            </w:pPr>
            <w:r>
              <w:rPr>
                <w:sz w:val="16"/>
                <w:lang w:eastAsia="ko-KR"/>
              </w:rPr>
              <w:t xml:space="preserve">6단계 프로세스가 상세하게 기술되어 자동화에 매우 적합함. 25만행+ 대용량 VLOOKUP 매핑의 자동화 효과가 큼. 참여 시간(2~3시간)이 기준 미달이나, 월 1회 업무이므로 집중 기간 조율 </w:t>
            </w:r>
            <w:r>
              <w:rPr>
                <w:sz w:val="16"/>
                <w:lang w:eastAsia="ko-KR"/>
              </w:rPr>
              <w:lastRenderedPageBreak/>
              <w:t>가능. 개인정보(MR 사번) 보안 대책 수립 필요.</w:t>
            </w:r>
          </w:p>
        </w:tc>
      </w:tr>
      <w:tr w:rsidR="00A7019A" w14:paraId="4E703B52" w14:textId="77777777">
        <w:trPr>
          <w:jc w:val="center"/>
        </w:trPr>
        <w:tc>
          <w:tcPr>
            <w:tcW w:w="3590" w:type="dxa"/>
            <w:shd w:val="clear" w:color="auto" w:fill="FFF2CC"/>
            <w:vAlign w:val="center"/>
          </w:tcPr>
          <w:p w14:paraId="61F44C2D" w14:textId="7AE8BD58" w:rsidR="00A7019A" w:rsidRDefault="00FF194B">
            <w:pPr>
              <w:jc w:val="center"/>
            </w:pPr>
            <w:r>
              <w:rPr>
                <w:rFonts w:hint="eastAsia"/>
                <w:b/>
                <w:sz w:val="16"/>
                <w:lang w:eastAsia="ko-KR"/>
              </w:rPr>
              <w:lastRenderedPageBreak/>
              <w:t>2</w:t>
            </w:r>
            <w:r>
              <w:rPr>
                <w:b/>
                <w:sz w:val="16"/>
              </w:rPr>
              <w:t>순위</w:t>
            </w:r>
            <w:r>
              <w:rPr>
                <w:b/>
                <w:sz w:val="16"/>
              </w:rPr>
              <w:br/>
              <w:t>★★★☆☆</w:t>
            </w:r>
          </w:p>
        </w:tc>
        <w:tc>
          <w:tcPr>
            <w:tcW w:w="3590" w:type="dxa"/>
            <w:vAlign w:val="center"/>
          </w:tcPr>
          <w:p w14:paraId="741B4B09" w14:textId="77777777" w:rsidR="00A7019A" w:rsidRDefault="00000000">
            <w:pPr>
              <w:jc w:val="center"/>
            </w:pPr>
            <w:r>
              <w:rPr>
                <w:b/>
                <w:sz w:val="16"/>
              </w:rPr>
              <w:t>과제 8</w:t>
            </w:r>
          </w:p>
        </w:tc>
        <w:tc>
          <w:tcPr>
            <w:tcW w:w="3590" w:type="dxa"/>
            <w:vAlign w:val="center"/>
          </w:tcPr>
          <w:p w14:paraId="561A9FAA" w14:textId="77777777" w:rsidR="00A7019A" w:rsidRDefault="00000000">
            <w:pPr>
              <w:rPr>
                <w:lang w:eastAsia="ko-KR"/>
              </w:rPr>
            </w:pPr>
            <w:r>
              <w:rPr>
                <w:sz w:val="16"/>
                <w:lang w:eastAsia="ko-KR"/>
              </w:rPr>
              <w:t>매출 대시보드 제작 (백송이)</w:t>
            </w:r>
          </w:p>
        </w:tc>
        <w:tc>
          <w:tcPr>
            <w:tcW w:w="3590" w:type="dxa"/>
            <w:vAlign w:val="center"/>
          </w:tcPr>
          <w:p w14:paraId="566C1F4A" w14:textId="77777777" w:rsidR="00A7019A" w:rsidRDefault="00000000">
            <w:pPr>
              <w:jc w:val="center"/>
            </w:pPr>
            <w:r>
              <w:rPr>
                <w:b/>
                <w:sz w:val="16"/>
              </w:rPr>
              <w:t>요건 정의 후 선정</w:t>
            </w:r>
          </w:p>
        </w:tc>
        <w:tc>
          <w:tcPr>
            <w:tcW w:w="7180" w:type="dxa"/>
            <w:vAlign w:val="center"/>
          </w:tcPr>
          <w:p w14:paraId="0CF92E41" w14:textId="77777777" w:rsidR="00A7019A" w:rsidRDefault="00000000">
            <w:pPr>
              <w:rPr>
                <w:lang w:eastAsia="ko-KR"/>
              </w:rPr>
            </w:pPr>
            <w:r>
              <w:rPr>
                <w:sz w:val="16"/>
                <w:lang w:eastAsia="ko-KR"/>
              </w:rPr>
              <w:t>적극적 참여 의지와 높은 효과가 기대되나, 요구사항이 아직 미확정 상태("정형화된 틀이 없는 신규 구축"). 신규 구축 특성상 범위 관리가 매우 중요하므로, 요건 정의 워크숍을 선행한 후 착수할 것을 권장.</w:t>
            </w:r>
          </w:p>
        </w:tc>
      </w:tr>
      <w:tr w:rsidR="00A7019A" w14:paraId="675F3331" w14:textId="77777777">
        <w:trPr>
          <w:jc w:val="center"/>
        </w:trPr>
        <w:tc>
          <w:tcPr>
            <w:tcW w:w="3590" w:type="dxa"/>
            <w:shd w:val="clear" w:color="auto" w:fill="FFF2CC"/>
            <w:vAlign w:val="center"/>
          </w:tcPr>
          <w:p w14:paraId="42A08C1C" w14:textId="2D7DC46C" w:rsidR="00A7019A" w:rsidRDefault="00FF194B">
            <w:pPr>
              <w:jc w:val="center"/>
            </w:pPr>
            <w:r>
              <w:rPr>
                <w:rFonts w:hint="eastAsia"/>
                <w:b/>
                <w:sz w:val="16"/>
                <w:lang w:eastAsia="ko-KR"/>
              </w:rPr>
              <w:t>2</w:t>
            </w:r>
            <w:r>
              <w:rPr>
                <w:b/>
                <w:sz w:val="16"/>
              </w:rPr>
              <w:t>순위</w:t>
            </w:r>
            <w:r>
              <w:rPr>
                <w:b/>
                <w:sz w:val="16"/>
              </w:rPr>
              <w:br/>
              <w:t>★★★☆☆</w:t>
            </w:r>
          </w:p>
        </w:tc>
        <w:tc>
          <w:tcPr>
            <w:tcW w:w="3590" w:type="dxa"/>
            <w:vAlign w:val="center"/>
          </w:tcPr>
          <w:p w14:paraId="242BE76A" w14:textId="77777777" w:rsidR="00A7019A" w:rsidRDefault="00000000">
            <w:pPr>
              <w:jc w:val="center"/>
            </w:pPr>
            <w:r>
              <w:rPr>
                <w:b/>
                <w:sz w:val="16"/>
              </w:rPr>
              <w:t>과제 9</w:t>
            </w:r>
          </w:p>
        </w:tc>
        <w:tc>
          <w:tcPr>
            <w:tcW w:w="3590" w:type="dxa"/>
            <w:vAlign w:val="center"/>
          </w:tcPr>
          <w:p w14:paraId="43598DCC" w14:textId="77777777" w:rsidR="00A7019A" w:rsidRDefault="00000000">
            <w:pPr>
              <w:rPr>
                <w:lang w:eastAsia="ko-KR"/>
              </w:rPr>
            </w:pPr>
            <w:r>
              <w:rPr>
                <w:sz w:val="16"/>
                <w:lang w:eastAsia="ko-KR"/>
              </w:rPr>
              <w:t>ETC병원본부 영업 데이터 인사이트 리포트 (금예빈)</w:t>
            </w:r>
          </w:p>
        </w:tc>
        <w:tc>
          <w:tcPr>
            <w:tcW w:w="3590" w:type="dxa"/>
            <w:vAlign w:val="center"/>
          </w:tcPr>
          <w:p w14:paraId="5DA19F1A" w14:textId="77777777" w:rsidR="00A7019A" w:rsidRDefault="00000000">
            <w:pPr>
              <w:jc w:val="center"/>
              <w:rPr>
                <w:lang w:eastAsia="ko-KR"/>
              </w:rPr>
            </w:pPr>
            <w:r>
              <w:rPr>
                <w:b/>
                <w:sz w:val="16"/>
                <w:lang w:eastAsia="ko-KR"/>
              </w:rPr>
              <w:t>요건 정의·수행 주체</w:t>
            </w:r>
            <w:r>
              <w:rPr>
                <w:b/>
                <w:sz w:val="16"/>
                <w:lang w:eastAsia="ko-KR"/>
              </w:rPr>
              <w:br/>
              <w:t>확인 후 검토</w:t>
            </w:r>
          </w:p>
        </w:tc>
        <w:tc>
          <w:tcPr>
            <w:tcW w:w="7180" w:type="dxa"/>
            <w:vAlign w:val="center"/>
          </w:tcPr>
          <w:p w14:paraId="1C619A0A" w14:textId="77777777" w:rsidR="00A7019A" w:rsidRDefault="00000000">
            <w:pPr>
              <w:rPr>
                <w:lang w:eastAsia="ko-KR"/>
              </w:rPr>
            </w:pPr>
            <w:r>
              <w:rPr>
                <w:sz w:val="16"/>
                <w:lang w:eastAsia="ko-KR"/>
              </w:rPr>
              <w:t>"대리 신청 건"으로 실제 수행 주체와 참여 시간이 불확실. LLM 기반 데이터 자동 요약·인사이트 생성은 AI 활용 가치가 있으나, 사무소별 비표준 데이터 구조 표준화 및 Salesforce 연동이 선행 필요. 실제 수행 담당자 확정 및 요건 구체화 후 재검토 권장.</w:t>
            </w:r>
          </w:p>
        </w:tc>
      </w:tr>
      <w:tr w:rsidR="00A7019A" w14:paraId="0D0D9BF3" w14:textId="77777777">
        <w:trPr>
          <w:jc w:val="center"/>
        </w:trPr>
        <w:tc>
          <w:tcPr>
            <w:tcW w:w="3590" w:type="dxa"/>
            <w:shd w:val="clear" w:color="auto" w:fill="FFF2CC"/>
            <w:vAlign w:val="center"/>
          </w:tcPr>
          <w:p w14:paraId="4A3BDC88" w14:textId="10CC7A6F" w:rsidR="00A7019A" w:rsidRDefault="00FF194B">
            <w:pPr>
              <w:jc w:val="center"/>
            </w:pPr>
            <w:r>
              <w:rPr>
                <w:rFonts w:hint="eastAsia"/>
                <w:b/>
                <w:sz w:val="16"/>
                <w:lang w:eastAsia="ko-KR"/>
              </w:rPr>
              <w:t>2</w:t>
            </w:r>
            <w:r>
              <w:rPr>
                <w:b/>
                <w:sz w:val="16"/>
              </w:rPr>
              <w:t>순위</w:t>
            </w:r>
            <w:r>
              <w:rPr>
                <w:b/>
                <w:sz w:val="16"/>
              </w:rPr>
              <w:br/>
              <w:t>★★★☆☆</w:t>
            </w:r>
          </w:p>
        </w:tc>
        <w:tc>
          <w:tcPr>
            <w:tcW w:w="3590" w:type="dxa"/>
            <w:vAlign w:val="center"/>
          </w:tcPr>
          <w:p w14:paraId="75881F4D" w14:textId="77777777" w:rsidR="00A7019A" w:rsidRDefault="00000000">
            <w:pPr>
              <w:jc w:val="center"/>
            </w:pPr>
            <w:r>
              <w:rPr>
                <w:b/>
                <w:sz w:val="16"/>
              </w:rPr>
              <w:t>과제 5</w:t>
            </w:r>
          </w:p>
        </w:tc>
        <w:tc>
          <w:tcPr>
            <w:tcW w:w="3590" w:type="dxa"/>
            <w:vAlign w:val="center"/>
          </w:tcPr>
          <w:p w14:paraId="0225BB45" w14:textId="77777777" w:rsidR="00A7019A" w:rsidRDefault="00000000">
            <w:pPr>
              <w:rPr>
                <w:lang w:eastAsia="ko-KR"/>
              </w:rPr>
            </w:pPr>
            <w:r>
              <w:rPr>
                <w:sz w:val="16"/>
                <w:lang w:eastAsia="ko-KR"/>
              </w:rPr>
              <w:t>Emma 메일링 업그레이드 (김진우/정신영)</w:t>
            </w:r>
          </w:p>
        </w:tc>
        <w:tc>
          <w:tcPr>
            <w:tcW w:w="3590" w:type="dxa"/>
            <w:vAlign w:val="center"/>
          </w:tcPr>
          <w:p w14:paraId="7C8E07ED" w14:textId="77777777" w:rsidR="00A7019A" w:rsidRDefault="00000000">
            <w:pPr>
              <w:jc w:val="center"/>
            </w:pPr>
            <w:r>
              <w:rPr>
                <w:b/>
                <w:sz w:val="16"/>
              </w:rPr>
              <w:t>재검토 필요</w:t>
            </w:r>
          </w:p>
        </w:tc>
        <w:tc>
          <w:tcPr>
            <w:tcW w:w="7180" w:type="dxa"/>
            <w:vAlign w:val="center"/>
          </w:tcPr>
          <w:p w14:paraId="6FD30256" w14:textId="77777777" w:rsidR="00A7019A" w:rsidRDefault="00000000">
            <w:pPr>
              <w:rPr>
                <w:lang w:eastAsia="ko-KR"/>
              </w:rPr>
            </w:pPr>
            <w:r>
              <w:rPr>
                <w:sz w:val="16"/>
                <w:lang w:eastAsia="ko-KR"/>
              </w:rPr>
              <w:t>LLM 기반 기사 선별·요약 기능의 AI 활용 가치는 있으나, 참여 의지가 불확실하고 "선정 기준에 따른 기사 선별" 기준이 구체적이지 않음. IT 추진팀(기존 emma 개발팀) 연동·개편이 필요. 참여 시간·요건 확정 후 재검토를 권장.</w:t>
            </w:r>
          </w:p>
        </w:tc>
      </w:tr>
      <w:tr w:rsidR="00A7019A" w14:paraId="51154832" w14:textId="77777777">
        <w:trPr>
          <w:jc w:val="center"/>
        </w:trPr>
        <w:tc>
          <w:tcPr>
            <w:tcW w:w="3590" w:type="dxa"/>
            <w:shd w:val="clear" w:color="auto" w:fill="FFF2CC"/>
            <w:vAlign w:val="center"/>
          </w:tcPr>
          <w:p w14:paraId="5E2472BF" w14:textId="7A3AAA39" w:rsidR="00A7019A" w:rsidRDefault="00FF194B">
            <w:pPr>
              <w:jc w:val="center"/>
            </w:pPr>
            <w:r>
              <w:rPr>
                <w:rFonts w:hint="eastAsia"/>
                <w:b/>
                <w:sz w:val="16"/>
                <w:lang w:eastAsia="ko-KR"/>
              </w:rPr>
              <w:t>2</w:t>
            </w:r>
            <w:r>
              <w:rPr>
                <w:b/>
                <w:sz w:val="16"/>
              </w:rPr>
              <w:t>순위</w:t>
            </w:r>
            <w:r>
              <w:rPr>
                <w:b/>
                <w:sz w:val="16"/>
              </w:rPr>
              <w:br/>
              <w:t>★★★☆☆</w:t>
            </w:r>
          </w:p>
        </w:tc>
        <w:tc>
          <w:tcPr>
            <w:tcW w:w="3590" w:type="dxa"/>
            <w:vAlign w:val="center"/>
          </w:tcPr>
          <w:p w14:paraId="3752EF71" w14:textId="77777777" w:rsidR="00A7019A" w:rsidRDefault="00000000">
            <w:pPr>
              <w:jc w:val="center"/>
            </w:pPr>
            <w:r>
              <w:rPr>
                <w:b/>
                <w:sz w:val="16"/>
              </w:rPr>
              <w:t>과제 6</w:t>
            </w:r>
          </w:p>
        </w:tc>
        <w:tc>
          <w:tcPr>
            <w:tcW w:w="3590" w:type="dxa"/>
            <w:vAlign w:val="center"/>
          </w:tcPr>
          <w:p w14:paraId="03B884AB" w14:textId="77777777" w:rsidR="00A7019A" w:rsidRDefault="00000000">
            <w:pPr>
              <w:rPr>
                <w:lang w:eastAsia="ko-KR"/>
              </w:rPr>
            </w:pPr>
            <w:r>
              <w:rPr>
                <w:sz w:val="16"/>
                <w:lang w:eastAsia="ko-KR"/>
              </w:rPr>
              <w:t>최신연구 논문 기사 제작 자동화 (김진우/정신영)</w:t>
            </w:r>
          </w:p>
        </w:tc>
        <w:tc>
          <w:tcPr>
            <w:tcW w:w="3590" w:type="dxa"/>
            <w:vAlign w:val="center"/>
          </w:tcPr>
          <w:p w14:paraId="58C63397" w14:textId="77777777" w:rsidR="00A7019A" w:rsidRDefault="00000000">
            <w:pPr>
              <w:jc w:val="center"/>
            </w:pPr>
            <w:r>
              <w:rPr>
                <w:b/>
                <w:sz w:val="16"/>
              </w:rPr>
              <w:t>재검토 필요</w:t>
            </w:r>
          </w:p>
        </w:tc>
        <w:tc>
          <w:tcPr>
            <w:tcW w:w="7180" w:type="dxa"/>
            <w:vAlign w:val="center"/>
          </w:tcPr>
          <w:p w14:paraId="46B60CC9" w14:textId="77777777" w:rsidR="00A7019A" w:rsidRDefault="00000000">
            <w:pPr>
              <w:rPr>
                <w:lang w:eastAsia="ko-KR"/>
              </w:rPr>
            </w:pPr>
            <w:r>
              <w:rPr>
                <w:sz w:val="16"/>
                <w:lang w:eastAsia="ko-KR"/>
              </w:rPr>
              <w:t>과거 1차 제작 경험이 있어 기술적 기반은 있으나, 담당자 퇴사로 홀딩된 상태로 기존 시스템 파악이 선행 필요. 참여 의지가 불확실하고 업그레이드 요건이 구체적이지 않음. AI 생성 기사의 의료정보 정확성 검증 체계도 필요. 참여 시간·요건 확정 후 재검토를 권장.</w:t>
            </w:r>
          </w:p>
        </w:tc>
      </w:tr>
      <w:tr w:rsidR="00A7019A" w14:paraId="117437A1" w14:textId="77777777">
        <w:trPr>
          <w:jc w:val="center"/>
        </w:trPr>
        <w:tc>
          <w:tcPr>
            <w:tcW w:w="3590" w:type="dxa"/>
            <w:shd w:val="clear" w:color="auto" w:fill="FCE4EC"/>
            <w:vAlign w:val="center"/>
          </w:tcPr>
          <w:p w14:paraId="387F8373" w14:textId="632F6B85" w:rsidR="00A7019A" w:rsidRDefault="00E66823">
            <w:pPr>
              <w:jc w:val="center"/>
            </w:pPr>
            <w:r>
              <w:rPr>
                <w:rFonts w:hint="eastAsia"/>
                <w:b/>
                <w:sz w:val="16"/>
                <w:lang w:eastAsia="ko-KR"/>
              </w:rPr>
              <w:t>부적합</w:t>
            </w:r>
            <w:r>
              <w:rPr>
                <w:b/>
                <w:sz w:val="16"/>
              </w:rPr>
              <w:br/>
              <w:t>★★☆☆☆</w:t>
            </w:r>
          </w:p>
        </w:tc>
        <w:tc>
          <w:tcPr>
            <w:tcW w:w="3590" w:type="dxa"/>
            <w:vAlign w:val="center"/>
          </w:tcPr>
          <w:p w14:paraId="0EE2B217" w14:textId="77777777" w:rsidR="00A7019A" w:rsidRDefault="00000000">
            <w:pPr>
              <w:jc w:val="center"/>
              <w:rPr>
                <w:lang w:eastAsia="ko-KR"/>
              </w:rPr>
            </w:pPr>
            <w:r>
              <w:rPr>
                <w:b/>
                <w:sz w:val="16"/>
              </w:rPr>
              <w:t>과제 10</w:t>
            </w:r>
          </w:p>
        </w:tc>
        <w:tc>
          <w:tcPr>
            <w:tcW w:w="3590" w:type="dxa"/>
            <w:vAlign w:val="center"/>
          </w:tcPr>
          <w:p w14:paraId="29D6D1A2" w14:textId="77777777" w:rsidR="00A7019A" w:rsidRDefault="00000000">
            <w:pPr>
              <w:rPr>
                <w:lang w:eastAsia="ko-KR"/>
              </w:rPr>
            </w:pPr>
            <w:r>
              <w:rPr>
                <w:sz w:val="16"/>
                <w:lang w:eastAsia="ko-KR"/>
              </w:rPr>
              <w:t>정책·업계 시황 인사이트 자동 생성 (금예빈)</w:t>
            </w:r>
          </w:p>
        </w:tc>
        <w:tc>
          <w:tcPr>
            <w:tcW w:w="3590" w:type="dxa"/>
            <w:vAlign w:val="center"/>
          </w:tcPr>
          <w:p w14:paraId="3134ECF3" w14:textId="77777777" w:rsidR="00A7019A" w:rsidRDefault="00000000">
            <w:pPr>
              <w:jc w:val="center"/>
              <w:rPr>
                <w:lang w:eastAsia="ko-KR"/>
              </w:rPr>
            </w:pPr>
            <w:r>
              <w:rPr>
                <w:b/>
                <w:color w:val="E74C3C"/>
                <w:sz w:val="16"/>
                <w:lang w:eastAsia="ko-KR"/>
              </w:rPr>
              <w:t>AX 과제 부적합</w:t>
            </w:r>
            <w:r>
              <w:rPr>
                <w:b/>
                <w:color w:val="E74C3C"/>
                <w:sz w:val="16"/>
                <w:lang w:eastAsia="ko-KR"/>
              </w:rPr>
              <w:br/>
              <w:t>→ AI 모델 학습 검토</w:t>
            </w:r>
          </w:p>
        </w:tc>
        <w:tc>
          <w:tcPr>
            <w:tcW w:w="7180" w:type="dxa"/>
            <w:vAlign w:val="center"/>
          </w:tcPr>
          <w:p w14:paraId="5672E97D" w14:textId="77777777" w:rsidR="00A7019A" w:rsidRDefault="00000000">
            <w:pPr>
              <w:rPr>
                <w:lang w:eastAsia="ko-KR"/>
              </w:rPr>
            </w:pPr>
            <w:r>
              <w:rPr>
                <w:sz w:val="16"/>
                <w:lang w:eastAsia="ko-KR"/>
              </w:rPr>
              <w:t>"대리 신청 건"이며, 외부 정보를 영업 실행 인사이트로 변환하는 과정은 담당자의 "감"과 노하우에 크게 의존하는 영역으로, 명확한 규칙 기반 개발이 어려움. 구체적 시간·수치 정보도 전혀 없어 목표 설정이 불가. AI 모델 학습(RAG 등) 관점에서 별도 검토 필요.</w:t>
            </w:r>
          </w:p>
        </w:tc>
      </w:tr>
      <w:tr w:rsidR="00A7019A" w14:paraId="2D30DCFB" w14:textId="77777777">
        <w:trPr>
          <w:jc w:val="center"/>
        </w:trPr>
        <w:tc>
          <w:tcPr>
            <w:tcW w:w="3590" w:type="dxa"/>
            <w:shd w:val="clear" w:color="auto" w:fill="FCE4EC"/>
            <w:vAlign w:val="center"/>
          </w:tcPr>
          <w:p w14:paraId="3286DF73" w14:textId="459D497D" w:rsidR="00A7019A" w:rsidRDefault="00E66823">
            <w:pPr>
              <w:jc w:val="center"/>
            </w:pPr>
            <w:r>
              <w:rPr>
                <w:rFonts w:hint="eastAsia"/>
                <w:b/>
                <w:sz w:val="16"/>
                <w:lang w:eastAsia="ko-KR"/>
              </w:rPr>
              <w:t>부적합</w:t>
            </w:r>
            <w:r>
              <w:rPr>
                <w:b/>
                <w:sz w:val="16"/>
              </w:rPr>
              <w:br/>
              <w:t>★★☆☆☆</w:t>
            </w:r>
          </w:p>
        </w:tc>
        <w:tc>
          <w:tcPr>
            <w:tcW w:w="3590" w:type="dxa"/>
            <w:vAlign w:val="center"/>
          </w:tcPr>
          <w:p w14:paraId="7B370EF3" w14:textId="77777777" w:rsidR="00A7019A" w:rsidRDefault="00000000">
            <w:pPr>
              <w:jc w:val="center"/>
            </w:pPr>
            <w:r>
              <w:rPr>
                <w:b/>
                <w:sz w:val="16"/>
              </w:rPr>
              <w:t>과제 2</w:t>
            </w:r>
          </w:p>
        </w:tc>
        <w:tc>
          <w:tcPr>
            <w:tcW w:w="3590" w:type="dxa"/>
            <w:vAlign w:val="center"/>
          </w:tcPr>
          <w:p w14:paraId="0A4567C2" w14:textId="77777777" w:rsidR="00A7019A" w:rsidRDefault="00000000">
            <w:pPr>
              <w:rPr>
                <w:lang w:eastAsia="ko-KR"/>
              </w:rPr>
            </w:pPr>
            <w:r>
              <w:rPr>
                <w:sz w:val="16"/>
                <w:lang w:eastAsia="ko-KR"/>
              </w:rPr>
              <w:t>MR 거래처 채권현황 실시간 조회 (김희영)</w:t>
            </w:r>
          </w:p>
        </w:tc>
        <w:tc>
          <w:tcPr>
            <w:tcW w:w="3590" w:type="dxa"/>
            <w:vAlign w:val="center"/>
          </w:tcPr>
          <w:p w14:paraId="23AA2B1C" w14:textId="77777777" w:rsidR="00A7019A" w:rsidRDefault="00000000">
            <w:pPr>
              <w:jc w:val="center"/>
              <w:rPr>
                <w:lang w:eastAsia="ko-KR"/>
              </w:rPr>
            </w:pPr>
            <w:r>
              <w:rPr>
                <w:b/>
                <w:color w:val="E74C3C"/>
                <w:sz w:val="16"/>
                <w:lang w:eastAsia="ko-KR"/>
              </w:rPr>
              <w:t>AX 과제 부적합</w:t>
            </w:r>
            <w:r>
              <w:rPr>
                <w:b/>
                <w:color w:val="E74C3C"/>
                <w:sz w:val="16"/>
                <w:lang w:eastAsia="ko-KR"/>
              </w:rPr>
              <w:br/>
              <w:t>→ IT 개발 과제 검토</w:t>
            </w:r>
          </w:p>
        </w:tc>
        <w:tc>
          <w:tcPr>
            <w:tcW w:w="7180" w:type="dxa"/>
            <w:vAlign w:val="center"/>
          </w:tcPr>
          <w:p w14:paraId="52449C66" w14:textId="77777777" w:rsidR="00A7019A" w:rsidRDefault="00000000">
            <w:r>
              <w:rPr>
                <w:sz w:val="16"/>
                <w:lang w:eastAsia="ko-KR"/>
              </w:rPr>
              <w:t xml:space="preserve">참여 의지가 불확실(AX특공대 불필요 기재)하고, AI 활용 요소가 미약하며(IT 시스템 개발 성격), SAP 연동 제약 등으로 AX 과제 선정에 부적합. </w:t>
            </w:r>
            <w:r>
              <w:rPr>
                <w:sz w:val="16"/>
              </w:rPr>
              <w:t>IT 개발 과제로 별도 검토할 것을 권장.</w:t>
            </w:r>
          </w:p>
        </w:tc>
      </w:tr>
    </w:tbl>
    <w:p w14:paraId="469A608D" w14:textId="77777777" w:rsidR="00A7019A" w:rsidRDefault="00A7019A"/>
    <w:p w14:paraId="2B76D31F" w14:textId="77777777" w:rsidR="00A7019A" w:rsidRDefault="00A7019A"/>
    <w:p w14:paraId="088E1432" w14:textId="77777777" w:rsidR="00A7019A" w:rsidRDefault="00000000">
      <w:r>
        <w:rPr>
          <w:b/>
          <w:color w:val="1B3A5C"/>
          <w:sz w:val="24"/>
        </w:rPr>
        <w:t>■ 핵심 요약</w:t>
      </w:r>
    </w:p>
    <w:p w14:paraId="4DA98407" w14:textId="77777777" w:rsidR="00A7019A" w:rsidRDefault="00A7019A"/>
    <w:tbl>
      <w:tblPr>
        <w:tblStyle w:val="af9"/>
        <w:tblW w:w="0" w:type="auto"/>
        <w:jc w:val="center"/>
        <w:tblLook w:val="04A0" w:firstRow="1" w:lastRow="0" w:firstColumn="1" w:lastColumn="0" w:noHBand="0" w:noVBand="1"/>
      </w:tblPr>
      <w:tblGrid>
        <w:gridCol w:w="21533"/>
      </w:tblGrid>
      <w:tr w:rsidR="00A7019A" w14:paraId="58C1A534" w14:textId="77777777">
        <w:trPr>
          <w:jc w:val="center"/>
        </w:trPr>
        <w:tc>
          <w:tcPr>
            <w:tcW w:w="21543" w:type="dxa"/>
            <w:shd w:val="clear" w:color="auto" w:fill="D6E4F0"/>
          </w:tcPr>
          <w:p w14:paraId="7B3ACD6B" w14:textId="77777777" w:rsidR="00A7019A" w:rsidRDefault="00A7019A">
            <w:pPr>
              <w:rPr>
                <w:lang w:eastAsia="ko-KR"/>
              </w:rPr>
            </w:pPr>
          </w:p>
          <w:p w14:paraId="19E769A6" w14:textId="77777777" w:rsidR="00A7019A" w:rsidRDefault="00000000">
            <w:pPr>
              <w:spacing w:before="40" w:after="40"/>
              <w:rPr>
                <w:lang w:eastAsia="ko-KR"/>
              </w:rPr>
            </w:pPr>
            <w:r>
              <w:rPr>
                <w:b/>
                <w:color w:val="1B3A5C"/>
                <w:sz w:val="20"/>
                <w:lang w:eastAsia="ko-KR"/>
              </w:rPr>
              <w:t xml:space="preserve">  ▸ 총 접수 과제: </w:t>
            </w:r>
            <w:r>
              <w:rPr>
                <w:sz w:val="20"/>
                <w:lang w:eastAsia="ko-KR"/>
              </w:rPr>
              <w:t>5개 조직, 10건 (2026.02.19~23 접수)</w:t>
            </w:r>
          </w:p>
          <w:p w14:paraId="5DCCCECF" w14:textId="77777777" w:rsidR="00A7019A" w:rsidRDefault="00000000">
            <w:pPr>
              <w:spacing w:before="40" w:after="40"/>
              <w:rPr>
                <w:lang w:eastAsia="ko-KR"/>
              </w:rPr>
            </w:pPr>
            <w:r>
              <w:rPr>
                <w:b/>
                <w:color w:val="1B3A5C"/>
                <w:sz w:val="20"/>
                <w:lang w:eastAsia="ko-KR"/>
              </w:rPr>
              <w:t xml:space="preserve">  ▸ 즉시 착수 가능: </w:t>
            </w:r>
            <w:r>
              <w:rPr>
                <w:sz w:val="20"/>
                <w:lang w:eastAsia="ko-KR"/>
              </w:rPr>
              <w:t>10건 모두 데이터 디지털화 완료 (100%)</w:t>
            </w:r>
          </w:p>
          <w:p w14:paraId="1526BC4F" w14:textId="77777777" w:rsidR="00A7019A" w:rsidRDefault="00000000">
            <w:pPr>
              <w:spacing w:before="40" w:after="40"/>
              <w:rPr>
                <w:lang w:eastAsia="ko-KR"/>
              </w:rPr>
            </w:pPr>
            <w:r>
              <w:rPr>
                <w:b/>
                <w:color w:val="1B3A5C"/>
                <w:sz w:val="20"/>
                <w:lang w:eastAsia="ko-KR"/>
              </w:rPr>
              <w:t xml:space="preserve">  ▸ 선정 강력 권장: </w:t>
            </w:r>
            <w:r>
              <w:rPr>
                <w:sz w:val="20"/>
                <w:lang w:eastAsia="ko-KR"/>
              </w:rPr>
              <w:t>과제 3 (CPS 증빙 검토 자동화) — OCR·LLM 활용, 일 1,500건 대량 처리, 70~85% 시간 절감 기대</w:t>
            </w:r>
          </w:p>
          <w:p w14:paraId="0A12E5C3" w14:textId="77777777" w:rsidR="00A7019A" w:rsidRDefault="00000000">
            <w:pPr>
              <w:spacing w:before="40" w:after="40"/>
              <w:rPr>
                <w:lang w:eastAsia="ko-KR"/>
              </w:rPr>
            </w:pPr>
            <w:r>
              <w:rPr>
                <w:b/>
                <w:color w:val="1B3A5C"/>
                <w:sz w:val="20"/>
                <w:lang w:eastAsia="ko-KR"/>
              </w:rPr>
              <w:t xml:space="preserve">  ▸ 선정 권장: </w:t>
            </w:r>
            <w:r>
              <w:rPr>
                <w:sz w:val="20"/>
                <w:lang w:eastAsia="ko-KR"/>
              </w:rPr>
              <w:t>과제 1 (DashBoard) — BI+LLM 조합, 높은 AI 활용 가치</w:t>
            </w:r>
          </w:p>
          <w:p w14:paraId="1205331F" w14:textId="77777777" w:rsidR="00A7019A" w:rsidRDefault="00000000">
            <w:pPr>
              <w:spacing w:before="40" w:after="40"/>
              <w:rPr>
                <w:lang w:eastAsia="ko-KR"/>
              </w:rPr>
            </w:pPr>
            <w:r>
              <w:rPr>
                <w:b/>
                <w:color w:val="1B3A5C"/>
                <w:sz w:val="20"/>
                <w:lang w:eastAsia="ko-KR"/>
              </w:rPr>
              <w:t xml:space="preserve">  ▸ 조건부 선정: </w:t>
            </w:r>
            <w:r>
              <w:rPr>
                <w:sz w:val="20"/>
                <w:lang w:eastAsia="ko-KR"/>
              </w:rPr>
              <w:t>과제 4, 7 (참여 시간 확대 협의 필요) / 과제 8 (요건 정의 선행 필요)</w:t>
            </w:r>
          </w:p>
          <w:p w14:paraId="6C86F876" w14:textId="77777777" w:rsidR="00A7019A" w:rsidRDefault="00000000">
            <w:pPr>
              <w:spacing w:before="40" w:after="40"/>
              <w:rPr>
                <w:lang w:eastAsia="ko-KR"/>
              </w:rPr>
            </w:pPr>
            <w:r>
              <w:rPr>
                <w:b/>
                <w:color w:val="1B3A5C"/>
                <w:sz w:val="20"/>
                <w:lang w:eastAsia="ko-KR"/>
              </w:rPr>
              <w:t xml:space="preserve">  ▸ 요건 정의 후 검토: </w:t>
            </w:r>
            <w:r>
              <w:rPr>
                <w:sz w:val="20"/>
                <w:lang w:eastAsia="ko-KR"/>
              </w:rPr>
              <w:t>과제 9 (대리 신청, 수행 주체·요건 확정 필요)</w:t>
            </w:r>
          </w:p>
          <w:p w14:paraId="10F6BCA8" w14:textId="77777777" w:rsidR="00A7019A" w:rsidRDefault="00000000">
            <w:pPr>
              <w:spacing w:before="40" w:after="40"/>
              <w:rPr>
                <w:lang w:eastAsia="ko-KR"/>
              </w:rPr>
            </w:pPr>
            <w:r>
              <w:rPr>
                <w:b/>
                <w:color w:val="1B3A5C"/>
                <w:sz w:val="20"/>
                <w:lang w:eastAsia="ko-KR"/>
              </w:rPr>
              <w:t xml:space="preserve">  ▸ 재검토 필요: </w:t>
            </w:r>
            <w:r>
              <w:rPr>
                <w:sz w:val="20"/>
                <w:lang w:eastAsia="ko-KR"/>
              </w:rPr>
              <w:t>과제 5, 6 (참여 의지·요건 구체화 필요)</w:t>
            </w:r>
          </w:p>
          <w:p w14:paraId="64B0412F" w14:textId="77777777" w:rsidR="00A7019A" w:rsidRDefault="00000000">
            <w:pPr>
              <w:spacing w:before="40" w:after="40"/>
              <w:rPr>
                <w:lang w:eastAsia="ko-KR"/>
              </w:rPr>
            </w:pPr>
            <w:r>
              <w:rPr>
                <w:b/>
                <w:color w:val="1B3A5C"/>
                <w:sz w:val="20"/>
                <w:lang w:eastAsia="ko-KR"/>
              </w:rPr>
              <w:t xml:space="preserve">  ▸ AX 부적합: </w:t>
            </w:r>
            <w:r>
              <w:rPr>
                <w:sz w:val="20"/>
                <w:lang w:eastAsia="ko-KR"/>
              </w:rPr>
              <w:t>과제 10 (규칙 불명확, AI 모델 학습 관점 별도 검토) / 과제 2 (IT 개발 과제 성격, 별도 검토 권장)</w:t>
            </w:r>
          </w:p>
        </w:tc>
      </w:tr>
    </w:tbl>
    <w:p w14:paraId="17EBA2C5" w14:textId="77777777" w:rsidR="002E706D" w:rsidRDefault="002E706D">
      <w:pPr>
        <w:rPr>
          <w:lang w:eastAsia="ko-KR"/>
        </w:rPr>
      </w:pPr>
    </w:p>
    <w:sectPr w:rsidR="002E706D" w:rsidSect="00034616">
      <w:pgSz w:w="23811" w:h="16838" w:orient="landscape"/>
      <w:pgMar w:top="850" w:right="1134" w:bottom="850"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맑은 고딕">
    <w:panose1 w:val="020B0503020000020004"/>
    <w:charset w:val="81"/>
    <w:family w:val="swiss"/>
    <w:pitch w:val="variable"/>
    <w:sig w:usb0="9000002F" w:usb1="29D77CFB" w:usb2="00000012" w:usb3="00000000" w:csb0="00080001"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30"/>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20"/>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a"/>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a0"/>
      <w:lvlText w:val=""/>
      <w:lvlJc w:val="left"/>
      <w:pPr>
        <w:tabs>
          <w:tab w:val="num" w:pos="360"/>
        </w:tabs>
        <w:ind w:left="360" w:hanging="360"/>
      </w:pPr>
      <w:rPr>
        <w:rFonts w:ascii="Symbol" w:hAnsi="Symbol" w:hint="default"/>
      </w:rPr>
    </w:lvl>
  </w:abstractNum>
  <w:num w:numId="1" w16cid:durableId="542211205">
    <w:abstractNumId w:val="8"/>
  </w:num>
  <w:num w:numId="2" w16cid:durableId="104932829">
    <w:abstractNumId w:val="6"/>
  </w:num>
  <w:num w:numId="3" w16cid:durableId="1930192981">
    <w:abstractNumId w:val="5"/>
  </w:num>
  <w:num w:numId="4" w16cid:durableId="128058108">
    <w:abstractNumId w:val="4"/>
  </w:num>
  <w:num w:numId="5" w16cid:durableId="136459447">
    <w:abstractNumId w:val="7"/>
  </w:num>
  <w:num w:numId="6" w16cid:durableId="773743708">
    <w:abstractNumId w:val="3"/>
  </w:num>
  <w:num w:numId="7" w16cid:durableId="1745685831">
    <w:abstractNumId w:val="2"/>
  </w:num>
  <w:num w:numId="8" w16cid:durableId="875312515">
    <w:abstractNumId w:val="1"/>
  </w:num>
  <w:num w:numId="9" w16cid:durableId="15958684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9"/>
  <w:bordersDoNotSurroundHeader/>
  <w:bordersDoNotSurroundFooter/>
  <w:proofState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0D480A"/>
    <w:rsid w:val="0015074B"/>
    <w:rsid w:val="0029639D"/>
    <w:rsid w:val="002E706D"/>
    <w:rsid w:val="00326F90"/>
    <w:rsid w:val="00791ADA"/>
    <w:rsid w:val="007D5669"/>
    <w:rsid w:val="00A7019A"/>
    <w:rsid w:val="00AA1D8D"/>
    <w:rsid w:val="00B47730"/>
    <w:rsid w:val="00C22514"/>
    <w:rsid w:val="00CB0664"/>
    <w:rsid w:val="00E66823"/>
    <w:rsid w:val="00FC693F"/>
    <w:rsid w:val="00FF19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F1A2B93"/>
  <w14:defaultImageDpi w14:val="300"/>
  <w15:docId w15:val="{6B6B20D9-2EF7-5D4D-9505-19450F1AE9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FC693F"/>
    <w:pPr>
      <w:spacing w:before="20" w:after="60"/>
    </w:pPr>
    <w:rPr>
      <w:rFonts w:ascii="맑은 고딕" w:eastAsia="맑은 고딕" w:hAnsi="맑은 고딕"/>
      <w:sz w:val="18"/>
    </w:rPr>
  </w:style>
  <w:style w:type="paragraph" w:styleId="1">
    <w:name w:val="heading 1"/>
    <w:basedOn w:val="a1"/>
    <w:next w:val="a1"/>
    <w:link w:val="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1">
    <w:name w:val="heading 2"/>
    <w:basedOn w:val="a1"/>
    <w:next w:val="a1"/>
    <w:link w:val="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1">
    <w:name w:val="heading 3"/>
    <w:basedOn w:val="a1"/>
    <w:next w:val="a1"/>
    <w:link w:val="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1"/>
    <w:next w:val="a1"/>
    <w:link w:val="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1"/>
    <w:next w:val="a1"/>
    <w:link w:val="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1"/>
    <w:next w:val="a1"/>
    <w:link w:val="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1"/>
    <w:next w:val="a1"/>
    <w:link w:val="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1"/>
    <w:next w:val="a1"/>
    <w:link w:val="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9">
    <w:name w:val="heading 9"/>
    <w:basedOn w:val="a1"/>
    <w:next w:val="a1"/>
    <w:link w:val="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link w:val="Char"/>
    <w:uiPriority w:val="99"/>
    <w:unhideWhenUsed/>
    <w:rsid w:val="00E618BF"/>
    <w:pPr>
      <w:tabs>
        <w:tab w:val="center" w:pos="4680"/>
        <w:tab w:val="right" w:pos="9360"/>
      </w:tabs>
      <w:spacing w:after="0" w:line="240" w:lineRule="auto"/>
    </w:pPr>
  </w:style>
  <w:style w:type="character" w:customStyle="1" w:styleId="Char">
    <w:name w:val="머리글 Char"/>
    <w:basedOn w:val="a2"/>
    <w:link w:val="a5"/>
    <w:uiPriority w:val="99"/>
    <w:rsid w:val="00E618BF"/>
  </w:style>
  <w:style w:type="paragraph" w:styleId="a6">
    <w:name w:val="footer"/>
    <w:basedOn w:val="a1"/>
    <w:link w:val="Char0"/>
    <w:uiPriority w:val="99"/>
    <w:unhideWhenUsed/>
    <w:rsid w:val="00E618BF"/>
    <w:pPr>
      <w:tabs>
        <w:tab w:val="center" w:pos="4680"/>
        <w:tab w:val="right" w:pos="9360"/>
      </w:tabs>
      <w:spacing w:after="0" w:line="240" w:lineRule="auto"/>
    </w:pPr>
  </w:style>
  <w:style w:type="character" w:customStyle="1" w:styleId="Char0">
    <w:name w:val="바닥글 Char"/>
    <w:basedOn w:val="a2"/>
    <w:link w:val="a6"/>
    <w:uiPriority w:val="99"/>
    <w:rsid w:val="00E618BF"/>
  </w:style>
  <w:style w:type="paragraph" w:styleId="a7">
    <w:name w:val="No Spacing"/>
    <w:uiPriority w:val="1"/>
    <w:qFormat/>
    <w:rsid w:val="00FC693F"/>
    <w:pPr>
      <w:spacing w:after="0" w:line="240" w:lineRule="auto"/>
    </w:pPr>
  </w:style>
  <w:style w:type="character" w:customStyle="1" w:styleId="1Char">
    <w:name w:val="제목 1 Char"/>
    <w:basedOn w:val="a2"/>
    <w:link w:val="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2Char">
    <w:name w:val="제목 2 Char"/>
    <w:basedOn w:val="a2"/>
    <w:link w:val="21"/>
    <w:uiPriority w:val="9"/>
    <w:rsid w:val="00FC693F"/>
    <w:rPr>
      <w:rFonts w:asciiTheme="majorHAnsi" w:eastAsiaTheme="majorEastAsia" w:hAnsiTheme="majorHAnsi" w:cstheme="majorBidi"/>
      <w:b/>
      <w:bCs/>
      <w:color w:val="4F81BD" w:themeColor="accent1"/>
      <w:sz w:val="26"/>
      <w:szCs w:val="26"/>
    </w:rPr>
  </w:style>
  <w:style w:type="character" w:customStyle="1" w:styleId="3Char">
    <w:name w:val="제목 3 Char"/>
    <w:basedOn w:val="a2"/>
    <w:link w:val="31"/>
    <w:uiPriority w:val="9"/>
    <w:rsid w:val="00FC693F"/>
    <w:rPr>
      <w:rFonts w:asciiTheme="majorHAnsi" w:eastAsiaTheme="majorEastAsia" w:hAnsiTheme="majorHAnsi" w:cstheme="majorBidi"/>
      <w:b/>
      <w:bCs/>
      <w:color w:val="4F81BD" w:themeColor="accent1"/>
    </w:rPr>
  </w:style>
  <w:style w:type="paragraph" w:styleId="a8">
    <w:name w:val="Title"/>
    <w:basedOn w:val="a1"/>
    <w:next w:val="a1"/>
    <w:link w:val="Char1"/>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Char1">
    <w:name w:val="제목 Char"/>
    <w:basedOn w:val="a2"/>
    <w:link w:val="a8"/>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a9">
    <w:name w:val="Subtitle"/>
    <w:basedOn w:val="a1"/>
    <w:next w:val="a1"/>
    <w:link w:val="Char2"/>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Char2">
    <w:name w:val="부제 Char"/>
    <w:basedOn w:val="a2"/>
    <w:link w:val="a9"/>
    <w:uiPriority w:val="11"/>
    <w:rsid w:val="00FC693F"/>
    <w:rPr>
      <w:rFonts w:asciiTheme="majorHAnsi" w:eastAsiaTheme="majorEastAsia" w:hAnsiTheme="majorHAnsi" w:cstheme="majorBidi"/>
      <w:i/>
      <w:iCs/>
      <w:color w:val="4F81BD" w:themeColor="accent1"/>
      <w:spacing w:val="15"/>
      <w:sz w:val="24"/>
      <w:szCs w:val="24"/>
    </w:rPr>
  </w:style>
  <w:style w:type="paragraph" w:styleId="aa">
    <w:name w:val="List Paragraph"/>
    <w:basedOn w:val="a1"/>
    <w:uiPriority w:val="34"/>
    <w:qFormat/>
    <w:rsid w:val="00FC693F"/>
    <w:pPr>
      <w:ind w:left="720"/>
      <w:contextualSpacing/>
    </w:pPr>
  </w:style>
  <w:style w:type="paragraph" w:styleId="ab">
    <w:name w:val="Body Text"/>
    <w:basedOn w:val="a1"/>
    <w:link w:val="Char3"/>
    <w:uiPriority w:val="99"/>
    <w:unhideWhenUsed/>
    <w:rsid w:val="00AA1D8D"/>
    <w:pPr>
      <w:spacing w:after="120"/>
    </w:pPr>
  </w:style>
  <w:style w:type="character" w:customStyle="1" w:styleId="Char3">
    <w:name w:val="본문 Char"/>
    <w:basedOn w:val="a2"/>
    <w:link w:val="ab"/>
    <w:uiPriority w:val="99"/>
    <w:rsid w:val="00AA1D8D"/>
  </w:style>
  <w:style w:type="paragraph" w:styleId="22">
    <w:name w:val="Body Text 2"/>
    <w:basedOn w:val="a1"/>
    <w:link w:val="2Char0"/>
    <w:uiPriority w:val="99"/>
    <w:unhideWhenUsed/>
    <w:rsid w:val="00AA1D8D"/>
    <w:pPr>
      <w:spacing w:after="120" w:line="480" w:lineRule="auto"/>
    </w:pPr>
  </w:style>
  <w:style w:type="character" w:customStyle="1" w:styleId="2Char0">
    <w:name w:val="본문 2 Char"/>
    <w:basedOn w:val="a2"/>
    <w:link w:val="22"/>
    <w:uiPriority w:val="99"/>
    <w:rsid w:val="00AA1D8D"/>
  </w:style>
  <w:style w:type="paragraph" w:styleId="32">
    <w:name w:val="Body Text 3"/>
    <w:basedOn w:val="a1"/>
    <w:link w:val="3Char0"/>
    <w:uiPriority w:val="99"/>
    <w:unhideWhenUsed/>
    <w:rsid w:val="00AA1D8D"/>
    <w:pPr>
      <w:spacing w:after="120"/>
    </w:pPr>
    <w:rPr>
      <w:sz w:val="16"/>
      <w:szCs w:val="16"/>
    </w:rPr>
  </w:style>
  <w:style w:type="character" w:customStyle="1" w:styleId="3Char0">
    <w:name w:val="본문 3 Char"/>
    <w:basedOn w:val="a2"/>
    <w:link w:val="32"/>
    <w:uiPriority w:val="99"/>
    <w:rsid w:val="00AA1D8D"/>
    <w:rPr>
      <w:sz w:val="16"/>
      <w:szCs w:val="16"/>
    </w:rPr>
  </w:style>
  <w:style w:type="paragraph" w:styleId="ac">
    <w:name w:val="List"/>
    <w:basedOn w:val="a1"/>
    <w:uiPriority w:val="99"/>
    <w:unhideWhenUsed/>
    <w:rsid w:val="00AA1D8D"/>
    <w:pPr>
      <w:ind w:left="360" w:hanging="360"/>
      <w:contextualSpacing/>
    </w:pPr>
  </w:style>
  <w:style w:type="paragraph" w:styleId="23">
    <w:name w:val="List 2"/>
    <w:basedOn w:val="a1"/>
    <w:uiPriority w:val="99"/>
    <w:unhideWhenUsed/>
    <w:rsid w:val="00326F90"/>
    <w:pPr>
      <w:ind w:left="720" w:hanging="360"/>
      <w:contextualSpacing/>
    </w:pPr>
  </w:style>
  <w:style w:type="paragraph" w:styleId="33">
    <w:name w:val="List 3"/>
    <w:basedOn w:val="a1"/>
    <w:uiPriority w:val="99"/>
    <w:unhideWhenUsed/>
    <w:rsid w:val="00326F90"/>
    <w:pPr>
      <w:ind w:left="1080" w:hanging="360"/>
      <w:contextualSpacing/>
    </w:pPr>
  </w:style>
  <w:style w:type="paragraph" w:styleId="a0">
    <w:name w:val="List Bullet"/>
    <w:basedOn w:val="a1"/>
    <w:uiPriority w:val="99"/>
    <w:unhideWhenUsed/>
    <w:rsid w:val="00326F90"/>
    <w:pPr>
      <w:numPr>
        <w:numId w:val="1"/>
      </w:numPr>
      <w:contextualSpacing/>
    </w:pPr>
  </w:style>
  <w:style w:type="paragraph" w:styleId="20">
    <w:name w:val="List Bullet 2"/>
    <w:basedOn w:val="a1"/>
    <w:uiPriority w:val="99"/>
    <w:unhideWhenUsed/>
    <w:rsid w:val="00326F90"/>
    <w:pPr>
      <w:numPr>
        <w:numId w:val="2"/>
      </w:numPr>
      <w:contextualSpacing/>
    </w:pPr>
  </w:style>
  <w:style w:type="paragraph" w:styleId="30">
    <w:name w:val="List Bullet 3"/>
    <w:basedOn w:val="a1"/>
    <w:uiPriority w:val="99"/>
    <w:unhideWhenUsed/>
    <w:rsid w:val="00326F90"/>
    <w:pPr>
      <w:numPr>
        <w:numId w:val="3"/>
      </w:numPr>
      <w:contextualSpacing/>
    </w:pPr>
  </w:style>
  <w:style w:type="paragraph" w:styleId="a">
    <w:name w:val="List Number"/>
    <w:basedOn w:val="a1"/>
    <w:uiPriority w:val="99"/>
    <w:unhideWhenUsed/>
    <w:rsid w:val="00326F90"/>
    <w:pPr>
      <w:numPr>
        <w:numId w:val="5"/>
      </w:numPr>
      <w:contextualSpacing/>
    </w:pPr>
  </w:style>
  <w:style w:type="paragraph" w:styleId="2">
    <w:name w:val="List Number 2"/>
    <w:basedOn w:val="a1"/>
    <w:uiPriority w:val="99"/>
    <w:unhideWhenUsed/>
    <w:rsid w:val="0029639D"/>
    <w:pPr>
      <w:numPr>
        <w:numId w:val="6"/>
      </w:numPr>
      <w:contextualSpacing/>
    </w:pPr>
  </w:style>
  <w:style w:type="paragraph" w:styleId="3">
    <w:name w:val="List Number 3"/>
    <w:basedOn w:val="a1"/>
    <w:uiPriority w:val="99"/>
    <w:unhideWhenUsed/>
    <w:rsid w:val="0029639D"/>
    <w:pPr>
      <w:numPr>
        <w:numId w:val="7"/>
      </w:numPr>
      <w:contextualSpacing/>
    </w:pPr>
  </w:style>
  <w:style w:type="paragraph" w:styleId="ad">
    <w:name w:val="List Continue"/>
    <w:basedOn w:val="a1"/>
    <w:uiPriority w:val="99"/>
    <w:unhideWhenUsed/>
    <w:rsid w:val="0029639D"/>
    <w:pPr>
      <w:spacing w:after="120"/>
      <w:ind w:left="360"/>
      <w:contextualSpacing/>
    </w:pPr>
  </w:style>
  <w:style w:type="paragraph" w:styleId="24">
    <w:name w:val="List Continue 2"/>
    <w:basedOn w:val="a1"/>
    <w:uiPriority w:val="99"/>
    <w:unhideWhenUsed/>
    <w:rsid w:val="0029639D"/>
    <w:pPr>
      <w:spacing w:after="120"/>
      <w:ind w:left="720"/>
      <w:contextualSpacing/>
    </w:pPr>
  </w:style>
  <w:style w:type="paragraph" w:styleId="34">
    <w:name w:val="List Continue 3"/>
    <w:basedOn w:val="a1"/>
    <w:uiPriority w:val="99"/>
    <w:unhideWhenUsed/>
    <w:rsid w:val="0029639D"/>
    <w:pPr>
      <w:spacing w:after="120"/>
      <w:ind w:left="1080"/>
      <w:contextualSpacing/>
    </w:pPr>
  </w:style>
  <w:style w:type="paragraph" w:styleId="ae">
    <w:name w:val="macro"/>
    <w:link w:val="Char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Char4">
    <w:name w:val="매크로 텍스트 Char"/>
    <w:basedOn w:val="a2"/>
    <w:link w:val="ae"/>
    <w:uiPriority w:val="99"/>
    <w:rsid w:val="0029639D"/>
    <w:rPr>
      <w:rFonts w:ascii="Courier" w:hAnsi="Courier"/>
      <w:sz w:val="20"/>
      <w:szCs w:val="20"/>
    </w:rPr>
  </w:style>
  <w:style w:type="paragraph" w:styleId="af">
    <w:name w:val="Quote"/>
    <w:basedOn w:val="a1"/>
    <w:next w:val="a1"/>
    <w:link w:val="Char5"/>
    <w:uiPriority w:val="29"/>
    <w:qFormat/>
    <w:rsid w:val="00FC693F"/>
    <w:rPr>
      <w:i/>
      <w:iCs/>
      <w:color w:val="000000" w:themeColor="text1"/>
    </w:rPr>
  </w:style>
  <w:style w:type="character" w:customStyle="1" w:styleId="Char5">
    <w:name w:val="인용 Char"/>
    <w:basedOn w:val="a2"/>
    <w:link w:val="af"/>
    <w:uiPriority w:val="29"/>
    <w:rsid w:val="00FC693F"/>
    <w:rPr>
      <w:i/>
      <w:iCs/>
      <w:color w:val="000000" w:themeColor="text1"/>
    </w:rPr>
  </w:style>
  <w:style w:type="character" w:customStyle="1" w:styleId="4Char">
    <w:name w:val="제목 4 Char"/>
    <w:basedOn w:val="a2"/>
    <w:link w:val="4"/>
    <w:uiPriority w:val="9"/>
    <w:semiHidden/>
    <w:rsid w:val="00FC693F"/>
    <w:rPr>
      <w:rFonts w:asciiTheme="majorHAnsi" w:eastAsiaTheme="majorEastAsia" w:hAnsiTheme="majorHAnsi" w:cstheme="majorBidi"/>
      <w:b/>
      <w:bCs/>
      <w:i/>
      <w:iCs/>
      <w:color w:val="4F81BD" w:themeColor="accent1"/>
    </w:rPr>
  </w:style>
  <w:style w:type="character" w:customStyle="1" w:styleId="5Char">
    <w:name w:val="제목 5 Char"/>
    <w:basedOn w:val="a2"/>
    <w:link w:val="5"/>
    <w:uiPriority w:val="9"/>
    <w:semiHidden/>
    <w:rsid w:val="00FC693F"/>
    <w:rPr>
      <w:rFonts w:asciiTheme="majorHAnsi" w:eastAsiaTheme="majorEastAsia" w:hAnsiTheme="majorHAnsi" w:cstheme="majorBidi"/>
      <w:color w:val="243F60" w:themeColor="accent1" w:themeShade="7F"/>
    </w:rPr>
  </w:style>
  <w:style w:type="character" w:customStyle="1" w:styleId="6Char">
    <w:name w:val="제목 6 Char"/>
    <w:basedOn w:val="a2"/>
    <w:link w:val="6"/>
    <w:uiPriority w:val="9"/>
    <w:semiHidden/>
    <w:rsid w:val="00FC693F"/>
    <w:rPr>
      <w:rFonts w:asciiTheme="majorHAnsi" w:eastAsiaTheme="majorEastAsia" w:hAnsiTheme="majorHAnsi" w:cstheme="majorBidi"/>
      <w:i/>
      <w:iCs/>
      <w:color w:val="243F60" w:themeColor="accent1" w:themeShade="7F"/>
    </w:rPr>
  </w:style>
  <w:style w:type="character" w:customStyle="1" w:styleId="7Char">
    <w:name w:val="제목 7 Char"/>
    <w:basedOn w:val="a2"/>
    <w:link w:val="7"/>
    <w:uiPriority w:val="9"/>
    <w:semiHidden/>
    <w:rsid w:val="00FC693F"/>
    <w:rPr>
      <w:rFonts w:asciiTheme="majorHAnsi" w:eastAsiaTheme="majorEastAsia" w:hAnsiTheme="majorHAnsi" w:cstheme="majorBidi"/>
      <w:i/>
      <w:iCs/>
      <w:color w:val="404040" w:themeColor="text1" w:themeTint="BF"/>
    </w:rPr>
  </w:style>
  <w:style w:type="character" w:customStyle="1" w:styleId="8Char">
    <w:name w:val="제목 8 Char"/>
    <w:basedOn w:val="a2"/>
    <w:link w:val="8"/>
    <w:uiPriority w:val="9"/>
    <w:semiHidden/>
    <w:rsid w:val="00FC693F"/>
    <w:rPr>
      <w:rFonts w:asciiTheme="majorHAnsi" w:eastAsiaTheme="majorEastAsia" w:hAnsiTheme="majorHAnsi" w:cstheme="majorBidi"/>
      <w:color w:val="4F81BD" w:themeColor="accent1"/>
      <w:sz w:val="20"/>
      <w:szCs w:val="20"/>
    </w:rPr>
  </w:style>
  <w:style w:type="character" w:customStyle="1" w:styleId="9Char">
    <w:name w:val="제목 9 Char"/>
    <w:basedOn w:val="a2"/>
    <w:link w:val="9"/>
    <w:uiPriority w:val="9"/>
    <w:semiHidden/>
    <w:rsid w:val="00FC693F"/>
    <w:rPr>
      <w:rFonts w:asciiTheme="majorHAnsi" w:eastAsiaTheme="majorEastAsia" w:hAnsiTheme="majorHAnsi" w:cstheme="majorBidi"/>
      <w:i/>
      <w:iCs/>
      <w:color w:val="404040" w:themeColor="text1" w:themeTint="BF"/>
      <w:sz w:val="20"/>
      <w:szCs w:val="20"/>
    </w:rPr>
  </w:style>
  <w:style w:type="paragraph" w:styleId="af0">
    <w:name w:val="caption"/>
    <w:basedOn w:val="a1"/>
    <w:next w:val="a1"/>
    <w:uiPriority w:val="35"/>
    <w:semiHidden/>
    <w:unhideWhenUsed/>
    <w:qFormat/>
    <w:rsid w:val="00FC693F"/>
    <w:pPr>
      <w:spacing w:line="240" w:lineRule="auto"/>
    </w:pPr>
    <w:rPr>
      <w:b/>
      <w:bCs/>
      <w:color w:val="4F81BD" w:themeColor="accent1"/>
      <w:szCs w:val="18"/>
    </w:rPr>
  </w:style>
  <w:style w:type="character" w:styleId="af1">
    <w:name w:val="Strong"/>
    <w:basedOn w:val="a2"/>
    <w:uiPriority w:val="22"/>
    <w:qFormat/>
    <w:rsid w:val="00FC693F"/>
    <w:rPr>
      <w:b/>
      <w:bCs/>
    </w:rPr>
  </w:style>
  <w:style w:type="character" w:styleId="af2">
    <w:name w:val="Emphasis"/>
    <w:basedOn w:val="a2"/>
    <w:uiPriority w:val="20"/>
    <w:qFormat/>
    <w:rsid w:val="00FC693F"/>
    <w:rPr>
      <w:i/>
      <w:iCs/>
    </w:rPr>
  </w:style>
  <w:style w:type="paragraph" w:styleId="af3">
    <w:name w:val="Intense Quote"/>
    <w:basedOn w:val="a1"/>
    <w:next w:val="a1"/>
    <w:link w:val="Char6"/>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har6">
    <w:name w:val="강한 인용 Char"/>
    <w:basedOn w:val="a2"/>
    <w:link w:val="af3"/>
    <w:uiPriority w:val="30"/>
    <w:rsid w:val="00FC693F"/>
    <w:rPr>
      <w:b/>
      <w:bCs/>
      <w:i/>
      <w:iCs/>
      <w:color w:val="4F81BD" w:themeColor="accent1"/>
    </w:rPr>
  </w:style>
  <w:style w:type="character" w:styleId="af4">
    <w:name w:val="Subtle Emphasis"/>
    <w:basedOn w:val="a2"/>
    <w:uiPriority w:val="19"/>
    <w:qFormat/>
    <w:rsid w:val="00FC693F"/>
    <w:rPr>
      <w:i/>
      <w:iCs/>
      <w:color w:val="808080" w:themeColor="text1" w:themeTint="7F"/>
    </w:rPr>
  </w:style>
  <w:style w:type="character" w:styleId="af5">
    <w:name w:val="Intense Emphasis"/>
    <w:basedOn w:val="a2"/>
    <w:uiPriority w:val="21"/>
    <w:qFormat/>
    <w:rsid w:val="00FC693F"/>
    <w:rPr>
      <w:b/>
      <w:bCs/>
      <w:i/>
      <w:iCs/>
      <w:color w:val="4F81BD" w:themeColor="accent1"/>
    </w:rPr>
  </w:style>
  <w:style w:type="character" w:styleId="af6">
    <w:name w:val="Subtle Reference"/>
    <w:basedOn w:val="a2"/>
    <w:uiPriority w:val="31"/>
    <w:qFormat/>
    <w:rsid w:val="00FC693F"/>
    <w:rPr>
      <w:smallCaps/>
      <w:color w:val="C0504D" w:themeColor="accent2"/>
      <w:u w:val="single"/>
    </w:rPr>
  </w:style>
  <w:style w:type="character" w:styleId="af7">
    <w:name w:val="Intense Reference"/>
    <w:basedOn w:val="a2"/>
    <w:uiPriority w:val="32"/>
    <w:qFormat/>
    <w:rsid w:val="00FC693F"/>
    <w:rPr>
      <w:b/>
      <w:bCs/>
      <w:smallCaps/>
      <w:color w:val="C0504D" w:themeColor="accent2"/>
      <w:spacing w:val="5"/>
      <w:u w:val="single"/>
    </w:rPr>
  </w:style>
  <w:style w:type="character" w:styleId="af8">
    <w:name w:val="Book Title"/>
    <w:basedOn w:val="a2"/>
    <w:uiPriority w:val="33"/>
    <w:qFormat/>
    <w:rsid w:val="00FC693F"/>
    <w:rPr>
      <w:b/>
      <w:bCs/>
      <w:smallCaps/>
      <w:spacing w:val="5"/>
    </w:rPr>
  </w:style>
  <w:style w:type="paragraph" w:styleId="TOC">
    <w:name w:val="TOC Heading"/>
    <w:basedOn w:val="1"/>
    <w:next w:val="a1"/>
    <w:uiPriority w:val="39"/>
    <w:semiHidden/>
    <w:unhideWhenUsed/>
    <w:qFormat/>
    <w:rsid w:val="00FC693F"/>
    <w:pPr>
      <w:outlineLvl w:val="9"/>
    </w:pPr>
  </w:style>
  <w:style w:type="table" w:styleId="af9">
    <w:name w:val="Table Grid"/>
    <w:basedOn w:val="a3"/>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a">
    <w:name w:val="Light Shading"/>
    <w:basedOn w:val="a3"/>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
    <w:name w:val="Light Shading Accent 1"/>
    <w:basedOn w:val="a3"/>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2">
    <w:name w:val="Light Shading Accent 2"/>
    <w:basedOn w:val="a3"/>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3">
    <w:name w:val="Light Shading Accent 3"/>
    <w:basedOn w:val="a3"/>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4">
    <w:name w:val="Light Shading Accent 4"/>
    <w:basedOn w:val="a3"/>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5">
    <w:name w:val="Light Shading Accent 5"/>
    <w:basedOn w:val="a3"/>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6">
    <w:name w:val="Light Shading Accent 6"/>
    <w:basedOn w:val="a3"/>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afb">
    <w:name w:val="Light List"/>
    <w:basedOn w:val="a3"/>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10">
    <w:name w:val="Light List Accent 1"/>
    <w:basedOn w:val="a3"/>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20">
    <w:name w:val="Light List Accent 2"/>
    <w:basedOn w:val="a3"/>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30">
    <w:name w:val="Light List Accent 3"/>
    <w:basedOn w:val="a3"/>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40">
    <w:name w:val="Light List Accent 4"/>
    <w:basedOn w:val="a3"/>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50">
    <w:name w:val="Light List Accent 5"/>
    <w:basedOn w:val="a3"/>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60">
    <w:name w:val="Light List Accent 6"/>
    <w:basedOn w:val="a3"/>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afc">
    <w:name w:val="Light Grid"/>
    <w:basedOn w:val="a3"/>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11">
    <w:name w:val="Light Grid Accent 1"/>
    <w:basedOn w:val="a3"/>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21">
    <w:name w:val="Light Grid Accent 2"/>
    <w:basedOn w:val="a3"/>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31">
    <w:name w:val="Light Grid Accent 3"/>
    <w:basedOn w:val="a3"/>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41">
    <w:name w:val="Light Grid Accent 4"/>
    <w:basedOn w:val="a3"/>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51">
    <w:name w:val="Light Grid Accent 5"/>
    <w:basedOn w:val="a3"/>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61">
    <w:name w:val="Light Grid Accent 6"/>
    <w:basedOn w:val="a3"/>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10">
    <w:name w:val="Medium Shading 1"/>
    <w:basedOn w:val="a3"/>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1-1">
    <w:name w:val="Medium Shading 1 Accent 1"/>
    <w:basedOn w:val="a3"/>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1-2">
    <w:name w:val="Medium Shading 1 Accent 2"/>
    <w:basedOn w:val="a3"/>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1-3">
    <w:name w:val="Medium Shading 1 Accent 3"/>
    <w:basedOn w:val="a3"/>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1-4">
    <w:name w:val="Medium Shading 1 Accent 4"/>
    <w:basedOn w:val="a3"/>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1-5">
    <w:name w:val="Medium Shading 1 Accent 5"/>
    <w:basedOn w:val="a3"/>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1-6">
    <w:name w:val="Medium Shading 1 Accent 6"/>
    <w:basedOn w:val="a3"/>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25">
    <w:name w:val="Medium Shading 2"/>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1">
    <w:name w:val="Medium Shading 2 Accent 1"/>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2">
    <w:name w:val="Medium Shading 2 Accent 2"/>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3">
    <w:name w:val="Medium Shading 2 Accent 3"/>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4">
    <w:name w:val="Medium Shading 2 Accent 4"/>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5">
    <w:name w:val="Medium Shading 2 Accent 5"/>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6">
    <w:name w:val="Medium Shading 2 Accent 6"/>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11">
    <w:name w:val="Medium List 1"/>
    <w:basedOn w:val="a3"/>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1-10">
    <w:name w:val="Medium List 1 Accent 1"/>
    <w:basedOn w:val="a3"/>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1-20">
    <w:name w:val="Medium List 1 Accent 2"/>
    <w:basedOn w:val="a3"/>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1-30">
    <w:name w:val="Medium List 1 Accent 3"/>
    <w:basedOn w:val="a3"/>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1-40">
    <w:name w:val="Medium List 1 Accent 4"/>
    <w:basedOn w:val="a3"/>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1-50">
    <w:name w:val="Medium List 1 Accent 5"/>
    <w:basedOn w:val="a3"/>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1-60">
    <w:name w:val="Medium List 1 Accent 6"/>
    <w:basedOn w:val="a3"/>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26">
    <w:name w:val="Medium List 2"/>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2-10">
    <w:name w:val="Medium List 2 Accent 1"/>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2-20">
    <w:name w:val="Medium List 2 Accent 2"/>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2-30">
    <w:name w:val="Medium List 2 Accent 3"/>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2-40">
    <w:name w:val="Medium List 2 Accent 4"/>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2-50">
    <w:name w:val="Medium List 2 Accent 5"/>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2-60">
    <w:name w:val="Medium List 2 Accent 6"/>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2">
    <w:name w:val="Medium Grid 1"/>
    <w:basedOn w:val="a3"/>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11">
    <w:name w:val="Medium Grid 1 Accent 1"/>
    <w:basedOn w:val="a3"/>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1-21">
    <w:name w:val="Medium Grid 1 Accent 2"/>
    <w:basedOn w:val="a3"/>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31">
    <w:name w:val="Medium Grid 1 Accent 3"/>
    <w:basedOn w:val="a3"/>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41">
    <w:name w:val="Medium Grid 1 Accent 4"/>
    <w:basedOn w:val="a3"/>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51">
    <w:name w:val="Medium Grid 1 Accent 5"/>
    <w:basedOn w:val="a3"/>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61">
    <w:name w:val="Medium Grid 1 Accent 6"/>
    <w:basedOn w:val="a3"/>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27">
    <w:name w:val="Medium Grid 2"/>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2-11">
    <w:name w:val="Medium Grid 2 Accent 1"/>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2-21">
    <w:name w:val="Medium Grid 2 Accent 2"/>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2-31">
    <w:name w:val="Medium Grid 2 Accent 3"/>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2-41">
    <w:name w:val="Medium Grid 2 Accent 4"/>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2-51">
    <w:name w:val="Medium Grid 2 Accent 5"/>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2-61">
    <w:name w:val="Medium Grid 2 Accent 6"/>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35">
    <w:name w:val="Medium Grid 3"/>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3-1">
    <w:name w:val="Medium Grid 3 Accent 1"/>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3-2">
    <w:name w:val="Medium Grid 3 Accent 2"/>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3-3">
    <w:name w:val="Medium Grid 3 Accent 3"/>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3-4">
    <w:name w:val="Medium Grid 3 Accent 4"/>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3-5">
    <w:name w:val="Medium Grid 3 Accent 5"/>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3-6">
    <w:name w:val="Medium Grid 3 Accent 6"/>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afd">
    <w:name w:val="Dark List"/>
    <w:basedOn w:val="a3"/>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2">
    <w:name w:val="Dark List Accent 1"/>
    <w:basedOn w:val="a3"/>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22">
    <w:name w:val="Dark List Accent 2"/>
    <w:basedOn w:val="a3"/>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32">
    <w:name w:val="Dark List Accent 3"/>
    <w:basedOn w:val="a3"/>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42">
    <w:name w:val="Dark List Accent 4"/>
    <w:basedOn w:val="a3"/>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52">
    <w:name w:val="Dark List Accent 5"/>
    <w:basedOn w:val="a3"/>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62">
    <w:name w:val="Dark List Accent 6"/>
    <w:basedOn w:val="a3"/>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afe">
    <w:name w:val="Colorful Shading"/>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13">
    <w:name w:val="Colorful Shading Accent 1"/>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23">
    <w:name w:val="Colorful Shading Accent 2"/>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33">
    <w:name w:val="Colorful Shading Accent 3"/>
    <w:basedOn w:val="a3"/>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43">
    <w:name w:val="Colorful Shading Accent 4"/>
    <w:basedOn w:val="a3"/>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53">
    <w:name w:val="Colorful Shading Accent 5"/>
    <w:basedOn w:val="a3"/>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63">
    <w:name w:val="Colorful Shading Accent 6"/>
    <w:basedOn w:val="a3"/>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aff">
    <w:name w:val="Colorful List"/>
    <w:basedOn w:val="a3"/>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14">
    <w:name w:val="Colorful List Accent 1"/>
    <w:basedOn w:val="a3"/>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24">
    <w:name w:val="Colorful List Accent 2"/>
    <w:basedOn w:val="a3"/>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34">
    <w:name w:val="Colorful List Accent 3"/>
    <w:basedOn w:val="a3"/>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44">
    <w:name w:val="Colorful List Accent 4"/>
    <w:basedOn w:val="a3"/>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54">
    <w:name w:val="Colorful List Accent 5"/>
    <w:basedOn w:val="a3"/>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64">
    <w:name w:val="Colorful List Accent 6"/>
    <w:basedOn w:val="a3"/>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aff0">
    <w:name w:val="Colorful Grid"/>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5">
    <w:name w:val="Colorful Grid Accent 1"/>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25">
    <w:name w:val="Colorful Grid Accent 2"/>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35">
    <w:name w:val="Colorful Grid Accent 3"/>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45">
    <w:name w:val="Colorful Grid Accent 4"/>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55">
    <w:name w:val="Colorful Grid Accent 5"/>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65">
    <w:name w:val="Colorful Grid Accent 6"/>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14</Pages>
  <Words>2700</Words>
  <Characters>15396</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18060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윤 도상</cp:lastModifiedBy>
  <cp:revision>2</cp:revision>
  <dcterms:created xsi:type="dcterms:W3CDTF">2026-02-23T23:58:00Z</dcterms:created>
  <dcterms:modified xsi:type="dcterms:W3CDTF">2026-02-23T23:58:00Z</dcterms:modified>
  <cp:category/>
</cp:coreProperties>
</file>